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Best Melbourne Queer Film Festival 2026 Guide: Films, Dates and Events</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Film lovers and queer audiences can look forward to 10 lively days across central Melbourne when the Melbourne Queer Film Festival returns from 13 to 22 November 2026. With a trans athlete documentary opening the programme, a Wyoming drag story at its centre and major closing-night drama, this year's festival offers plenty to discuss beyond the cinema.</w:t>
      </w:r>
      <w:r/>
    </w:p>
    <w:p>
      <w:pPr>
        <w:pStyle w:val="Heading2"/>
      </w:pPr>
      <w:r>
        <w:t>Essential Takeaways</w:t>
      </w:r>
      <w:r/>
      <w:r/>
    </w:p>
    <w:p>
      <w:pPr>
        <w:pStyle w:val="ListBullet"/>
        <w:spacing w:line="240" w:lineRule="auto"/>
        <w:ind w:left="720"/>
      </w:pPr>
      <w:r/>
      <w:r>
        <w:rPr>
          <w:b/>
        </w:rPr>
        <w:t>Opening film:</w:t>
      </w:r>
      <w:r>
        <w:t xml:space="preserve"> Julia Schwalb's </w:t>
      </w:r>
      <w:r>
        <w:rPr>
          <w:i/>
        </w:rPr>
        <w:t>Kick</w:t>
      </w:r>
      <w:r>
        <w:t xml:space="preserve"> follows trans and nonbinary middle-distance runner Nikki Hiltz.</w:t>
      </w:r>
      <w:r/>
    </w:p>
    <w:p>
      <w:pPr>
        <w:pStyle w:val="ListBullet"/>
        <w:spacing w:line="240" w:lineRule="auto"/>
        <w:ind w:left="720"/>
      </w:pPr>
      <w:r/>
      <w:r>
        <w:rPr>
          <w:b/>
        </w:rPr>
        <w:t>Centre stage:</w:t>
      </w:r>
      <w:r>
        <w:t xml:space="preserve"> </w:t>
      </w:r>
      <w:r>
        <w:rPr>
          <w:i/>
        </w:rPr>
        <w:t>Time Warp</w:t>
      </w:r>
      <w:r>
        <w:t xml:space="preserve"> explores a drag theatre company in conservative Wyoming.</w:t>
      </w:r>
      <w:r/>
    </w:p>
    <w:p>
      <w:pPr>
        <w:pStyle w:val="ListBullet"/>
        <w:spacing w:line="240" w:lineRule="auto"/>
        <w:ind w:left="720"/>
      </w:pPr>
      <w:r/>
      <w:r>
        <w:rPr>
          <w:b/>
        </w:rPr>
        <w:t>Closing night:</w:t>
      </w:r>
      <w:r>
        <w:t xml:space="preserve"> New Zealand coming-of-age drama </w:t>
      </w:r>
      <w:r>
        <w:rPr>
          <w:i/>
        </w:rPr>
        <w:t>Big Girls Don't Cry</w:t>
      </w:r>
      <w:r>
        <w:t xml:space="preserve"> leads the final celebration.</w:t>
      </w:r>
      <w:r/>
    </w:p>
    <w:p>
      <w:pPr>
        <w:pStyle w:val="ListBullet"/>
        <w:spacing w:line="240" w:lineRule="auto"/>
        <w:ind w:left="720"/>
      </w:pPr>
      <w:r/>
      <w:r>
        <w:rPr>
          <w:b/>
        </w:rPr>
        <w:t>Wider programme:</w:t>
      </w:r>
      <w:r>
        <w:t xml:space="preserve"> Expect documentaries, queer classics, First Nations films and Australian premieres.</w:t>
      </w:r>
      <w:r/>
    </w:p>
    <w:p>
      <w:pPr>
        <w:pStyle w:val="ListBullet"/>
        <w:spacing w:line="240" w:lineRule="auto"/>
        <w:ind w:left="720"/>
      </w:pPr>
      <w:r/>
      <w:r>
        <w:rPr>
          <w:b/>
        </w:rPr>
        <w:t>Planning detail:</w:t>
      </w:r>
      <w:r>
        <w:t xml:space="preserve"> Tickets and passes are available, with festival purchases entering a United Airlines flight draw.</w:t>
      </w:r>
      <w:r/>
      <w:r/>
    </w:p>
    <w:p>
      <w:pPr>
        <w:pStyle w:val="Heading2"/>
      </w:pPr>
      <w:r>
        <w:t>Melbourne's queer film celebration sets the pace</w:t>
      </w:r>
      <w:r/>
    </w:p>
    <w:p>
      <w:r/>
      <w:r>
        <w:t xml:space="preserve">The 36th Melbourne Queer Film Festival opens on 13 November with </w:t>
      </w:r>
      <w:r>
        <w:rPr>
          <w:i/>
        </w:rPr>
        <w:t>Kick</w:t>
      </w:r>
      <w:r>
        <w:t xml:space="preserve">, a documentary about elite runner Nikki Hiltz and the personal stakes of competing openly as trans and nonbinary. The film arrives in Australia as a festival opener, giving the programme an immediate sense of urgency, movement and human scale. The Melbourne Queer Film Festival's official listing confirms its place at the front of the 2026 schedule. </w:t>
      </w:r>
      <w:hyperlink r:id="rId9">
        <w:r>
          <w:rPr>
            <w:color w:val="0000EE"/>
            <w:u w:val="single"/>
          </w:rPr>
          <w:t>[2]</w:t>
        </w:r>
      </w:hyperlink>
      <w:r/>
    </w:p>
    <w:p>
      <w:r/>
      <w:r>
        <w:t xml:space="preserve">After the screening, the opening party will turn the evening into a proper festival welcome, with food, drinks and entertainment planned across the night. It sounds less like a quiet trip home after the credits and more like the beginning of Melbourne's annual queer cinema conversation. </w:t>
      </w:r>
      <w:hyperlink r:id="rId10">
        <w:r>
          <w:rPr>
            <w:color w:val="0000EE"/>
            <w:u w:val="single"/>
          </w:rPr>
          <w:t>[5]</w:t>
        </w:r>
      </w:hyperlink>
      <w:r/>
    </w:p>
    <w:p>
      <w:pPr>
        <w:pStyle w:val="Heading2"/>
      </w:pPr>
      <w:r>
        <w:t xml:space="preserve">Why </w:t>
      </w:r>
      <w:r>
        <w:rPr>
          <w:i/>
        </w:rPr>
        <w:t>Time Warp</w:t>
      </w:r>
      <w:r>
        <w:t xml:space="preserve"> is the festival's big conversation starter</w:t>
      </w:r>
      <w:r/>
    </w:p>
    <w:p>
      <w:r/>
      <w:r>
        <w:t xml:space="preserve">The centrepiece film, </w:t>
      </w:r>
      <w:r>
        <w:rPr>
          <w:i/>
        </w:rPr>
        <w:t>Time Warp</w:t>
      </w:r>
      <w:r>
        <w:t xml:space="preserve">, travels to Rock Springs, Wyoming, where 25-year-old Kenny Starling establishes the town's first drag and queer theatre company. Its first production is a shadow cast of </w:t>
      </w:r>
      <w:r>
        <w:rPr>
          <w:i/>
        </w:rPr>
        <w:t>The Rocky Horror Picture Show</w:t>
      </w:r>
      <w:r>
        <w:t xml:space="preserve">, an especially fitting choice for a story about visibility, performance and community-building in an unlikely setting. Festival and cinema listings identify the documentary as a major event title. </w:t>
      </w:r>
      <w:hyperlink r:id="rId11">
        <w:r>
          <w:rPr>
            <w:color w:val="0000EE"/>
            <w:u w:val="single"/>
          </w:rPr>
          <w:t>[3]</w:t>
        </w:r>
      </w:hyperlink>
      <w:r/>
    </w:p>
    <w:p>
      <w:r/>
      <w:r>
        <w:t xml:space="preserve">The film also sits within a Tim Curry tribute that includes Jim Sharman's 1975 </w:t>
      </w:r>
      <w:r>
        <w:rPr>
          <w:i/>
        </w:rPr>
        <w:t>The Rocky Horror Picture Show</w:t>
      </w:r>
      <w:r>
        <w:t xml:space="preserve">. That pairing gives audiences a chance to revisit a cult favourite while considering the real-world work involved in creating queer spaces. In other words, there'll be plenty to unpack at the bar afterwards. </w:t>
      </w:r>
      <w:hyperlink r:id="rId12">
        <w:r>
          <w:rPr>
            <w:color w:val="0000EE"/>
            <w:u w:val="single"/>
          </w:rPr>
          <w:t>[4]</w:t>
        </w:r>
      </w:hyperlink>
      <w:r/>
    </w:p>
    <w:p>
      <w:pPr>
        <w:pStyle w:val="Heading2"/>
      </w:pPr>
      <w:r>
        <w:t>More than one kind of queer story</w:t>
      </w:r>
      <w:r/>
    </w:p>
    <w:p>
      <w:r/>
      <w:r>
        <w:t xml:space="preserve">The festival's programme moves between intimate personal stories, historical reckoning and high-profile returns to the big screen. </w:t>
      </w:r>
      <w:r>
        <w:rPr>
          <w:i/>
        </w:rPr>
        <w:t>Mineshaft: The Cruising Murders</w:t>
      </w:r>
      <w:r>
        <w:t xml:space="preserve"> examines the controversy around William Friedkin's </w:t>
      </w:r>
      <w:r>
        <w:rPr>
          <w:i/>
        </w:rPr>
        <w:t>Cruising</w:t>
      </w:r>
      <w:r>
        <w:t xml:space="preserve"> and the real crimes connected with its source material, while Lukas Dhont's </w:t>
      </w:r>
      <w:r>
        <w:rPr>
          <w:i/>
        </w:rPr>
        <w:t>Coward</w:t>
      </w:r>
      <w:r>
        <w:t xml:space="preserve"> brings a wartime romance into the mix. </w:t>
      </w:r>
      <w:hyperlink r:id="rId13">
        <w:r>
          <w:rPr>
            <w:color w:val="0000EE"/>
            <w:u w:val="single"/>
          </w:rPr>
          <w:t>[6]</w:t>
        </w:r>
      </w:hyperlink>
      <w:r/>
    </w:p>
    <w:p>
      <w:r/>
      <w:r>
        <w:t xml:space="preserve">Sandra Hüller leads </w:t>
      </w:r>
      <w:r>
        <w:rPr>
          <w:i/>
        </w:rPr>
        <w:t>Rose</w:t>
      </w:r>
      <w:r>
        <w:t xml:space="preserve">, a period drama about a woman passing as a male soldier in 17th-century Germany. Closer to home, Lee Galea's </w:t>
      </w:r>
      <w:r>
        <w:rPr>
          <w:i/>
        </w:rPr>
        <w:t>Tender Boy</w:t>
      </w:r>
      <w:r>
        <w:t xml:space="preserve"> receives its world premiere, following a bartender and a footballer facing the pressure of coming out before an AFL draft. Together, the films suggest a festival interested in both sweeping historical settings and very recognisable modern anxieties. </w:t>
      </w:r>
      <w:hyperlink r:id="rId14">
        <w:r>
          <w:rPr>
            <w:color w:val="0000EE"/>
            <w:u w:val="single"/>
          </w:rPr>
          <w:t>[7]</w:t>
        </w:r>
      </w:hyperlink>
      <w:r/>
    </w:p>
    <w:p>
      <w:pPr>
        <w:pStyle w:val="Heading2"/>
      </w:pPr>
      <w:r>
        <w:t>Familiar favourites return alongside new voices</w:t>
      </w:r>
      <w:r/>
    </w:p>
    <w:p>
      <w:r/>
      <w:r>
        <w:t xml:space="preserve">The 2026 line-up also makes room for films that already carry serious cultural weight. </w:t>
      </w:r>
      <w:r>
        <w:rPr>
          <w:i/>
        </w:rPr>
        <w:t>Brokeback Mountain</w:t>
      </w:r>
      <w:r>
        <w:t xml:space="preserve"> returns to the big screen, while </w:t>
      </w:r>
      <w:r>
        <w:rPr>
          <w:i/>
        </w:rPr>
        <w:t>Moonlight</w:t>
      </w:r>
      <w:r>
        <w:t xml:space="preserve"> receives a 10th anniversary screening. These are the kind of titles that can draw first-time viewers and devoted rewatchers into the same room, which is one of the pleasures of a festival programme. </w:t>
      </w:r>
      <w:hyperlink r:id="rId10">
        <w:r>
          <w:rPr>
            <w:color w:val="0000EE"/>
            <w:u w:val="single"/>
          </w:rPr>
          <w:t>[5]</w:t>
        </w:r>
      </w:hyperlink>
      <w:r/>
    </w:p>
    <w:p>
      <w:r/>
      <w:r>
        <w:t xml:space="preserve">A First Nations Films package, curated by Erub and Larrakia woman Aaliyah Bradbury, brings together work from Australia and Timor-Leste. That broader regional focus matters, ensuring the festival isn't defined only by imported prestige titles or familiar English-language classics. </w:t>
      </w:r>
      <w:hyperlink r:id="rId10">
        <w:r>
          <w:rPr>
            <w:color w:val="0000EE"/>
            <w:u w:val="single"/>
          </w:rPr>
          <w:t>[5]</w:t>
        </w:r>
      </w:hyperlink>
      <w:r/>
    </w:p>
    <w:p>
      <w:pPr>
        <w:pStyle w:val="Heading2"/>
      </w:pPr>
      <w:r>
        <w:t>How to plan your Melbourne Queer Film Festival visit</w:t>
      </w:r>
      <w:r/>
    </w:p>
    <w:p>
      <w:r/>
      <w:r>
        <w:t xml:space="preserve">The festival runs across central Melbourne from Friday 13 November to Sunday 22 November, with </w:t>
      </w:r>
      <w:r>
        <w:rPr>
          <w:i/>
        </w:rPr>
        <w:t>Kick</w:t>
      </w:r>
      <w:r>
        <w:t xml:space="preserve"> opening the event and </w:t>
      </w:r>
      <w:r>
        <w:rPr>
          <w:i/>
        </w:rPr>
        <w:t>Big Girls Don't Cry</w:t>
      </w:r>
      <w:r>
        <w:t xml:space="preserve"> closing it. Paloma Schneideman's New Zealand debut follows 14-year-old Sid Bookman during a summer of copying the people she thinks might win approval, with Noah Taylor appearing as her distracted father. </w:t>
      </w:r>
      <w:hyperlink r:id="rId10">
        <w:r>
          <w:rPr>
            <w:color w:val="0000EE"/>
            <w:u w:val="single"/>
          </w:rPr>
          <w:t>[5]</w:t>
        </w:r>
      </w:hyperlink>
      <w:r/>
    </w:p>
    <w:p>
      <w:r/>
      <w:r>
        <w:t xml:space="preserve">Tickets and passes are already on sale through the festival website. Each purchase also enters a United Airlines draw for two return economy flights to the United States, with entries ranging from one for a single ticket to 20 for an All Pass. If you're planning several screenings, checking the pass options early could make both the timetable and the maths easier. </w:t>
      </w:r>
      <w:hyperlink r:id="rId10">
        <w:r>
          <w:rPr>
            <w:color w:val="0000EE"/>
            <w:u w:val="single"/>
          </w:rPr>
          <w:t>[5]</w:t>
        </w:r>
      </w:hyperlink>
      <w:r/>
    </w:p>
    <w:p>
      <w:r/>
      <w:r>
        <w:t>The best approach is to mix the obvious headline films with at least one unfamiliar title. Festivals are often at their most rewarding when a film you didn't know much about becomes the one you keep talking about on the tram home.</w:t>
      </w:r>
      <w:r/>
    </w:p>
    <w:p>
      <w:r/>
      <w:r>
        <w:t>It's a small city-wide cinema marathon with plenty of heart, history and reasons to stay for the credits.</w:t>
      </w:r>
      <w:r/>
    </w:p>
    <w:p>
      <w:pPr>
        <w:pStyle w:val="Heading3"/>
      </w:pPr>
      <w:r>
        <w:t>Source Reference Map</w:t>
      </w:r>
      <w:r/>
    </w:p>
    <w:p>
      <w:r/>
      <w:r>
        <w:rPr>
          <w:b/>
        </w:rPr>
        <w:t>Story idea inspired by:</w:t>
      </w:r>
      <w:r>
        <w:t xml:space="preserve"> </w:t>
      </w:r>
      <w:hyperlink r:id="rId15">
        <w:r>
          <w:rPr>
            <w:color w:val="0000EE"/>
            <w:u w:val="single"/>
          </w:rPr>
          <w:t>[1]</w:t>
        </w:r>
      </w:hyperlink>
      <w:r/>
    </w:p>
    <w:p>
      <w:r/>
      <w:r>
        <w:rPr>
          <w:b/>
        </w:rPr>
        <w:t>Sources by paragraph:</w:t>
      </w:r>
      <w:r>
        <w:t xml:space="preserve">- Paragraph 1: </w:t>
      </w:r>
      <w:hyperlink r:id="rId9">
        <w:r>
          <w:rPr>
            <w:color w:val="0000EE"/>
            <w:u w:val="single"/>
          </w:rPr>
          <w:t>[2]</w:t>
        </w:r>
      </w:hyperlink>
      <w:r>
        <w:t xml:space="preserve">, </w:t>
      </w:r>
      <w:hyperlink r:id="rId10">
        <w:r>
          <w:rPr>
            <w:color w:val="0000EE"/>
            <w:u w:val="single"/>
          </w:rPr>
          <w:t>[5]</w:t>
        </w:r>
      </w:hyperlink>
      <w:r>
        <w:t xml:space="preserve">- Paragraph 2: </w:t>
      </w:r>
      <w:hyperlink r:id="rId10">
        <w:r>
          <w:rPr>
            <w:color w:val="0000EE"/>
            <w:u w:val="single"/>
          </w:rPr>
          <w:t>[5]</w:t>
        </w:r>
      </w:hyperlink>
      <w:r>
        <w:t xml:space="preserve">- Paragraph 3: </w:t>
      </w:r>
      <w:hyperlink r:id="rId11">
        <w:r>
          <w:rPr>
            <w:color w:val="0000EE"/>
            <w:u w:val="single"/>
          </w:rPr>
          <w:t>[3]</w:t>
        </w:r>
      </w:hyperlink>
      <w:r>
        <w:t xml:space="preserve">, </w:t>
      </w:r>
      <w:hyperlink r:id="rId12">
        <w:r>
          <w:rPr>
            <w:color w:val="0000EE"/>
            <w:u w:val="single"/>
          </w:rPr>
          <w:t>[4]</w:t>
        </w:r>
      </w:hyperlink>
      <w:r>
        <w:t xml:space="preserve">- Paragraph 4: </w:t>
      </w:r>
      <w:hyperlink r:id="rId13">
        <w:r>
          <w:rPr>
            <w:color w:val="0000EE"/>
            <w:u w:val="single"/>
          </w:rPr>
          <w:t>[6]</w:t>
        </w:r>
      </w:hyperlink>
      <w:r>
        <w:t xml:space="preserve">, </w:t>
      </w:r>
      <w:hyperlink r:id="rId14">
        <w:r>
          <w:rPr>
            <w:color w:val="0000EE"/>
            <w:u w:val="single"/>
          </w:rPr>
          <w:t>[7]</w:t>
        </w:r>
      </w:hyperlink>
      <w:r>
        <w:t xml:space="preserve">- Paragraph 5: </w:t>
      </w:r>
      <w:hyperlink r:id="rId10">
        <w:r>
          <w:rPr>
            <w:color w:val="0000EE"/>
            <w:u w:val="single"/>
          </w:rPr>
          <w:t>[5]</w:t>
        </w:r>
      </w:hyperlink>
      <w:r>
        <w:t xml:space="preserve">- Paragraph 6: </w:t>
      </w:r>
      <w:hyperlink r:id="rId10">
        <w:r>
          <w:rPr>
            <w:color w:val="0000EE"/>
            <w:u w:val="single"/>
          </w:rPr>
          <w:t>[5]</w:t>
        </w:r>
      </w:hyperlink>
      <w:r>
        <w:t xml:space="preserve">- Paragraph 7: </w:t>
      </w:r>
      <w:hyperlink r:id="rId10">
        <w:r>
          <w:rPr>
            <w:color w:val="0000EE"/>
            <w:u w:val="single"/>
          </w:rPr>
          <w:t>[5]</w:t>
        </w:r>
      </w:hyperlink>
      <w:r>
        <w:t xml:space="preserve">- Paragraph 8: </w:t>
      </w:r>
      <w:hyperlink r:id="rId10">
        <w:r>
          <w:rPr>
            <w:color w:val="0000EE"/>
            <w:u w:val="single"/>
          </w:rPr>
          <w:t>[5]</w:t>
        </w:r>
      </w:hyperlink>
      <w:r>
        <w:t xml:space="preserve">- Paragraph 9: </w:t>
      </w:r>
      <w:hyperlink r:id="rId10">
        <w:r>
          <w:rPr>
            <w:color w:val="0000EE"/>
            <w:u w:val="single"/>
          </w:rPr>
          <w:t>[5]</w:t>
        </w:r>
      </w:hyperlink>
      <w:r/>
    </w:p>
    <w:p>
      <w:pPr>
        <w:pStyle w:val="Heading2"/>
      </w:pPr>
      <w:r>
        <w:t>Bibliography</w:t>
      </w:r>
      <w:r/>
      <w:r/>
    </w:p>
    <w:p>
      <w:pPr>
        <w:pStyle w:val="ListNumber"/>
        <w:numPr>
          <w:ilvl w:val="0"/>
          <w:numId w:val="14"/>
        </w:numPr>
        <w:spacing w:line="240" w:lineRule="auto"/>
        <w:ind w:left="720"/>
      </w:pPr>
      <w:r/>
      <w:hyperlink r:id="rId15">
        <w:r>
          <w:rPr>
            <w:color w:val="0000EE"/>
            <w:u w:val="single"/>
          </w:rPr>
          <w:t>https://beat.com.au/theres-a-10-day-queer-film-marathon-coming-to-melbourne/</w:t>
        </w:r>
      </w:hyperlink>
      <w:r>
        <w:t xml:space="preserve"> - Please view link - unable to able to access data</w:t>
      </w:r>
      <w:r/>
    </w:p>
    <w:p>
      <w:pPr>
        <w:pStyle w:val="ListNumber"/>
        <w:spacing w:line="240" w:lineRule="auto"/>
        <w:ind w:left="720"/>
      </w:pPr>
      <w:r/>
      <w:hyperlink r:id="rId9">
        <w:r>
          <w:rPr>
            <w:color w:val="0000EE"/>
            <w:u w:val="single"/>
          </w:rPr>
          <w:t>https://mqff.com.au/program/kick/</w:t>
        </w:r>
      </w:hyperlink>
      <w:r>
        <w:t xml:space="preserve"> - The Melbourne Queer Film Festival (MQFF) has announced the Australian premiere of 'Kick,' a documentary directed by Julia Schwalb, scheduled for 13 November 2026. The film follows Nikki Hiltz, America's fastest 1500m runner, as they approach a historic achievement in their sport while navigating the challenges of being openly trans and nonbinary in a competitive environment. The screening will be accompanied by an opening party featuring grazing tables, Stomping Ground beer, Squealing Pig wine, The Melbourne Gin Company, and Matéo Soda. DJs and performers for the event are yet to be announced. (</w:t>
      </w:r>
      <w:hyperlink r:id="rId16">
        <w:r>
          <w:rPr>
            <w:color w:val="0000EE"/>
            <w:u w:val="single"/>
          </w:rPr>
          <w:t>mqff.com.au</w:t>
        </w:r>
      </w:hyperlink>
      <w:r>
        <w:t>)</w:t>
      </w:r>
      <w:r/>
    </w:p>
    <w:p>
      <w:pPr>
        <w:pStyle w:val="ListNumber"/>
        <w:spacing w:line="240" w:lineRule="auto"/>
        <w:ind w:left="720"/>
      </w:pPr>
      <w:r/>
      <w:hyperlink r:id="rId11">
        <w:r>
          <w:rPr>
            <w:color w:val="0000EE"/>
            <w:u w:val="single"/>
          </w:rPr>
          <w:t>https://filmadelphia.org/movies/time-warp/</w:t>
        </w:r>
      </w:hyperlink>
      <w:r>
        <w:t xml:space="preserve"> - 'Time Warp' is a documentary directed by Allison Berg, set in Rock Springs, Wyoming, where 25-year-old Kenny Starling established the town's first drag and queer theatre company. The film captures the troupe's journey as they prepare a shadow cast of 'The Rocky Horror Picture Show,' highlighting the community's response to this new form of queer expression. The documentary had its world premiere at the 2026 Tribeca Festival, with executive producers including Billy Porter and John Cameron Mitchell. (</w:t>
      </w:r>
      <w:hyperlink r:id="rId17">
        <w:r>
          <w:rPr>
            <w:color w:val="0000EE"/>
            <w:u w:val="single"/>
          </w:rPr>
          <w:t>filmadelphia.org</w:t>
        </w:r>
      </w:hyperlink>
      <w:r>
        <w:t>)</w:t>
      </w:r>
      <w:r/>
    </w:p>
    <w:p>
      <w:pPr>
        <w:pStyle w:val="ListNumber"/>
        <w:spacing w:line="240" w:lineRule="auto"/>
        <w:ind w:left="720"/>
      </w:pPr>
      <w:r/>
      <w:hyperlink r:id="rId12">
        <w:r>
          <w:rPr>
            <w:color w:val="0000EE"/>
            <w:u w:val="single"/>
          </w:rPr>
          <w:t>https://www.rottentomatoes.com/m/time_warp_2026</w:t>
        </w:r>
      </w:hyperlink>
      <w:r>
        <w:t xml:space="preserve"> - 'Time Warp' is a documentary directed by Allison Berg, focusing on the first drag and queer theatrical troupe in Rock Springs, Wyoming, led by 25-year-old Kenny Starling. The troupe stages a shadow cast of 'The Rocky Horror Picture Show,' bringing queer visibility to a conservative community. The film has received positive reviews, with a Tomatometer rating of 8 out of 10 based on 8 reviews. (</w:t>
      </w:r>
      <w:hyperlink r:id="rId18">
        <w:r>
          <w:rPr>
            <w:color w:val="0000EE"/>
            <w:u w:val="single"/>
          </w:rPr>
          <w:t>rottentomatoes.com</w:t>
        </w:r>
      </w:hyperlink>
      <w:r>
        <w:t>)</w:t>
      </w:r>
      <w:r/>
    </w:p>
    <w:p>
      <w:pPr>
        <w:pStyle w:val="ListNumber"/>
        <w:spacing w:line="240" w:lineRule="auto"/>
        <w:ind w:left="720"/>
      </w:pPr>
      <w:r/>
      <w:hyperlink r:id="rId10">
        <w:r>
          <w:rPr>
            <w:color w:val="0000EE"/>
            <w:u w:val="single"/>
          </w:rPr>
          <w:t>https://www.melbournepoint.com.au/events/melbourne-queer-film-festival/</w:t>
        </w:r>
      </w:hyperlink>
      <w:r>
        <w:t xml:space="preserve"> - The Melbourne Queer Film Festival (MQFF) is scheduled to take place from 13 to 22 November 2026, marking its 36th edition. The festival will showcase a diverse range of LGBTQIA+ cinema, including feature films, documentaries, shorts, premieres, and filmmaker events. The complete program, screening venues, and ticket prices will be announced at the official program launch on 23 October 2026. (</w:t>
      </w:r>
      <w:hyperlink r:id="rId19">
        <w:r>
          <w:rPr>
            <w:color w:val="0000EE"/>
            <w:u w:val="single"/>
          </w:rPr>
          <w:t>melbournepoint.com.au</w:t>
        </w:r>
      </w:hyperlink>
      <w:r>
        <w:t>)</w:t>
      </w:r>
      <w:r/>
    </w:p>
    <w:p>
      <w:pPr>
        <w:pStyle w:val="ListNumber"/>
        <w:spacing w:line="240" w:lineRule="auto"/>
        <w:ind w:left="720"/>
      </w:pPr>
      <w:r/>
      <w:hyperlink r:id="rId13">
        <w:r>
          <w:rPr>
            <w:color w:val="0000EE"/>
            <w:u w:val="single"/>
          </w:rPr>
          <w:t>https://aspenfilm.org/event/filmfest-time-warp/</w:t>
        </w:r>
      </w:hyperlink>
      <w:r>
        <w:t xml:space="preserve"> - 'Time Warp' is a documentary directed by Allison Berg, focusing on the first drag and queer theatrical troupe in Rock Springs, Wyoming, led by 25-year-old Kenny Starling. The troupe stages a shadow cast of 'The Rocky Horror Picture Show,' bringing queer visibility to a conservative community. The film had its world premiere at the 2026 Tribeca Festival and is scheduled for screening at the Aspen Film Festival on 2 October 2026, followed by a Q&amp;A with the director. (</w:t>
      </w:r>
      <w:hyperlink r:id="rId20">
        <w:r>
          <w:rPr>
            <w:color w:val="0000EE"/>
            <w:u w:val="single"/>
          </w:rPr>
          <w:t>aspenfilm.org</w:t>
        </w:r>
      </w:hyperlink>
      <w:r>
        <w:t>)</w:t>
      </w:r>
      <w:r/>
    </w:p>
    <w:p>
      <w:pPr>
        <w:pStyle w:val="ListNumber"/>
        <w:spacing w:line="240" w:lineRule="auto"/>
        <w:ind w:left="720"/>
      </w:pPr>
      <w:r/>
      <w:hyperlink r:id="rId14">
        <w:r>
          <w:rPr>
            <w:color w:val="0000EE"/>
            <w:u w:val="single"/>
          </w:rPr>
          <w:t>https://www.imdb.com/title/tt42047992/</w:t>
        </w:r>
      </w:hyperlink>
      <w:r>
        <w:t xml:space="preserve"> - 'Time Warp' is a documentary directed by Allison Berg, focusing on the first drag and queer theatrical troupe in Rock Springs, Wyoming, led by 25-year-old Kenny Starling. The troupe stages a shadow cast of 'The Rocky Horror Picture Show,' bringing queer visibility to a conservative community. The film has an IMDb rating of 8.4 out of 10, based on 17 user ratings. (</w:t>
      </w:r>
      <w:hyperlink r:id="rId21">
        <w:r>
          <w:rPr>
            <w:color w:val="0000EE"/>
            <w:u w:val="single"/>
          </w:rPr>
          <w:t>imdb.com</w:t>
        </w:r>
      </w:hyperlink>
      <w:r>
        <w:t>)</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mqff.com.au/program/kick/" TargetMode="External"/><Relationship Id="rId10" Type="http://schemas.openxmlformats.org/officeDocument/2006/relationships/hyperlink" Target="https://www.melbournepoint.com.au/events/melbourne-queer-film-festival/" TargetMode="External"/><Relationship Id="rId11" Type="http://schemas.openxmlformats.org/officeDocument/2006/relationships/hyperlink" Target="https://filmadelphia.org/movies/time-warp/" TargetMode="External"/><Relationship Id="rId12" Type="http://schemas.openxmlformats.org/officeDocument/2006/relationships/hyperlink" Target="https://www.rottentomatoes.com/m/time_warp_2026" TargetMode="External"/><Relationship Id="rId13" Type="http://schemas.openxmlformats.org/officeDocument/2006/relationships/hyperlink" Target="https://aspenfilm.org/event/filmfest-time-warp/" TargetMode="External"/><Relationship Id="rId14" Type="http://schemas.openxmlformats.org/officeDocument/2006/relationships/hyperlink" Target="https://www.imdb.com/title/tt42047992/" TargetMode="External"/><Relationship Id="rId15" Type="http://schemas.openxmlformats.org/officeDocument/2006/relationships/hyperlink" Target="https://beat.com.au/theres-a-10-day-queer-film-marathon-coming-to-melbourne/" TargetMode="External"/><Relationship Id="rId16" Type="http://schemas.openxmlformats.org/officeDocument/2006/relationships/hyperlink" Target="https://mqff.com.au/program/kick/?utm_source=openai" TargetMode="External"/><Relationship Id="rId17" Type="http://schemas.openxmlformats.org/officeDocument/2006/relationships/hyperlink" Target="https://filmadelphia.org/movies/time-warp/?utm_source=openai" TargetMode="External"/><Relationship Id="rId18" Type="http://schemas.openxmlformats.org/officeDocument/2006/relationships/hyperlink" Target="https://www.rottentomatoes.com/m/time_warp_2026?utm_source=openai" TargetMode="External"/><Relationship Id="rId19" Type="http://schemas.openxmlformats.org/officeDocument/2006/relationships/hyperlink" Target="https://www.melbournepoint.com.au/events/melbourne-queer-film-festival?utm_source=openai" TargetMode="External"/><Relationship Id="rId20" Type="http://schemas.openxmlformats.org/officeDocument/2006/relationships/hyperlink" Target="https://aspenfilm.org/event/filmfest-time-warp/?utm_source=openai" TargetMode="External"/><Relationship Id="rId21" Type="http://schemas.openxmlformats.org/officeDocument/2006/relationships/hyperlink" Target="https://www.imdb.com/title/tt42047992/?utm_source=openai"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