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Halloween on Church guide for Toronto’s 2026 street party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Toronto’s Church-Wellesley Village is getting ready for a two-day Halloween on Church celebration, with drag shows, themed performances, late-night venues and a major Saturday street closure. Here’s what visitors need to know about the popular LGBTQ2S+ event, from timings and entertainment to transport, costumes and staying comfortable in the crowds.</w:t>
      </w:r>
      <w:r/>
    </w:p>
    <w:p>
      <w:pPr>
        <w:pStyle w:val="Heading2"/>
      </w:pPr>
      <w:r>
        <w:t>Essential Takeaways</w:t>
      </w:r>
      <w:r/>
      <w:r/>
    </w:p>
    <w:p>
      <w:pPr>
        <w:pStyle w:val="ListBullet"/>
        <w:spacing w:line="240" w:lineRule="auto"/>
        <w:ind w:left="720"/>
      </w:pPr>
      <w:r/>
      <w:r>
        <w:rPr>
          <w:b/>
        </w:rPr>
        <w:t>Two nights of entertainment:</w:t>
      </w:r>
      <w:r>
        <w:t xml:space="preserve"> Friday features a stage show, drag performances and themed tributes, while Saturday expands into a large street festival.</w:t>
      </w:r>
      <w:r/>
    </w:p>
    <w:p>
      <w:pPr>
        <w:pStyle w:val="ListBullet"/>
        <w:spacing w:line="240" w:lineRule="auto"/>
        <w:ind w:left="720"/>
      </w:pPr>
      <w:r/>
      <w:r>
        <w:rPr>
          <w:b/>
        </w:rPr>
        <w:t>Church Street closes:</w:t>
      </w:r>
      <w:r>
        <w:t xml:space="preserve"> Six blocks are scheduled to shut from Gloucester Street to Carlton Street on Saturday evening through to early Sunday morning.</w:t>
      </w:r>
      <w:r/>
    </w:p>
    <w:p>
      <w:pPr>
        <w:pStyle w:val="ListBullet"/>
        <w:spacing w:line="240" w:lineRule="auto"/>
        <w:ind w:left="720"/>
      </w:pPr>
      <w:r/>
      <w:r>
        <w:rPr>
          <w:b/>
        </w:rPr>
        <w:t>Late nights are planned:</w:t>
      </w:r>
      <w:r>
        <w:t xml:space="preserve"> Participating bars and restaurants have applied for liquor licence extensions until 4 a.m.</w:t>
      </w:r>
      <w:r/>
    </w:p>
    <w:p>
      <w:pPr>
        <w:pStyle w:val="ListBullet"/>
        <w:spacing w:line="240" w:lineRule="auto"/>
        <w:ind w:left="720"/>
      </w:pPr>
      <w:r/>
      <w:r>
        <w:rPr>
          <w:b/>
        </w:rPr>
        <w:t>Expect big crowds:</w:t>
      </w:r>
      <w:r>
        <w:t xml:space="preserve"> The event attracts tens of thousands, so arriving early and planning your route is sensible.</w:t>
      </w:r>
      <w:r/>
    </w:p>
    <w:p>
      <w:pPr>
        <w:pStyle w:val="ListBullet"/>
        <w:spacing w:line="240" w:lineRule="auto"/>
        <w:ind w:left="720"/>
      </w:pPr>
      <w:r/>
      <w:r>
        <w:rPr>
          <w:b/>
        </w:rPr>
        <w:t>Dress for the weather:</w:t>
      </w:r>
      <w:r>
        <w:t xml:space="preserve"> Costumes look their best when paired with warm layers and comfortable shoes.</w:t>
      </w:r>
      <w:r/>
      <w:r/>
    </w:p>
    <w:p>
      <w:pPr>
        <w:pStyle w:val="Heading2"/>
      </w:pPr>
      <w:r>
        <w:t>Toronto’s most colourful Halloween weekend is back</w:t>
      </w:r>
      <w:r/>
    </w:p>
    <w:p>
      <w:r/>
      <w:r>
        <w:t>Halloween on Church is less a single party than a full neighbourhood takeover. On Friday night, the action centres on a parking lot at Church and Maitland Streets, where a beer garden and stage show are expected to set the tone from 8 p.m. until midnight.</w:t>
      </w:r>
      <w:r/>
    </w:p>
    <w:p>
      <w:r/>
      <w:r>
        <w:t>The line-up includes local drag performers Sofonda Cox, Boa, Ari Darlin, Georgina Hudson and Jayjay Kings, alongside a Michael Jackson-inspired Thriller performance and a Dolly Parton tribute. It’s theatrical, camp and knowingly over the top, which is precisely the point.</w:t>
      </w:r>
      <w:r/>
    </w:p>
    <w:p>
      <w:r/>
      <w:r>
        <w:t>Event listings from Toronto guides also place Halloween on Church among the city’s major seasonal nightlife attractions, making it a natural choice for visitors who want something livelier than a conventional house party. According to local event calendars, the Village’s bars and nearby venues will also play a large part in the weekend programme.</w:t>
      </w:r>
      <w:r/>
    </w:p>
    <w:p>
      <w:pPr>
        <w:pStyle w:val="Heading2"/>
      </w:pPr>
      <w:r>
        <w:t>Saturday turns Church Street into a festival ground</w:t>
      </w:r>
      <w:r/>
    </w:p>
    <w:p>
      <w:r/>
      <w:r>
        <w:t>Saturday is the bigger spectacle. Church Street is due to close between Gloucester Street and Carlton Street from 5 p.m. until 7 a.m. on Sunday, giving revellers room to move between venues, outdoor areas and the surrounding businesses.</w:t>
      </w:r>
      <w:r/>
    </w:p>
    <w:p>
      <w:r/>
      <w:r>
        <w:t>That closure will make walking the easiest way to experience the festival, but it also means normal driving and drop-off plans may become awkward. Visitors should consider arriving by public transport, checking route changes before setting off and choosing a meeting point away from the busiest stretch.</w:t>
      </w:r>
      <w:r/>
    </w:p>
    <w:p>
      <w:r/>
      <w:r>
        <w:t>The event’s long history is part of its appeal. Organisers say the tradition dates back to the 1960s, when dressing in drag could carry serious legal and social risks. Today’s celebration is louder and more commercial, but it still carries that thread of freedom, visibility and community.</w:t>
      </w:r>
      <w:r/>
    </w:p>
    <w:p>
      <w:pPr>
        <w:pStyle w:val="Heading2"/>
      </w:pPr>
      <w:r>
        <w:t>Drag, costumes and a little friendly competition</w:t>
      </w:r>
      <w:r/>
    </w:p>
    <w:p>
      <w:r/>
      <w:r>
        <w:t>Sofonda Cox is expected to appear across the Village during the weekend, with performances planned at several bars and a circuit party hosted by Prism Events. She has teased multiple costume ideas, including characters inspired by She-Wolf, Annabelle and Marie Antoinette.</w:t>
      </w:r>
      <w:r/>
    </w:p>
    <w:p>
      <w:r/>
      <w:r>
        <w:t>That gives visitors plenty of room to join in. Halloween on Church is the sort of event where a polished costume can share the spotlight with a hastily assembled look, although comfortable footwear may be the smartest accessory of all.</w:t>
      </w:r>
      <w:r/>
    </w:p>
    <w:p>
      <w:r/>
      <w:r>
        <w:t>For inspiration, other Toronto Halloween listings show how varied the city’s seasonal entertainment has become, from immersive evening events to atmospheric concerts. Halloween on Church stands apart by putting performance, nightlife and public street celebration together in one concentrated weekend.</w:t>
      </w:r>
      <w:r/>
    </w:p>
    <w:p>
      <w:pPr>
        <w:pStyle w:val="Heading2"/>
      </w:pPr>
      <w:r>
        <w:t>What to know before you go</w:t>
      </w:r>
      <w:r/>
    </w:p>
    <w:p>
      <w:r/>
      <w:r>
        <w:t>The weekend is expensive to stage, with much of the budget directed towards security and paid-duty police officers. The Church-Wellesley Business Improvement Association is covering the main costs, with financial support from the City of Toronto.</w:t>
      </w:r>
      <w:r/>
    </w:p>
    <w:p>
      <w:r/>
      <w:r>
        <w:t>That investment matters because the event brings a substantial audience into the neighbourhood and helps local businesses through one of the year’s busiest weekends. Participating venues are expected to stay open late, with licence extensions allowing selected bars and restaurants to serve until 4 a.m.</w:t>
      </w:r>
      <w:r/>
    </w:p>
    <w:p>
      <w:r/>
      <w:r>
        <w:t>If you're going, bring a charged phone, keep valuables secure and decide how you'll get home before the evening gathers pace. Wear layers that can survive a chilly wait, drink water between cocktails and give yourself extra time for queues. The lights and costumes may be dazzling, but crowds can make even a short walk feel like an expedition.</w:t>
      </w:r>
      <w:r/>
    </w:p>
    <w:p>
      <w:pPr>
        <w:pStyle w:val="Heading2"/>
      </w:pPr>
      <w:r>
        <w:t>A party with history behind the glitter</w:t>
      </w:r>
      <w:r/>
    </w:p>
    <w:p>
      <w:r/>
      <w:r>
        <w:t>Halloween on Church has grown into a major Toronto tradition, yet its roots remain especially important to the local LGBTQ2S+ community. What began as an act of self-expression has developed into a public celebration where dressing up is not merely tolerated, but enthusiastically embraced.</w:t>
      </w:r>
      <w:r/>
    </w:p>
    <w:p>
      <w:r/>
      <w:r>
        <w:t>That combination gives the event its particular energy. There’s the noise, the nightlife and the spectacle, but there’s also a sense that the street belongs to everyone for the evening. Other Halloween events around Toronto may offer a quieter, more curated experience, while Church Street delivers the full sensory rush: music, makeup, sequins and a crowd ready to applaud.</w:t>
      </w:r>
      <w:r/>
    </w:p>
    <w:p>
      <w:r/>
      <w:r>
        <w:t>The best approach is to treat it as a shared celebration rather than a standard night out. Arrive with an open mind, look out for fellow revellers and let the costumes do the talking.</w:t>
      </w:r>
      <w:r/>
    </w:p>
    <w:p>
      <w:r/>
      <w:r>
        <w:t>Plan your route, pick your costume and enjoy Toronto’s Halloween weekend in full colour.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4">
        <w:r>
          <w:rPr>
            <w:color w:val="0000EE"/>
            <w:u w:val="single"/>
          </w:rPr>
          <w:t>[7]</w:t>
        </w:r>
      </w:hyperlink>
      <w:r>
        <w:t xml:space="preserve">- Paragraph 5: </w:t>
      </w:r>
      <w:hyperlink r:id="rId15">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5">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5">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[6]</w:t>
        </w:r>
      </w:hyperlink>
      <w:r>
        <w:t xml:space="preserve">- Paragraph 15: </w:t>
      </w:r>
      <w:hyperlink r:id="rId15">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https://toronto.citynews.ca/2026/10/20/halloween-on-church-returns-to-the-village-for-two-day-event/</w:t>
        </w:r>
      </w:hyperlink>
      <w:r>
        <w:t xml:space="preserve"> - Please view link - unable to able to access data</w:t>
      </w:r>
      <w:r/>
    </w:p>
    <w:p>
      <w:pPr>
        <w:pStyle w:val="ListNumber"/>
        <w:spacing w:line="240" w:lineRule="auto"/>
        <w:ind w:left="720"/>
      </w:pPr>
      <w:r/>
      <w:hyperlink r:id="rId10">
        <w:r>
          <w:rPr>
            <w:color w:val="0000EE"/>
            <w:u w:val="single"/>
          </w:rPr>
          <w:t>https://www.wtftoronto.com/halloween-guides/halloween-on-church/</w:t>
        </w:r>
      </w:hyperlink>
      <w:r>
        <w:t xml:space="preserve"> - This guide provides the confirmed details for Halloween on Church 2026, scheduled for Saturday, October 31, 2026, from 6:30 PM to midnight on Church Street between Gloucester Street and Carlton Street. The event is free to attend and features live DJs, drag performances, and dancers. Attendees are encouraged to plan their visit respectfully, considering the local community and businesses. The guide also offers tips on transportation and access, advising the use of public transit or planned pickups due to potential road closures and limited parking.</w:t>
      </w:r>
      <w:r/>
    </w:p>
    <w:p>
      <w:pPr>
        <w:pStyle w:val="ListNumber"/>
        <w:spacing w:line="240" w:lineRule="auto"/>
        <w:ind w:left="720"/>
      </w:pPr>
      <w:r/>
      <w:hyperlink r:id="rId11">
        <w:r>
          <w:rPr>
            <w:color w:val="0000EE"/>
            <w:u w:val="single"/>
          </w:rPr>
          <w:t>https://www.todocanada.ca/city/toronto/event/halloween-church-street/</w:t>
        </w:r>
      </w:hyperlink>
      <w:r>
        <w:t xml:space="preserve"> - This event description highlights Canada's largest Halloween block party, Halloween on Church Street, taking place on October 30 and 31, 2026. The festival transforms Church Street into a pedestrian-only zone, featuring live DJs, drag performances, and dancers. The event is free to attend and attracts thousands of costumed attendees. The description emphasizes the vibrant atmosphere and the significance of the event for the local LGBTQ2S+ community and businesses.</w:t>
      </w:r>
      <w:r/>
    </w:p>
    <w:p>
      <w:pPr>
        <w:pStyle w:val="ListNumber"/>
        <w:spacing w:line="240" w:lineRule="auto"/>
        <w:ind w:left="720"/>
      </w:pPr>
      <w:r/>
      <w:hyperlink r:id="rId12">
        <w:r>
          <w:rPr>
            <w:color w:val="0000EE"/>
            <w:u w:val="single"/>
          </w:rPr>
          <w:t>https://ma.to/event/halloween-on-church-2026-10-31</w:t>
        </w:r>
      </w:hyperlink>
      <w:r>
        <w:t xml:space="preserve"> - This event listing details Halloween on Church 2026, occurring on Saturday, October 31, 2026, from 6:30 PM to midnight on Church Street between Gloucester Street and Carlton Street. The street party includes live DJs, drag performances, and dancers, with themed drinks available at local bars and restaurants. Admission is free, and the event is expected to draw thousands of attendees. The listing provides logistical information and encourages attendees to enjoy the festivities responsibly.</w:t>
      </w:r>
      <w:r/>
    </w:p>
    <w:p>
      <w:pPr>
        <w:pStyle w:val="ListNumber"/>
        <w:spacing w:line="240" w:lineRule="auto"/>
        <w:ind w:left="720"/>
      </w:pPr>
      <w:r/>
      <w:hyperlink r:id="rId15">
        <w:r>
          <w:rPr>
            <w:color w:val="0000EE"/>
            <w:u w:val="single"/>
          </w:rPr>
          <w:t>https://www.rosedaleunited.org/events/halloween-at-rosedale/2026-10-31</w:t>
        </w:r>
      </w:hyperlink>
      <w:r>
        <w:t xml:space="preserve"> - This event announcement details Halloween at Rosedale, a family-friendly celebration on October 31, 2026, from 5:00 PM to 7:30 PM at Rosedale United Church. The event features trick-or-treating for children, coffee for parents, and a series of spooky organ concerts held every thirty minutes throughout the evening. The concerts include haunting classics like Bach’s Toccata and Fugue in D minor and playful favourites like Ghostbusters. The event aims to provide a safe and welcoming environment for families to celebrate Halloween together.</w:t>
      </w:r>
      <w:r/>
    </w:p>
    <w:p>
      <w:pPr>
        <w:pStyle w:val="ListNumber"/>
        <w:spacing w:line="240" w:lineRule="auto"/>
        <w:ind w:left="720"/>
      </w:pPr>
      <w:r/>
      <w:hyperlink r:id="rId13">
        <w:r>
          <w:rPr>
            <w:color w:val="0000EE"/>
            <w:u w:val="single"/>
          </w:rPr>
          <w:t>https://happeningnext.com/event/symphony-of-shadows-eid1ef0l3677wer</w:t>
        </w:r>
      </w:hyperlink>
      <w:r>
        <w:t xml:space="preserve"> - This event listing describes 'Symphony of Shadows,' an immersive Halloween concert experience on October 23, 2026, at Humber Valley United Church in Toronto. The concert features orchestral works from film scores and classical repertoire, staged with lighting and atmosphere for an immersive experience. Attendees are encouraged to come in costume, with a costume competition and prizes. The event is recommended for ages 7 and up, offering a unique blend of classical music and Halloween festivities.</w:t>
      </w:r>
      <w:r/>
    </w:p>
    <w:p>
      <w:pPr>
        <w:pStyle w:val="ListNumber"/>
        <w:spacing w:line="240" w:lineRule="auto"/>
        <w:ind w:left="720"/>
      </w:pPr>
      <w:r/>
      <w:hyperlink r:id="rId14">
        <w:r>
          <w:rPr>
            <w:color w:val="0000EE"/>
            <w:u w:val="single"/>
          </w:rPr>
          <w:t>https://www.torontoondemand.ca/candlelight-halloween-concert</w:t>
        </w:r>
      </w:hyperlink>
      <w:r>
        <w:t xml:space="preserve"> - This event announcement details 'Candlelight: A Haunted Evening of Halloween Classics,' a Halloween-themed concert in Toronto on October 30, 2026, at the Metropolitan Community Church. The 60-minute concert features a string quartet performing iconic Halloween music beneath the glow of hundreds of candles. The event offers an atmospheric evening where classical music is brought to life in a captivating setting, providing a unique Halloween experience for attendees.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oronto.citynews.ca/2026/10/20/halloween-on-church-returns-to-the-village-for-two-day-event/" TargetMode="External"/><Relationship Id="rId10" Type="http://schemas.openxmlformats.org/officeDocument/2006/relationships/hyperlink" Target="https://www.wtftoronto.com/halloween-guides/halloween-on-church/" TargetMode="External"/><Relationship Id="rId11" Type="http://schemas.openxmlformats.org/officeDocument/2006/relationships/hyperlink" Target="https://www.todocanada.ca/city/toronto/event/halloween-church-street/" TargetMode="External"/><Relationship Id="rId12" Type="http://schemas.openxmlformats.org/officeDocument/2006/relationships/hyperlink" Target="https://ma.to/event/halloween-on-church-2026-10-31" TargetMode="External"/><Relationship Id="rId13" Type="http://schemas.openxmlformats.org/officeDocument/2006/relationships/hyperlink" Target="https://happeningnext.com/event/symphony-of-shadows-eid1ef0l3677wer" TargetMode="External"/><Relationship Id="rId14" Type="http://schemas.openxmlformats.org/officeDocument/2006/relationships/hyperlink" Target="https://www.torontoondemand.ca/candlelight-halloween-concert" TargetMode="External"/><Relationship Id="rId15" Type="http://schemas.openxmlformats.org/officeDocument/2006/relationships/hyperlink" Target="https://www.rosedaleunited.org/events/halloween-at-rosedale/2026-10-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