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Maria Becerra’s Free Buenos Aires Pride Show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and Pride marchers in Buenos Aires will have a major reason to stay for the finale on 7 November 2026, when Maria Becerra is set to headline a free concert in Plaza de Mayo. The Quilmes-born singer’s appearance will close the 35th anniversary Marcha del Orgullo, blending pop spectacle with a clear show of support for LGBT+ rights.</w:t>
      </w:r>
      <w:r/>
    </w:p>
    <w:p>
      <w:pPr>
        <w:pStyle w:val="Heading2"/>
      </w:pPr>
      <w:r>
        <w:t>Essential Takeaways</w:t>
      </w:r>
      <w:r/>
      <w:r/>
    </w:p>
    <w:p>
      <w:pPr>
        <w:pStyle w:val="ListBullet"/>
        <w:spacing w:line="240" w:lineRule="auto"/>
        <w:ind w:left="720"/>
      </w:pPr>
      <w:r/>
      <w:r>
        <w:rPr>
          <w:b/>
        </w:rPr>
        <w:t>Free headline concert:</w:t>
      </w:r>
      <w:r>
        <w:t xml:space="preserve"> Maria Becerra is expected to perform without charge at the Pride March finale.</w:t>
      </w:r>
      <w:r/>
    </w:p>
    <w:p>
      <w:pPr>
        <w:pStyle w:val="ListBullet"/>
        <w:spacing w:line="240" w:lineRule="auto"/>
        <w:ind w:left="720"/>
      </w:pPr>
      <w:r/>
      <w:r>
        <w:rPr>
          <w:b/>
        </w:rPr>
        <w:t>Date and location:</w:t>
      </w:r>
      <w:r>
        <w:t xml:space="preserve"> The event is scheduled for Saturday 7 November 2026 in Buenos Aires, with the closing show planned for Plaza de Mayo.</w:t>
      </w:r>
      <w:r/>
    </w:p>
    <w:p>
      <w:pPr>
        <w:pStyle w:val="ListBullet"/>
        <w:spacing w:line="240" w:lineRule="auto"/>
        <w:ind w:left="720"/>
      </w:pPr>
      <w:r/>
      <w:r>
        <w:rPr>
          <w:b/>
        </w:rPr>
        <w:t>A landmark anniversary:</w:t>
      </w:r>
      <w:r>
        <w:t xml:space="preserve"> The march will mark 35 years of Pride activism in Argentina.</w:t>
      </w:r>
      <w:r/>
    </w:p>
    <w:p>
      <w:pPr>
        <w:pStyle w:val="ListBullet"/>
        <w:spacing w:line="240" w:lineRule="auto"/>
        <w:ind w:left="720"/>
      </w:pPr>
      <w:r/>
      <w:r>
        <w:rPr>
          <w:b/>
        </w:rPr>
        <w:t>More than a pop event:</w:t>
      </w:r>
      <w:r>
        <w:t xml:space="preserve"> Organisers are presenting the day as both a cultural celebration and a public statement against hate.</w:t>
      </w:r>
      <w:r/>
    </w:p>
    <w:p>
      <w:pPr>
        <w:pStyle w:val="ListBullet"/>
        <w:spacing w:line="240" w:lineRule="auto"/>
        <w:ind w:left="720"/>
      </w:pPr>
      <w:r/>
      <w:r>
        <w:rPr>
          <w:b/>
        </w:rPr>
        <w:t>Plan for a crowd:</w:t>
      </w:r>
      <w:r>
        <w:t xml:space="preserve"> Expect a busy central square, late finishes and a lively, highly communal atmosphere.</w:t>
      </w:r>
      <w:r/>
      <w:r/>
    </w:p>
    <w:p>
      <w:pPr>
        <w:pStyle w:val="Heading2"/>
      </w:pPr>
      <w:r>
        <w:t>Maria Becerra will headline the Pride March finale</w:t>
      </w:r>
      <w:r/>
    </w:p>
    <w:p>
      <w:r/>
      <w:r>
        <w:t>The biggest news is wonderfully straightforward: Maria Becerra will close Buenos Aires’ 2026 Pride March with a free live show. The announcement gives the event a powerful pop-culture finish, with thousands expected to gather beneath the city lights for music, dancing and a visible display of solidarity.</w:t>
      </w:r>
      <w:r/>
    </w:p>
    <w:p>
      <w:r/>
      <w:r>
        <w:t>According to reports from Argentine media, the singer offered her participation as a gesture of support for the movement’s demands. That makes the booking feel more meaningful than a standard festival slot. It’s a major stage, certainly, but also a public act of backing at a time when Pride organisers say visibility matters.</w:t>
      </w:r>
      <w:r/>
    </w:p>
    <w:p>
      <w:pPr>
        <w:pStyle w:val="Heading2"/>
      </w:pPr>
      <w:r>
        <w:t>A 35-year milestone for Argentina’s Marcha del Orgullo</w:t>
      </w:r>
      <w:r/>
    </w:p>
    <w:p>
      <w:r/>
      <w:r>
        <w:t>This edition will commemorate 35 years of Argentina’s Marcha del Orgullo. Organisers are using the anniversary to underline the march’s long history, while keeping its political purpose firmly in view.</w:t>
      </w:r>
      <w:r/>
    </w:p>
    <w:p>
      <w:r/>
      <w:r>
        <w:t>The official slogan, translated into English, says that when hate advances, Pride in the streets becomes resistance. It’s a forceful message, and it explains why the programme is being framed as more than entertainment. The music may bring people together, but the march remains rooted in protest, rights and collective presence.</w:t>
      </w:r>
      <w:r/>
    </w:p>
    <w:p>
      <w:pPr>
        <w:pStyle w:val="Heading2"/>
      </w:pPr>
      <w:r>
        <w:t>What can visitors expect on the day?</w:t>
      </w:r>
      <w:r/>
    </w:p>
    <w:p>
      <w:r/>
      <w:r>
        <w:t>Becerra’s performance will be the main draw, but it won’t be the only attraction. Reports indicate that the programme will include a broad line-up of LGBT+ artists and figures from Argentina’s national music scene, creating a fuller festival atmosphere before the headline set.</w:t>
      </w:r>
      <w:r/>
    </w:p>
    <w:p>
      <w:r/>
      <w:r>
        <w:t>For visitors, the practical picture is simple: arrive early, wear comfortable shoes and keep essentials close. Central Buenos Aires can become intensely crowded during major public gatherings, so a meeting point, a charged phone and a little patience are worth more than a perfect view from the front.</w:t>
      </w:r>
      <w:r/>
    </w:p>
    <w:p>
      <w:pPr>
        <w:pStyle w:val="Heading2"/>
      </w:pPr>
      <w:r>
        <w:t>Why this free show feels significant</w:t>
      </w:r>
      <w:r/>
    </w:p>
    <w:p>
      <w:r/>
      <w:r>
        <w:t>Free public concerts have a particular energy. There’s less separation between performer and audience, and the crowd often feels like part of the event rather than a collection of ticket-holders. In this case, that open format suits the spirit of the march, making the finale accessible to people who might not otherwise attend a large concert.</w:t>
      </w:r>
      <w:r/>
    </w:p>
    <w:p>
      <w:r/>
      <w:r>
        <w:t>Argentine outlets have highlighted Becerra’s international profile and recent career momentum. Her presence should bring additional attention to the march, especially among younger fans who may know her first as a pop star. That crossover could help carry the event’s message well beyond Plaza de Mayo.</w:t>
      </w:r>
      <w:r/>
    </w:p>
    <w:p>
      <w:pPr>
        <w:pStyle w:val="Heading2"/>
      </w:pPr>
      <w:r>
        <w:t>A night of pop, Pride and public solidarity</w:t>
      </w:r>
      <w:r/>
    </w:p>
    <w:p>
      <w:r/>
      <w:r>
        <w:t>The closing concert is still months away, but the announcement has already given the 2026 march a defining image: a huge public celebration led by one of Argentina’s most recognisable contemporary singers.</w:t>
      </w:r>
      <w:r/>
    </w:p>
    <w:p>
      <w:r/>
      <w:r>
        <w:t>For anyone planning to attend, the best approach is to treat it as both a concert and a civic gathering. Follow official organiser updates for the route, timings and access arrangements, then leave room for the day to unfold. Pride is rarely a neat, tightly scheduled affair, and that’s part of its charm.</w:t>
      </w:r>
      <w:r/>
    </w:p>
    <w:p>
      <w:r/>
      <w:r>
        <w:t>It's a free show with a big voice, a bigger crowd and a message that will be hard to miss.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2">
        <w:r>
          <w:rPr>
            <w:color w:val="0000EE"/>
            <w:u w:val="single"/>
          </w:rPr>
          <w:t>[4]</w:t>
        </w:r>
      </w:hyperlink>
      <w:r>
        <w:t xml:space="preserve">- Paragraph 9: </w:t>
      </w:r>
      <w:hyperlink r:id="rId11">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[3]</w:t>
        </w:r>
      </w:hyperlink>
      <w:r>
        <w:t xml:space="preserve">, </w:t>
      </w:r>
      <w:hyperlink r:id="rId11">
        <w:r>
          <w:rPr>
            <w:color w:val="0000EE"/>
            <w:u w:val="single"/>
          </w:rPr>
          <w:t>[5]</w:t>
        </w:r>
      </w:hyperlink>
      <w:r>
        <w:t xml:space="preserve">- Paragraph 11: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https://www.rionegro.com.ar/redes/maria-becerra-confirmo-un-show-gratuito-para-el-cierre-de-la-marcha-del-orgullo-en-buenos-aires-todos-los-detalles-4767442/</w:t>
        </w:r>
      </w:hyperlink>
      <w:r>
        <w:t xml:space="preserve"> - Please view link - unable to able to access data</w:t>
      </w:r>
      <w:r/>
    </w:p>
    <w:p>
      <w:pPr>
        <w:pStyle w:val="ListNumber"/>
        <w:spacing w:line="240" w:lineRule="auto"/>
        <w:ind w:left="720"/>
      </w:pPr>
      <w:r/>
      <w:hyperlink r:id="rId9">
        <w:r>
          <w:rPr>
            <w:color w:val="0000EE"/>
            <w:u w:val="single"/>
          </w:rPr>
          <w:t>https://www.rionegro.com.ar/redes/maria-becerra-confirmo-un-show-gratuito-para-el-cierre-de-la-marcha-del-orgullo-en-buenos-aires-todos-los-detalles-4767442/</w:t>
        </w:r>
      </w:hyperlink>
      <w:r>
        <w:t xml:space="preserve"> - María Becerra, an Argentine singer from Quilmes, has been confirmed to perform the main show at the 35th Pride March in Buenos Aires on Saturday, November 7, 2026. The performance will be entirely free and is a personal initiative by Becerra to support the LGBTQ+ community's demands. The official slogan for the event is "When hate advances, Pride in the streets is resistance," aiming to commemorate 35 years of history and strengthen cultural and political positioning.</w:t>
      </w:r>
      <w:r/>
    </w:p>
    <w:p>
      <w:pPr>
        <w:pStyle w:val="ListNumber"/>
        <w:spacing w:line="240" w:lineRule="auto"/>
        <w:ind w:left="720"/>
      </w:pPr>
      <w:r/>
      <w:hyperlink r:id="rId10">
        <w:r>
          <w:rPr>
            <w:color w:val="0000EE"/>
            <w:u w:val="single"/>
          </w:rPr>
          <w:t>https://www.nueva-ciudad.com.ar/notas/202610/58459-maria-becerra-cerrara-la-35-marcha-del-orgullo-en-buenos-aires-con-un-show-gratuito-en-plaza-de-mayo.html</w:t>
        </w:r>
      </w:hyperlink>
      <w:r>
        <w:t xml:space="preserve"> - María Becerra has been confirmed to headline the 35th Pride March in Buenos Aires, scheduled for Saturday, November 7, 2026. She will perform a free live show at Plaza de Mayo, a central location in the city. The announcement was made by the event's organising committee on October 20, 2026, generating significant buzz on social media. (</w:t>
      </w:r>
      <w:hyperlink r:id="rId14">
        <w:r>
          <w:rPr>
            <w:color w:val="0000EE"/>
            <w:u w:val="single"/>
          </w:rPr>
          <w:t>nueva-ciudad.com.ar</w:t>
        </w:r>
      </w:hyperlink>
      <w:r>
        <w:t>)</w:t>
      </w:r>
      <w:r/>
    </w:p>
    <w:p>
      <w:pPr>
        <w:pStyle w:val="ListNumber"/>
        <w:spacing w:line="240" w:lineRule="auto"/>
        <w:ind w:left="720"/>
      </w:pPr>
      <w:r/>
      <w:hyperlink r:id="rId12">
        <w:r>
          <w:rPr>
            <w:color w:val="0000EE"/>
            <w:u w:val="single"/>
          </w:rPr>
          <w:t>https://politicaviral.ar/2026/10/20/maria-becerra-confirmo-que-sera-la-encargada-de-cerrar-la-marcha-del-orgullo-2026-en-buenos-aires/</w:t>
        </w:r>
      </w:hyperlink>
      <w:r>
        <w:t xml:space="preserve"> - María Becerra has confirmed her role as the main performer for the closing of the 35th Pride March in Buenos Aires. The event is set to take place on Saturday, November 7, 2026, at the main stage in front of the Congress. This initiative aims to amplify the cultural reach of the march and gather hundreds of thousands of young people around the main stage. (</w:t>
      </w:r>
      <w:hyperlink r:id="rId15">
        <w:r>
          <w:rPr>
            <w:color w:val="0000EE"/>
            <w:u w:val="single"/>
          </w:rPr>
          <w:t>politicaviral.ar</w:t>
        </w:r>
      </w:hyperlink>
      <w:r>
        <w:t>)</w:t>
      </w:r>
      <w:r/>
    </w:p>
    <w:p>
      <w:pPr>
        <w:pStyle w:val="ListNumber"/>
        <w:spacing w:line="240" w:lineRule="auto"/>
        <w:ind w:left="720"/>
      </w:pPr>
      <w:r/>
      <w:hyperlink r:id="rId11">
        <w:r>
          <w:rPr>
            <w:color w:val="0000EE"/>
            <w:u w:val="single"/>
          </w:rPr>
          <w:t>https://www.infobae.com/america/agencias/2026/10/20/la-cantante-maria-becerra-cerrara-con-un-espectaculo-la-marcha-del-orgullo-en-buenos-aires/?outputType=amp-type</w:t>
        </w:r>
      </w:hyperlink>
      <w:r>
        <w:t xml:space="preserve"> - Argentine singer María Becerra will close the 35th Pride March in Buenos Aires with a performance on November 7, 2026. The organisers announced this on October 20, 2026, under the slogan "When hate advances, Pride in the streets is resistance." Becerra's participation is expected to be a central moment of the day, combining the march with cultural activities and music. (</w:t>
      </w:r>
      <w:hyperlink r:id="rId16">
        <w:r>
          <w:rPr>
            <w:color w:val="0000EE"/>
            <w:u w:val="single"/>
          </w:rPr>
          <w:t>infobae.com</w:t>
        </w:r>
      </w:hyperlink>
      <w:r>
        <w:t>)</w:t>
      </w:r>
      <w:r/>
    </w:p>
    <w:p>
      <w:pPr>
        <w:pStyle w:val="ListNumber"/>
        <w:spacing w:line="240" w:lineRule="auto"/>
        <w:ind w:left="720"/>
      </w:pPr>
      <w:r/>
      <w:hyperlink r:id="rId13">
        <w:r>
          <w:rPr>
            <w:color w:val="0000EE"/>
            <w:u w:val="single"/>
          </w:rPr>
          <w:t>https://www.infobae.com/teleshow/2026/10/21/maria-becerra-cerrara-la-marcha-del-orgullo-en-buenos-aires-bancando-los-trapos-como-siempre/</w:t>
        </w:r>
      </w:hyperlink>
      <w:r>
        <w:t xml:space="preserve"> - María Becerra has confirmed her participation in the 35th Pride March in Buenos Aires, scheduled for Saturday, November 7, 2026. The organisers announced her role as the closing act, expressing pride in her involvement. Becerra herself confirmed her participation on social media, expressing her excitement and commitment to the event. (</w:t>
      </w:r>
      <w:hyperlink r:id="rId17">
        <w:r>
          <w:rPr>
            <w:color w:val="0000EE"/>
            <w:u w:val="single"/>
          </w:rPr>
          <w:t>infobae.com</w:t>
        </w:r>
      </w:hyperlink>
      <w:r>
        <w:t>)</w:t>
      </w:r>
      <w:r/>
    </w:p>
    <w:p>
      <w:pPr>
        <w:pStyle w:val="ListNumber"/>
        <w:spacing w:line="240" w:lineRule="auto"/>
        <w:ind w:left="720"/>
      </w:pPr>
      <w:r/>
      <w:hyperlink r:id="rId18">
        <w:r>
          <w:rPr>
            <w:color w:val="0000EE"/>
            <w:u w:val="single"/>
          </w:rPr>
          <w:t>https://www.bpofexperience.com/events/Mar%C3%ADa_Becerra</w:t>
        </w:r>
      </w:hyperlink>
      <w:r>
        <w:t xml:space="preserve"> - María Becerra is set to perform her new show "QUIMERA" at Movistar Arena in Buenos Aires on November 13, 14, 15, 17, 18, 19, 26, and 27, 2026, and February 6, 2027. The show features a 360° production and includes all her major hits, promising an unforgettable experience for fans. Tickets are available starting from $60,000 plus service charges. (</w:t>
      </w:r>
      <w:hyperlink r:id="rId19">
        <w:r>
          <w:rPr>
            <w:color w:val="0000EE"/>
            <w:u w:val="single"/>
          </w:rPr>
          <w:t>bpofexperience.com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ionegro.com.ar/redes/maria-becerra-confirmo-un-show-gratuito-para-el-cierre-de-la-marcha-del-orgullo-en-buenos-aires-todos-los-detalles-4767442/" TargetMode="External"/><Relationship Id="rId10" Type="http://schemas.openxmlformats.org/officeDocument/2006/relationships/hyperlink" Target="https://www.nueva-ciudad.com.ar/notas/202610/58459-maria-becerra-cerrara-la-35-marcha-del-orgullo-en-buenos-aires-con-un-show-gratuito-en-plaza-de-mayo.html" TargetMode="External"/><Relationship Id="rId11" Type="http://schemas.openxmlformats.org/officeDocument/2006/relationships/hyperlink" Target="https://www.infobae.com/america/agencias/2026/10/20/la-cantante-maria-becerra-cerrara-con-un-espectaculo-la-marcha-del-orgullo-en-buenos-aires/?outputType=amp-type" TargetMode="External"/><Relationship Id="rId12" Type="http://schemas.openxmlformats.org/officeDocument/2006/relationships/hyperlink" Target="https://politicaviral.ar/2026/10/20/maria-becerra-confirmo-que-sera-la-encargada-de-cerrar-la-marcha-del-orgullo-2026-en-buenos-aires/" TargetMode="External"/><Relationship Id="rId13" Type="http://schemas.openxmlformats.org/officeDocument/2006/relationships/hyperlink" Target="https://www.infobae.com/teleshow/2026/10/21/maria-becerra-cerrara-la-marcha-del-orgullo-en-buenos-aires-bancando-los-trapos-como-siempre/" TargetMode="External"/><Relationship Id="rId14" Type="http://schemas.openxmlformats.org/officeDocument/2006/relationships/hyperlink" Target="https://www.nueva-ciudad.com.ar/notas/202610/58459-maria-becerra-cerrara-la-35-marcha-del-orgullo-en-buenos-aires-con-un-show-gratuito-en-plaza-de-mayo.html?utm_source=openai" TargetMode="External"/><Relationship Id="rId15" Type="http://schemas.openxmlformats.org/officeDocument/2006/relationships/hyperlink" Target="https://politicaviral.ar/2026/10/20/maria-becerra-confirmo-que-sera-la-encargada-de-cerrar-la-marcha-del-orgullo-2026-en-buenos-aires/?utm_source=openai" TargetMode="External"/><Relationship Id="rId16" Type="http://schemas.openxmlformats.org/officeDocument/2006/relationships/hyperlink" Target="https://www.infobae.com/america/agencias/2026/10/20/la-cantante-maria-becerra-cerrara-con-un-espectaculo-la-marcha-del-orgullo-en-buenos-aires/?outputType=amp-type&amp;utm_source=openai" TargetMode="External"/><Relationship Id="rId17" Type="http://schemas.openxmlformats.org/officeDocument/2006/relationships/hyperlink" Target="https://www.infobae.com/teleshow/2026/10/21/maria-becerra-cerrara-la-marcha-del-orgullo-en-buenos-aires-bancando-los-trapos-como-siempre/?utm_source=openai" TargetMode="External"/><Relationship Id="rId18" Type="http://schemas.openxmlformats.org/officeDocument/2006/relationships/hyperlink" Target="https://www.bpofexperience.com/events/Mar%C3%ADa_Becerra" TargetMode="External"/><Relationship Id="rId19" Type="http://schemas.openxmlformats.org/officeDocument/2006/relationships/hyperlink" Target="https://www.bpofexperience.com/events/Mar%C3%ADa_Becerr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