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Amelia Earhart’s LGBTQ legacy goes far beyond aviation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Amelia Earhart’s LGBTQ legacy as fresh attention falls on the mystery surrounding her final flight. Her record-breaking career, practical style and fierce independence made her a powerful figure for women, lesbians and LGBTQ+ people, even though there’s no definitive evidence that she was lesbian. That distinction matters, but so does the inspiration her life continues to offer.</w:t>
      </w:r>
      <w:r/>
    </w:p>
    <w:p>
      <w:pPr>
        <w:pStyle w:val="Heading2"/>
      </w:pPr>
      <w:r>
        <w:t>Essential Takeaways</w:t>
      </w:r>
      <w:r/>
      <w:r/>
    </w:p>
    <w:p>
      <w:pPr>
        <w:pStyle w:val="ListBullet"/>
        <w:spacing w:line="240" w:lineRule="auto"/>
        <w:ind w:left="720"/>
      </w:pPr>
      <w:r/>
      <w:r>
        <w:rPr>
          <w:b/>
        </w:rPr>
        <w:t>A genuine aviation pioneer:</w:t>
      </w:r>
      <w:r>
        <w:t xml:space="preserve"> Earhart became the first woman to fly solo across the Atlantic.</w:t>
      </w:r>
      <w:r/>
    </w:p>
    <w:p>
      <w:pPr>
        <w:pStyle w:val="ListBullet"/>
        <w:spacing w:line="240" w:lineRule="auto"/>
        <w:ind w:left="720"/>
      </w:pPr>
      <w:r/>
      <w:r>
        <w:rPr>
          <w:b/>
        </w:rPr>
        <w:t>More than a record-holder:</w:t>
      </w:r>
      <w:r>
        <w:t xml:space="preserve"> Her courage and technical skill helped reshape ideas about women in aviation.</w:t>
      </w:r>
      <w:r/>
    </w:p>
    <w:p>
      <w:pPr>
        <w:pStyle w:val="ListBullet"/>
        <w:spacing w:line="240" w:lineRule="auto"/>
        <w:ind w:left="720"/>
      </w:pPr>
      <w:r/>
      <w:r>
        <w:rPr>
          <w:b/>
        </w:rPr>
        <w:t>A queer cultural icon:</w:t>
      </w:r>
      <w:r>
        <w:t xml:space="preserve"> LGBTQ+ communities embraced her independence and refusal to follow conventional gender expectations.</w:t>
      </w:r>
      <w:r/>
    </w:p>
    <w:p>
      <w:pPr>
        <w:pStyle w:val="ListBullet"/>
        <w:spacing w:line="240" w:lineRule="auto"/>
        <w:ind w:left="720"/>
      </w:pPr>
      <w:r/>
      <w:r>
        <w:rPr>
          <w:b/>
        </w:rPr>
        <w:t>No definitive label:</w:t>
      </w:r>
      <w:r>
        <w:t xml:space="preserve"> Her legacy shouldn’t depend on proving anything about her sexuality.</w:t>
      </w:r>
      <w:r/>
    </w:p>
    <w:p>
      <w:pPr>
        <w:pStyle w:val="ListBullet"/>
        <w:spacing w:line="240" w:lineRule="auto"/>
        <w:ind w:left="720"/>
      </w:pPr>
      <w:r/>
      <w:r>
        <w:rPr>
          <w:b/>
        </w:rPr>
        <w:t>The mystery remains:</w:t>
      </w:r>
      <w:r>
        <w:t xml:space="preserve"> The fate of her aircraft and final flight continues to attract public interest.</w:t>
      </w:r>
      <w:r/>
      <w:r/>
    </w:p>
    <w:p>
      <w:pPr>
        <w:pStyle w:val="Heading2"/>
      </w:pPr>
      <w:r>
        <w:t>Why Amelia Earhart still feels radical</w:t>
      </w:r>
      <w:r/>
    </w:p>
    <w:p>
      <w:r/>
      <w:r>
        <w:t>Amelia Earhart didn’t simply enter aviation, she made the cockpit look like a place where women belonged. At a time when flying was a dangerous, highly physical pursuit rather than a routine way to cross the Atlantic, she built a reputation for nerve, stamina and technical ability.</w:t>
      </w:r>
      <w:r/>
    </w:p>
    <w:p>
      <w:r/>
      <w:r>
        <w:t>Guinness World Records recognises Earhart as the first woman to complete a solo flight across the Atlantic, a milestone that placed her among the era’s most celebrated aviators. NASA’s historical account of the flight also captures its wider significance: this wasn’t just a personal achievement, but a public challenge to assumptions about what women could do.</w:t>
      </w:r>
      <w:r/>
    </w:p>
    <w:p>
      <w:r/>
      <w:r>
        <w:t>Her fame came with a distinctive visual language, too. Trousers, cropped hair, sturdy jackets and a no-nonsense cockpit presence set her apart from the decorative femininity expected of many famous women in the 1930s. That image still feels remarkably modern. (Sources: Guinness World Records, NASA)</w:t>
      </w:r>
      <w:r/>
    </w:p>
    <w:p>
      <w:pPr>
        <w:pStyle w:val="Heading2"/>
      </w:pPr>
      <w:r>
        <w:t>The record that changed the conversation</w:t>
      </w:r>
      <w:r/>
    </w:p>
    <w:p>
      <w:r/>
      <w:r>
        <w:t>Earhart’s Atlantic crossing in 1932 was especially important because it combined danger, endurance and visibility. She flew alone from Newfoundland to Northern Ireland, confronting difficult weather and the enormous physical and mental strain of a long-distance flight.</w:t>
      </w:r>
      <w:r/>
    </w:p>
    <w:p>
      <w:r/>
      <w:r>
        <w:t>The Federal Aviation Administration describes Earhart as a pilot associated with many firsts, but her achievements weren’t limited to collecting headlines. She also helped make aviation more approachable to the public, using her profile to encourage women to study, work and participate in a field dominated by men.</w:t>
      </w:r>
      <w:r/>
    </w:p>
    <w:p>
      <w:r/>
      <w:r>
        <w:t>That combination of performance and public influence explains why Earhart’s name has lasted. She wasn’t merely proof that one exceptional woman could succeed. She helped make female ambition itself more visible. (Sources: FAA, Women Firsts)</w:t>
      </w:r>
      <w:r/>
    </w:p>
    <w:p>
      <w:pPr>
        <w:pStyle w:val="Heading2"/>
      </w:pPr>
      <w:r>
        <w:t>How she became an LGBTQ+ icon</w:t>
      </w:r>
      <w:r/>
    </w:p>
    <w:p>
      <w:r/>
      <w:r>
        <w:t>There’s no conclusive evidence that Earhart was lesbian, and it would be unfair to reduce her life to speculation about her private relationships. Her importance to LGBTQ+ audiences comes from a different place: she offered a vivid example of someone living beyond the narrow rules assigned to women.</w:t>
      </w:r>
      <w:r/>
    </w:p>
    <w:p>
      <w:r/>
      <w:r>
        <w:t>Her clothes, career and public manner challenged conventional femininity without requiring a long explanation. For people who grew up with few openly queer role models, that kind of image could carry real emotional weight. Sometimes representation begins with recognition, the feeling that someone from another era made room for a life that society said was impossible.</w:t>
      </w:r>
      <w:r/>
    </w:p>
    <w:p>
      <w:r/>
      <w:r>
        <w:t>Earhart’s presence in wider queer history reflects that process. Her name has been cited in discussions of LGBTQ+ sports and culture, while lesbian communities have adopted her image as a shorthand for independence, adventure and self-determination. The attraction isn’t necessarily biographical certainty. It’s what her example allows people to imagine. (Sources: FAA, Amelia Earhart biographical history)</w:t>
      </w:r>
      <w:r/>
    </w:p>
    <w:p>
      <w:pPr>
        <w:pStyle w:val="Heading2"/>
      </w:pPr>
      <w:r>
        <w:t>Independence was part of the appeal</w:t>
      </w:r>
      <w:r/>
    </w:p>
    <w:p>
      <w:r/>
      <w:r>
        <w:t>Earhart’s approach to marriage also helps explain her lasting resonance. Her relationship with publisher George Putnam was presented as a partnership rather than a conventional arrangement in which a wife surrendered her identity or ambitions.</w:t>
      </w:r>
      <w:r/>
    </w:p>
    <w:p>
      <w:r/>
      <w:r>
        <w:t>She kept her own name and insisted on maintaining personal independence. That doesn’t establish anything about her sexuality, but it does show a woman negotiating the terms of her life instead of accepting the social script handed to her.</w:t>
      </w:r>
      <w:r/>
    </w:p>
    <w:p>
      <w:r/>
      <w:r>
        <w:t>Her friendship with Eleanor Roosevelt has also attracted speculation, particularly because the pair shared an adventurous flight over Washington, DC. Yet the more useful point is simpler: two influential women could share excitement, authority and public space without their relationship needing to be turned into a romance. That remains a surprisingly relevant lesson. (Sources: Amelia Earhart biographical history, FAA)</w:t>
      </w:r>
      <w:r/>
    </w:p>
    <w:p>
      <w:pPr>
        <w:pStyle w:val="Heading2"/>
      </w:pPr>
      <w:r>
        <w:t>The mystery keeps the legend airborne</w:t>
      </w:r>
      <w:r/>
    </w:p>
    <w:p>
      <w:r/>
      <w:r>
        <w:t>Earhart disappeared in 1937 during an attempt to fly around the world, and the absence of a confirmed explanation has kept her story in the headlines. New claims and suspected discoveries regularly revive interest, even when they fail to solve the mystery.</w:t>
      </w:r>
      <w:r/>
    </w:p>
    <w:p>
      <w:r/>
      <w:r>
        <w:t>That unresolved ending can sometimes overshadow the life that came before it. Earhart’s achievements were already extraordinary before her final flight, from her Atlantic record to her influence on aviation and women’s public lives.</w:t>
      </w:r>
      <w:r/>
    </w:p>
    <w:p>
      <w:r/>
      <w:r>
        <w:t>For LGBTQ+ audiences, her story carries an additional layer. She didn’t need to claim a modern identity label to become meaningful to people challenging restrictive ideas about gender, appearance and independence. The plane may still be missing, but the example she set is remarkably easy to see. (Sources: NASA, World History Project)</w:t>
      </w:r>
      <w:r/>
    </w:p>
    <w:p>
      <w:pPr>
        <w:pStyle w:val="Heading2"/>
      </w:pPr>
      <w:r>
        <w:t>Why her legacy still matters</w:t>
      </w:r>
      <w:r/>
    </w:p>
    <w:p>
      <w:r/>
      <w:r>
        <w:t>Modern readers may be tempted to ask whether Earhart was secretly queer, but that question has limits. It risks turning a complex historical figure into a puzzle and suggesting that an icon only matters if she can be placed neatly inside a present-day category.</w:t>
      </w:r>
      <w:r/>
    </w:p>
    <w:p>
      <w:r/>
      <w:r>
        <w:t>A better reading is that Earhart expanded the range of lives women could publicly imagine. She flew, competed, dressed for practicality and treated independence as non-negotiable. Those choices helped create a legacy that belongs not only to aviation history, but also to women’s history and LGBTQ+ cultural history.</w:t>
      </w:r>
      <w:r/>
    </w:p>
    <w:p>
      <w:r/>
      <w:r>
        <w:t>That’s why her story still lands with such force. Earhart remains proof that a person can become meaningful to communities through the possibilities they represent, even when the historical record refuses to provide every answer. (Sources: FAA, Guinness World Records)</w:t>
      </w:r>
      <w:r/>
    </w:p>
    <w:p>
      <w:r/>
      <w:r>
        <w:t>The aircraft may remain undiscovered, but Amelia Earhart’s influence is still flying high.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https://www.outsports.com/2026/10/21/24145697/amelia-earhart-pilot-aviation-plane-lesbian-icon/</w:t>
        </w:r>
      </w:hyperlink>
      <w:r>
        <w:t xml:space="preserve"> - Please view link - unable to able to access data</w:t>
      </w:r>
      <w:r/>
    </w:p>
    <w:p>
      <w:pPr>
        <w:pStyle w:val="ListNumber"/>
        <w:spacing w:line="240" w:lineRule="auto"/>
        <w:ind w:left="720"/>
      </w:pPr>
      <w:r/>
      <w:hyperlink r:id="rId10">
        <w:r>
          <w:rPr>
            <w:color w:val="0000EE"/>
            <w:u w:val="single"/>
          </w:rPr>
          <w:t>https://www.guinnessworldrecords.com/world-records/first-flight-across-the-atlantic-solo-female</w:t>
        </w:r>
      </w:hyperlink>
      <w:r>
        <w:t xml:space="preserve"> - Amelia Earhart became the first woman to fly solo across the Atlantic Ocean on 20-21 May 1932. She piloted a single-engine Lockheed Vega from Harbour Grace, Newfoundland, Canada, to Londonderry, Northern Ireland, in 13 hours and 30 minutes. This historic flight made her the second person, after Charles Lindbergh, to achieve a solo transatlantic flight. Earhart's accomplishment was a significant milestone in aviation history, demonstrating the capabilities of female pilots and inspiring future generations.</w:t>
      </w:r>
      <w:r/>
    </w:p>
    <w:p>
      <w:pPr>
        <w:pStyle w:val="ListNumber"/>
        <w:spacing w:line="240" w:lineRule="auto"/>
        <w:ind w:left="720"/>
      </w:pPr>
      <w:r/>
      <w:hyperlink r:id="rId12">
        <w:r>
          <w:rPr>
            <w:color w:val="0000EE"/>
            <w:u w:val="single"/>
          </w:rPr>
          <w:t>https://www.faa.gov/blog/clearedfortakeoff/pilot-many-firsts-amelia-earharts-enduring-legacy</w:t>
        </w:r>
      </w:hyperlink>
      <w:r>
        <w:t xml:space="preserve"> - Amelia Earhart's enduring legacy is marked by numerous pioneering achievements in aviation. In 1928, she became the first woman to fly across the Atlantic as a passenger. In 1932, she made history by flying solo across the Atlantic Ocean, and in 1935, she completed the first solo flight from Hawaii to California. Earhart's contributions to aviation and women's rights have left an indelible mark, inspiring countless individuals to pursue their dreams and challenge societal norms.</w:t>
      </w:r>
      <w:r/>
    </w:p>
    <w:p>
      <w:pPr>
        <w:pStyle w:val="ListNumber"/>
        <w:spacing w:line="240" w:lineRule="auto"/>
        <w:ind w:left="720"/>
      </w:pPr>
      <w:r/>
      <w:hyperlink r:id="rId11">
        <w:r>
          <w:rPr>
            <w:color w:val="0000EE"/>
            <w:u w:val="single"/>
          </w:rPr>
          <w:t>https://www.nasa.gov/image-article/earhart-crosses-atlantic/</w:t>
        </w:r>
      </w:hyperlink>
      <w:r>
        <w:t xml:space="preserve"> - In 1928, Amelia Earhart became the first woman to fly across the Atlantic as a passenger aboard a Fokker tri-motor aircraft piloted by Wilmer Stultz and Louis Gordon. This flight marked a significant milestone in aviation history, showcasing Earhart's pioneering spirit and setting the stage for her future solo achievements. Her contributions to aviation and women's rights have left an indelible mark, inspiring countless individuals to pursue their dreams and challenge societal norms.</w:t>
      </w:r>
      <w:r/>
    </w:p>
    <w:p>
      <w:pPr>
        <w:pStyle w:val="ListNumber"/>
        <w:spacing w:line="240" w:lineRule="auto"/>
        <w:ind w:left="720"/>
      </w:pPr>
      <w:r/>
      <w:hyperlink r:id="rId13">
        <w:r>
          <w:rPr>
            <w:color w:val="0000EE"/>
            <w:u w:val="single"/>
          </w:rPr>
          <w:t>https://en.wikipedia.org/wiki/Amelia_Earhart</w:t>
        </w:r>
      </w:hyperlink>
      <w:r>
        <w:t xml:space="preserve"> - Amelia Earhart was an American aviation pioneer and author, known for her groundbreaking solo transatlantic flight in 1932. She was the first woman to fly solo across the Atlantic Ocean, a feat that earned her the Distinguished Flying Cross. Earhart's disappearance in 1937 during an attempt to circumnavigate the globe remains one of aviation's greatest mysteries. Her legacy continues to inspire generations, symbolising courage, determination, and the breaking of gender barriers.</w:t>
      </w:r>
      <w:r/>
    </w:p>
    <w:p>
      <w:pPr>
        <w:pStyle w:val="ListNumber"/>
        <w:spacing w:line="240" w:lineRule="auto"/>
        <w:ind w:left="720"/>
      </w:pPr>
      <w:r/>
      <w:hyperlink r:id="rId14">
        <w:r>
          <w:rPr>
            <w:color w:val="0000EE"/>
            <w:u w:val="single"/>
          </w:rPr>
          <w:t>https://womenfirsts.com/aviation/first-woman-fly-atlantic-solo/</w:t>
        </w:r>
      </w:hyperlink>
      <w:r>
        <w:t xml:space="preserve"> - Amelia Earhart made history on May 20-21, 1932, by becoming the first woman to fly solo and nonstop across the Atlantic Ocean. She piloted a Lockheed Vega 5B from Harbour Grace, Newfoundland, to a farmer's pasture near Culmore, Northern Ireland, covering 2,026 miles in 14 hours and 56 minutes. This remarkable achievement not only showcased her skill and determination but also challenged the prevailing gender norms of her time.</w:t>
      </w:r>
      <w:r/>
    </w:p>
    <w:p>
      <w:pPr>
        <w:pStyle w:val="ListNumber"/>
        <w:spacing w:line="240" w:lineRule="auto"/>
        <w:ind w:left="720"/>
      </w:pPr>
      <w:r/>
      <w:hyperlink r:id="rId15">
        <w:r>
          <w:rPr>
            <w:color w:val="0000EE"/>
            <w:u w:val="single"/>
          </w:rPr>
          <w:t>https://worldhistoryproject.org/1932/5/20/amelia-earhart-becomes-first-woman-to-fly-solo-across-the-atlantic/</w:t>
        </w:r>
      </w:hyperlink>
      <w:r>
        <w:t xml:space="preserve"> - On May 20-21, 1932, Amelia Earhart accomplished her goal of flying solo across the Atlantic Ocean. She took off from Newfoundland, Canada, at 7:12 p.m. on May 20, in her Lockheed Vega. Her flight was filled with dangers, from rapidly changing weather to a broken altimeter so she could not tell how high she was flying, to gasoline leaking into the cockpit. At one point her plane dropped almost 3,000 feet (914 meters) and went into a spin (which she managed to pull out of) and flames were shooting out of the exhaust manifold. She brought her plane down on the coast of Ireland after a harrowing trip lasting 15 hours and 18 minutes. The flight was the second solo flight across the Atlantic and the longest nonstop flight by a woman—2,026 miles (3,261 kilometers)—as well as the first flight across the Atlantic by a woman. President Herbert Hoover awarded her the National Geographic Society Medal on June 21, 1932, for her achievement, and the U.S. Congress awarded her the Distinguished Flying Cross, the first woman to receive such an honor. Earhart's accomplishment meant a great deal to the entire world, but especially to women, for it demonstrated that women could set their own course in aviation and other fields.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6/10/21/24145697/amelia-earhart-pilot-aviation-plane-lesbian-icon/" TargetMode="External"/><Relationship Id="rId10" Type="http://schemas.openxmlformats.org/officeDocument/2006/relationships/hyperlink" Target="https://www.guinnessworldrecords.com/world-records/first-flight-across-the-atlantic-solo-female" TargetMode="External"/><Relationship Id="rId11" Type="http://schemas.openxmlformats.org/officeDocument/2006/relationships/hyperlink" Target="https://www.nasa.gov/image-article/earhart-crosses-atlantic/" TargetMode="External"/><Relationship Id="rId12" Type="http://schemas.openxmlformats.org/officeDocument/2006/relationships/hyperlink" Target="https://www.faa.gov/blog/clearedfortakeoff/pilot-many-firsts-amelia-earharts-enduring-legacy" TargetMode="External"/><Relationship Id="rId13" Type="http://schemas.openxmlformats.org/officeDocument/2006/relationships/hyperlink" Target="https://en.wikipedia.org/wiki/Amelia_Earhart" TargetMode="External"/><Relationship Id="rId14" Type="http://schemas.openxmlformats.org/officeDocument/2006/relationships/hyperlink" Target="https://womenfirsts.com/aviation/first-woman-fly-atlantic-solo/" TargetMode="External"/><Relationship Id="rId15" Type="http://schemas.openxmlformats.org/officeDocument/2006/relationships/hyperlink" Target="https://worldhistoryproject.org/1932/5/20/amelia-earhart-becomes-first-woman-to-fly-solo-across-the-atlanti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