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Jordan Lucas Is Inspiring LGBTQ+ Acceptance in Volleyball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Volleyball player Jordan Lucas is using his visibility to challenge old ideas about masculinity in sport. The openly gay Filipino-American athlete says expressive celebrations and sporting excellence can belong together, while his growing profile is giving younger LGBTQ+ players a more hopeful picture of life in men’s volleyball.</w:t>
      </w:r>
      <w:r/>
    </w:p>
    <w:p>
      <w:pPr>
        <w:pStyle w:val="Heading2"/>
      </w:pPr>
      <w:r>
        <w:t>Essential Takeaways</w:t>
      </w:r>
      <w:r/>
      <w:r/>
    </w:p>
    <w:p>
      <w:pPr>
        <w:pStyle w:val="ListBullet"/>
        <w:spacing w:line="240" w:lineRule="auto"/>
        <w:ind w:left="720"/>
      </w:pPr>
      <w:r/>
      <w:r>
        <w:rPr>
          <w:b/>
        </w:rPr>
        <w:t>Authenticity matters:</w:t>
      </w:r>
      <w:r>
        <w:t xml:space="preserve"> Lucas says athletes shouldn’t have to hide their identity to compete successfully.</w:t>
      </w:r>
      <w:r/>
    </w:p>
    <w:p>
      <w:pPr>
        <w:pStyle w:val="ListBullet"/>
        <w:spacing w:line="240" w:lineRule="auto"/>
        <w:ind w:left="720"/>
      </w:pPr>
      <w:r/>
      <w:r>
        <w:rPr>
          <w:b/>
        </w:rPr>
        <w:t>A viral moment changed the conversation:</w:t>
      </w:r>
      <w:r>
        <w:t xml:space="preserve"> Comments about his celebrations sparked debate over safety, masculinity and inclusion.</w:t>
      </w:r>
      <w:r/>
    </w:p>
    <w:p>
      <w:pPr>
        <w:pStyle w:val="ListBullet"/>
        <w:spacing w:line="240" w:lineRule="auto"/>
        <w:ind w:left="720"/>
      </w:pPr>
      <w:r/>
      <w:r>
        <w:rPr>
          <w:b/>
        </w:rPr>
        <w:t>Volleyball has offered support:</w:t>
      </w:r>
      <w:r>
        <w:t xml:space="preserve"> Lucas says the men’s volleyball community stood behind him after the controversy.</w:t>
      </w:r>
      <w:r/>
    </w:p>
    <w:p>
      <w:pPr>
        <w:pStyle w:val="ListBullet"/>
        <w:spacing w:line="240" w:lineRule="auto"/>
        <w:ind w:left="720"/>
      </w:pPr>
      <w:r/>
      <w:r>
        <w:rPr>
          <w:b/>
        </w:rPr>
        <w:t>Representation remains uneven:</w:t>
      </w:r>
      <w:r>
        <w:t xml:space="preserve"> He believes major leagues still need to do more for LGBTQ+ visibility.</w:t>
      </w:r>
      <w:r/>
    </w:p>
    <w:p>
      <w:pPr>
        <w:pStyle w:val="ListBullet"/>
        <w:spacing w:line="240" w:lineRule="auto"/>
        <w:ind w:left="720"/>
      </w:pPr>
      <w:r/>
      <w:r>
        <w:rPr>
          <w:b/>
        </w:rPr>
        <w:t>His ambitions go beyond the court:</w:t>
      </w:r>
      <w:r>
        <w:t xml:space="preserve"> Lucas is studying sports management and hopes to work in broadcasting.</w:t>
      </w:r>
      <w:r/>
      <w:r/>
    </w:p>
    <w:p>
      <w:pPr>
        <w:pStyle w:val="Heading2"/>
      </w:pPr>
      <w:r>
        <w:t>Jordan Lucas refuses to shrink himself for sport</w:t>
      </w:r>
      <w:r/>
    </w:p>
    <w:p>
      <w:r/>
      <w:r>
        <w:t>There’s nothing muted about Jordan Lucas on court. His celebrations are expressive, theatrical and unmistakably personal, which is precisely why the Filipino-American volleyball player has become such a visible figure in conversations about LGBTQ+ acceptance in sport.</w:t>
      </w:r>
      <w:r/>
    </w:p>
    <w:p>
      <w:r/>
      <w:r>
        <w:t>Lucas has said he remains the same person whether he’s competing or away from the spotlight. That sounds simple, but in men’s sport, where athletes are often nudged towards a narrow version of toughness, it’s a quietly powerful position. According to the NCAA, his approach is rooted in playing openly rather than adjusting his personality to make others comfortable.</w:t>
      </w:r>
      <w:r/>
    </w:p>
    <w:p>
      <w:r/>
      <w:r>
        <w:t>His message is especially meaningful for young athletes watching from the sidelines. Seeing an openly gay player compete confidently can make sport feel less like a test of conformity and more like somewhere they’re allowed to belong.</w:t>
      </w:r>
      <w:r/>
    </w:p>
    <w:p>
      <w:pPr>
        <w:pStyle w:val="Heading2"/>
      </w:pPr>
      <w:r>
        <w:t>The controversy turned celebrations into a bigger conversation</w:t>
      </w:r>
      <w:r/>
    </w:p>
    <w:p>
      <w:r/>
      <w:r>
        <w:t>Lucas drew widespread attention after an ESPN broadcaster suggested his flamboyant celebrations could expose him to physical danger. The remark triggered a debate that stretched well beyond one match, raising uncomfortable questions about who gets to express joy in sport and who is expected to keep it contained.</w:t>
      </w:r>
      <w:r/>
    </w:p>
    <w:p>
      <w:r/>
      <w:r>
        <w:t>Reports from Outsports described the incident and the reaction that followed. Lucas said he didn’t allow the comments to dictate how he behaved, particularly after receiving support from fellow players and the wider men’s volleyball community. The broadcaster later apologised, and Lucas said he chose forgiveness rather than letting the moment define him.</w:t>
      </w:r>
      <w:r/>
    </w:p>
    <w:p>
      <w:r/>
      <w:r>
        <w:t>That response doesn’t make the original concern disappear. Instead, it highlights how quickly expressive behaviour can be treated as provocative when it comes from an openly gay male athlete. Lucas’ position is clear: celebration is part of his identity, not an invitation for hostility.</w:t>
      </w:r>
      <w:r/>
    </w:p>
    <w:p>
      <w:pPr>
        <w:pStyle w:val="Heading2"/>
      </w:pPr>
      <w:r>
        <w:t>Why representation still feels patchy in men’s sport</w:t>
      </w:r>
      <w:r/>
    </w:p>
    <w:p>
      <w:r/>
      <w:r>
        <w:t>Volleyball has given Lucas a platform, but he believes other sports are lagging behind. He has pointed to basketball, football and baseball, where Pride events and LGBTQ+ inclusion can still be treated cautiously, particularly in men’s professional environments.</w:t>
      </w:r>
      <w:r/>
    </w:p>
    <w:p>
      <w:r/>
      <w:r>
        <w:t>CBS News reported on Lucas’ growing profile and the attention surrounding his experience as an LGBTQ+ athlete. His story matters partly because openly gay men remain comparatively rare at the highest levels of several major sports. That absence can send a dispiriting message, even when organisations publicly support inclusion.</w:t>
      </w:r>
      <w:r/>
    </w:p>
    <w:p>
      <w:r/>
      <w:r>
        <w:t>Visibility alone won’t solve discrimination, of course. Leagues also need clear policies, confident leadership and environments where players aren’t expected to become less recognisable versions of themselves. Still, Lucas’ presence helps move the conversation from slogans to something viewers can actually see: an athlete competing, celebrating and progressing without an apology.</w:t>
      </w:r>
      <w:r/>
    </w:p>
    <w:p>
      <w:pPr>
        <w:pStyle w:val="Heading2"/>
      </w:pPr>
      <w:r>
        <w:t>His Manila experience added another layer</w:t>
      </w:r>
      <w:r/>
    </w:p>
    <w:p>
      <w:r/>
      <w:r>
        <w:t>Lucas also looks back warmly on his time in the Philippines, where he spent two and a half months in Manila training and competing with Alas Pilipinas. He enjoyed living in Makati and formed friendships with Filipino volleyball players, including University of Santo Tomas standout Josh Ybañez.</w:t>
      </w:r>
      <w:r/>
    </w:p>
    <w:p>
      <w:r/>
      <w:r>
        <w:t>That connection gives his story a broader cultural dimension. Lucas isn’t simply speaking about representation from a distance; he has personal ties to the Philippine volleyball scene and has described the experience as one he’d happily repeat. Sports can be a surprisingly effective bridge between identity, heritage and community.</w:t>
      </w:r>
      <w:r/>
    </w:p>
    <w:p>
      <w:r/>
      <w:r>
        <w:t>Yahoo Sports reported on the recognition Lucas received after his rise to viral prominence. For fans in the Philippines, his story offers a familiar face with an international route into the game, while his openness adds another reason for younger supporters to feel represented.</w:t>
      </w:r>
      <w:r/>
    </w:p>
    <w:p>
      <w:pPr>
        <w:pStyle w:val="Heading2"/>
      </w:pPr>
      <w:r>
        <w:t>A future beyond the court</w:t>
      </w:r>
      <w:r/>
    </w:p>
    <w:p>
      <w:r/>
      <w:r>
        <w:t>Lucas is also preparing for life after competitive volleyball. He’s studying for a master’s degree in sports management, has a psychology degree and is considering work in sports broadcasting or education.</w:t>
      </w:r>
      <w:r/>
    </w:p>
    <w:p>
      <w:r/>
      <w:r>
        <w:t>That combination makes sense. He understands the athlete’s experience from the inside, but he’s also interested in shaping how sport is discussed, organised and taught. A career behind the microphone could give him another way to challenge lazy assumptions about athletes and identity.</w:t>
      </w:r>
      <w:r/>
    </w:p>
    <w:p>
      <w:r/>
      <w:r>
        <w:t>His personal journey has included grief after his mother’s death and the upheaval of moving across the United States to New York City. Yet the picture he presents now is one of steadier ground and renewed purpose. As Outsports has noted, his visibility is doing more than attracting attention; it’s helping make room for athletes who may once have believed they had to choose between sporting ambition and being fully themselves.</w:t>
      </w:r>
      <w:r/>
    </w:p>
    <w:p>
      <w:r/>
      <w:r>
        <w:t>It’s a reminder that representation isn’t abstract. Sometimes it looks like a player celebrating loudly, standing comfortably in his own skin and giving the next generation permission to do the same.</w:t>
      </w:r>
      <w:r/>
    </w:p>
    <w:p>
      <w:r/>
      <w:r>
        <w:t>Lucas’ story shows how authentic LGBTQ+ representation can make sport feel safer, warmer and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https://fastbreak.com.ph/fil-am-volleyball-player-jordan-lucas-pushes-for-lgbtq-acceptance-in-sports/sports-galore/</w:t>
        </w:r>
      </w:hyperlink>
      <w:r>
        <w:t xml:space="preserve"> - Please view link - unable to able to access data</w:t>
      </w:r>
      <w:r/>
    </w:p>
    <w:p>
      <w:pPr>
        <w:pStyle w:val="ListNumber"/>
        <w:spacing w:line="240" w:lineRule="auto"/>
        <w:ind w:left="720"/>
      </w:pPr>
      <w:r/>
      <w:hyperlink r:id="rId10">
        <w:r>
          <w:rPr>
            <w:color w:val="0000EE"/>
            <w:u w:val="single"/>
          </w:rPr>
          <w:t>https://www.outsports.com/2026/4/15/24132211/jordan-lucas-csun-volleyball-gay-player-celebration/</w:t>
        </w:r>
      </w:hyperlink>
      <w:r>
        <w:t xml:space="preserve"> - In an interview with Outsports, Jordan Lucas discusses his expressive celebrations on the volleyball court and the support he has received as an openly gay athlete. He emphasizes the importance of self-expression and authenticity in sports, stating that his celebrations are a vital part of who he is. Lucas also reflects on the challenges and rewards of being a visible LGBTQ+ athlete in men's volleyball, highlighting the positive impact of his visibility on younger athletes seeking representation.</w:t>
      </w:r>
      <w:r/>
    </w:p>
    <w:p>
      <w:pPr>
        <w:pStyle w:val="ListNumber"/>
        <w:spacing w:line="240" w:lineRule="auto"/>
        <w:ind w:left="720"/>
      </w:pPr>
      <w:r/>
      <w:hyperlink r:id="rId11">
        <w:r>
          <w:rPr>
            <w:color w:val="0000EE"/>
            <w:u w:val="single"/>
          </w:rPr>
          <w:t>https://www.ncaa.org/stories/pride-month/csun-volleyballs-jordan-lucas-is-playing-his-truth-out-loud/</w:t>
        </w:r>
      </w:hyperlink>
      <w:r>
        <w:t xml:space="preserve"> - The NCAA features an article on Jordan Lucas, a graduate and NCAA Elite Scholar-Athlete from California State University, Northridge. The piece highlights Lucas's journey as an openly gay student-athlete, focusing on his commitment to authenticity both on and off the court. It discusses his dynamic playing style, his refusal to conform to traditional expectations, and his role in redefining visibility in men's volleyball, underscoring his impact on the sport and the LGBTQ+ community.</w:t>
      </w:r>
      <w:r/>
    </w:p>
    <w:p>
      <w:pPr>
        <w:pStyle w:val="ListNumber"/>
        <w:spacing w:line="240" w:lineRule="auto"/>
        <w:ind w:left="720"/>
      </w:pPr>
      <w:r/>
      <w:hyperlink r:id="rId12">
        <w:r>
          <w:rPr>
            <w:color w:val="0000EE"/>
            <w:u w:val="single"/>
          </w:rPr>
          <w:t>https://www.outsports.com/2026/5/11/24133760/jordan-lucas-gay-volleyball-player-csun-college-homophobia-star/</w:t>
        </w:r>
      </w:hyperlink>
      <w:r>
        <w:t xml:space="preserve"> - Outsports reports on how Jordan Lucas transformed a broadcaster's homophobic comment into a platform for LGBTQ+ advocacy. The article details the incident where a UC-Irvine broadcaster suggested Lucas should be physically assaulted for his on-court celebrations. It explores Lucas's response to the controversy, his decision to use the situation to raise awareness about homophobia in sports, and the subsequent support he received from the volleyball community and fans worldwide.</w:t>
      </w:r>
      <w:r/>
    </w:p>
    <w:p>
      <w:pPr>
        <w:pStyle w:val="ListNumber"/>
        <w:spacing w:line="240" w:lineRule="auto"/>
        <w:ind w:left="720"/>
      </w:pPr>
      <w:r/>
      <w:hyperlink r:id="rId15">
        <w:r>
          <w:rPr>
            <w:color w:val="0000EE"/>
            <w:u w:val="single"/>
          </w:rPr>
          <w:t>https://sports.yahoo.com/articles/l-county-honors-viral-volleyball-235342002.html</w:t>
        </w:r>
      </w:hyperlink>
      <w:r>
        <w:t xml:space="preserve"> - Yahoo Sports covers the recognition of Jordan Lucas by the Los Angeles County Board of Supervisors during Pride Month. The article highlights Lucas's contributions to advancing LGBTQ+ visibility and inclusion in athletics, focusing on his rise to fame through viral videos of his expressive celebrations. It discusses the significance of his recognition by local government officials and the broader impact of his advocacy for LGBTQ+ rights in sports.</w:t>
      </w:r>
      <w:r/>
    </w:p>
    <w:p>
      <w:pPr>
        <w:pStyle w:val="ListNumber"/>
        <w:spacing w:line="240" w:lineRule="auto"/>
        <w:ind w:left="720"/>
      </w:pPr>
      <w:r/>
      <w:hyperlink r:id="rId13">
        <w:r>
          <w:rPr>
            <w:color w:val="0000EE"/>
            <w:u w:val="single"/>
          </w:rPr>
          <w:t>https://www.cbsnews.com/amp/losangeles/news/csun-mens-volleyball-player-jordan-lucas-lgbtq/</w:t>
        </w:r>
      </w:hyperlink>
      <w:r>
        <w:t xml:space="preserve"> - CBS Los Angeles features a segment on Jordan Lucas, emphasizing his role as an openly gay athlete in men's volleyball. The piece highlights his energetic playing style and expressive celebrations, discussing how these have garnered widespread attention and support. It also touches on the challenges Lucas has faced, including negative comments from some broadcasters, and his commitment to authenticity and representation for LGBTQ+ athletes in traditionally masculine sports.</w:t>
      </w:r>
      <w:r/>
    </w:p>
    <w:p>
      <w:pPr>
        <w:pStyle w:val="ListNumber"/>
        <w:spacing w:line="240" w:lineRule="auto"/>
        <w:ind w:left="720"/>
      </w:pPr>
      <w:r/>
      <w:hyperlink r:id="rId14">
        <w:r>
          <w:rPr>
            <w:color w:val="0000EE"/>
            <w:u w:val="single"/>
          </w:rPr>
          <w:t>https://www.outsports.com/2026/4/13/24132088/charlie-brande-jordan-lucas-popped-csun-volleyball-gay-homophobia/</w:t>
        </w:r>
      </w:hyperlink>
      <w:r>
        <w:t xml:space="preserve"> - Outsports reports on a controversy involving UC-Irvine broadcaster Charlie Brande, who suggested that Jordan Lucas should be physically assaulted for his on-court celebrations. The article details the incident, the backlash against Brande, and the support Lucas received from the volleyball community and fans. It discusses the broader implications of the incident for LGBTQ+ athletes in sports and the importance of challenging homophobic comments in athletic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stbreak.com.ph/fil-am-volleyball-player-jordan-lucas-pushes-for-lgbtq-acceptance-in-sports/sports-galore/" TargetMode="External"/><Relationship Id="rId10" Type="http://schemas.openxmlformats.org/officeDocument/2006/relationships/hyperlink" Target="https://www.outsports.com/2026/4/15/24132211/jordan-lucas-csun-volleyball-gay-player-celebration/" TargetMode="External"/><Relationship Id="rId11" Type="http://schemas.openxmlformats.org/officeDocument/2006/relationships/hyperlink" Target="https://www.ncaa.org/stories/pride-month/csun-volleyballs-jordan-lucas-is-playing-his-truth-out-loud/" TargetMode="External"/><Relationship Id="rId12" Type="http://schemas.openxmlformats.org/officeDocument/2006/relationships/hyperlink" Target="https://www.outsports.com/2026/5/11/24133760/jordan-lucas-gay-volleyball-player-csun-college-homophobia-star/" TargetMode="External"/><Relationship Id="rId13" Type="http://schemas.openxmlformats.org/officeDocument/2006/relationships/hyperlink" Target="https://www.cbsnews.com/amp/losangeles/news/csun-mens-volleyball-player-jordan-lucas-lgbtq/" TargetMode="External"/><Relationship Id="rId14" Type="http://schemas.openxmlformats.org/officeDocument/2006/relationships/hyperlink" Target="https://www.outsports.com/2026/4/13/24132088/charlie-brande-jordan-lucas-popped-csun-volleyball-gay-homophobia/" TargetMode="External"/><Relationship Id="rId15" Type="http://schemas.openxmlformats.org/officeDocument/2006/relationships/hyperlink" Target="https://sports.yahoo.com/articles/l-county-honors-viral-volleyball-23534200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