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Georges St-Pierre’s Gay Sex Questions Matter Beyond MMA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Georges St-Pierre’s candid GSP Podcast conversation about gay sex, sexual orientation and curiosity has sparked discussion well beyond the MMA world. Speaking with Montreal psychologist Dr Laurie Betito, the former champion asked the kind of awkward questions many people keep to themselves, and the answers offered useful clarity.</w:t>
      </w:r>
      <w:r/>
    </w:p>
    <w:p>
      <w:pPr>
        <w:pStyle w:val="Heading2"/>
      </w:pPr>
      <w:r>
        <w:t>Essential Takeaways</w:t>
      </w:r>
      <w:r/>
      <w:r/>
    </w:p>
    <w:p>
      <w:pPr>
        <w:pStyle w:val="ListBullet"/>
        <w:spacing w:line="240" w:lineRule="auto"/>
        <w:ind w:left="720"/>
      </w:pPr>
      <w:r/>
      <w:r>
        <w:rPr>
          <w:b/>
        </w:rPr>
        <w:t>Curiosity isn't an identity:</w:t>
      </w:r>
      <w:r>
        <w:t xml:space="preserve"> Asking questions or exploring an experience doesn't automatically define someone's sexuality.</w:t>
      </w:r>
      <w:r/>
    </w:p>
    <w:p>
      <w:pPr>
        <w:pStyle w:val="ListBullet"/>
        <w:spacing w:line="240" w:lineRule="auto"/>
        <w:ind w:left="720"/>
      </w:pPr>
      <w:r/>
      <w:r>
        <w:rPr>
          <w:b/>
        </w:rPr>
        <w:t>Sex and orientation differ:</w:t>
      </w:r>
      <w:r>
        <w:t xml:space="preserve"> Behaviour, attraction, romantic feelings and identity can overlap, but they aren't identical.</w:t>
      </w:r>
      <w:r/>
    </w:p>
    <w:p>
      <w:pPr>
        <w:pStyle w:val="ListBullet"/>
        <w:spacing w:line="240" w:lineRule="auto"/>
        <w:ind w:left="720"/>
      </w:pPr>
      <w:r/>
      <w:r>
        <w:rPr>
          <w:b/>
        </w:rPr>
        <w:t>The conversation was unusually open:</w:t>
      </w:r>
      <w:r>
        <w:t xml:space="preserve"> St-Pierre asked direct questions while Betito supplied psychological context.</w:t>
      </w:r>
      <w:r/>
    </w:p>
    <w:p>
      <w:pPr>
        <w:pStyle w:val="ListBullet"/>
        <w:spacing w:line="240" w:lineRule="auto"/>
        <w:ind w:left="720"/>
      </w:pPr>
      <w:r/>
      <w:r>
        <w:rPr>
          <w:b/>
        </w:rPr>
        <w:t>Labels belong to individuals:</w:t>
      </w:r>
      <w:r>
        <w:t xml:space="preserve"> A person is best placed to describe their own sexuality, rather than having it assigned by others.</w:t>
      </w:r>
      <w:r/>
    </w:p>
    <w:p>
      <w:pPr>
        <w:pStyle w:val="ListBullet"/>
        <w:spacing w:line="240" w:lineRule="auto"/>
        <w:ind w:left="720"/>
      </w:pPr>
      <w:r/>
      <w:r>
        <w:rPr>
          <w:b/>
        </w:rPr>
        <w:t>The full discussion is available online:</w:t>
      </w:r>
      <w:r>
        <w:t xml:space="preserve"> The episode can be found through the GSP Podcast's official channels.</w:t>
      </w:r>
      <w:r/>
      <w:r/>
    </w:p>
    <w:p>
      <w:pPr>
        <w:pStyle w:val="Heading2"/>
      </w:pPr>
      <w:r>
        <w:t>GSP's blunt questions opened a bigger conversation</w:t>
      </w:r>
      <w:r/>
    </w:p>
    <w:p>
      <w:r/>
      <w:r>
        <w:t>The most striking part of the episode isn't the subject matter alone. It's the tone. St-Pierre, a famously disciplined athlete, approached the topic with the bafflement of someone trying to understand a social question that rarely gets discussed plainly.</w:t>
      </w:r>
      <w:r/>
    </w:p>
    <w:p>
      <w:r/>
      <w:r>
        <w:t xml:space="preserve">According to Outsports, his conversation with clinical psychologist Dr Laurie Betito covered gay sex, sexual curiosity and the assumptions people make about men who have sex with men. That directness has helped the episode travel beyond MMA circles, where discussions about sexuality can still feel guarded. </w:t>
      </w:r>
      <w:hyperlink r:id="rId9">
        <w:r>
          <w:rPr>
            <w:color w:val="0000EE"/>
            <w:u w:val="single"/>
          </w:rPr>
          <w:t>[2]</w:t>
        </w:r>
      </w:hyperlink>
      <w:r/>
    </w:p>
    <w:p>
      <w:r/>
      <w:r>
        <w:t>There was awkwardness, certainly, but also something valuable in the exchange. St-Pierre didn't present himself as an expert. He asked, listened and occasionally reacted with disbelief, which made the discussion feel more recognisable than a polished lecture.</w:t>
      </w:r>
      <w:r/>
    </w:p>
    <w:p>
      <w:pPr>
        <w:pStyle w:val="Heading2"/>
      </w:pPr>
      <w:r>
        <w:t>Sex doesn't come with an automatic label</w:t>
      </w:r>
      <w:r/>
    </w:p>
    <w:p>
      <w:r/>
      <w:r>
        <w:t>The central point is simple, although many people find it surprisingly difficult: sexual behaviour and sexual identity aren't always the same thing.</w:t>
      </w:r>
      <w:r/>
    </w:p>
    <w:p>
      <w:r/>
      <w:r>
        <w:t xml:space="preserve">Betito explained that a man can have sex with another man without necessarily identifying as gay. People may describe themselves as straight, bisexual, gay, pansexual or use no label at all. Others may change the language they use as they better understand their feelings. Athlon Sports and MMA Weekly both highlighted this part of the debate in their coverage. </w:t>
      </w:r>
      <w:hyperlink r:id="rId10">
        <w:r>
          <w:rPr>
            <w:color w:val="0000EE"/>
            <w:u w:val="single"/>
          </w:rPr>
          <w:t>[5]</w:t>
        </w:r>
      </w:hyperlink>
      <w:r>
        <w:t xml:space="preserve"> </w:t>
      </w:r>
      <w:hyperlink r:id="rId11">
        <w:r>
          <w:rPr>
            <w:color w:val="0000EE"/>
            <w:u w:val="single"/>
          </w:rPr>
          <w:t>[6]</w:t>
        </w:r>
      </w:hyperlink>
      <w:r/>
    </w:p>
    <w:p>
      <w:r/>
      <w:r>
        <w:t>That doesn't make orientation meaningless. Attraction, emotional connection and personal identity still matter. But a single experience, fantasy or question can't do all the work of defining a person. Human sexuality is less like a tick-box form and more like a conversation people have with themselves over time.</w:t>
      </w:r>
      <w:r/>
    </w:p>
    <w:p>
      <w:pPr>
        <w:pStyle w:val="Heading2"/>
      </w:pPr>
      <w:r>
        <w:t>Why the size question misses the wider point</w:t>
      </w:r>
      <w:r/>
    </w:p>
    <w:p>
      <w:r/>
      <w:r>
        <w:t>St-Pierre also asked about penis size, prompting Betito to stress that intimacy involves far more than anatomy. Communication, technique, comfort and enthusiasm can all shape an experience, while individual preferences vary considerably.</w:t>
      </w:r>
      <w:r/>
    </w:p>
    <w:p>
      <w:r/>
      <w:r>
        <w:t xml:space="preserve">The point matters because conversations about sex often become fixated on performance and physical measurements. That can make intimacy sound like a competition, which is rather at odds with the trust and attention it actually requires. The podcast listing confirms that the episode was designed around frank, wide-ranging discussion rather than a narrow sporting interview. </w:t>
      </w:r>
      <w:hyperlink r:id="rId12">
        <w:r>
          <w:rPr>
            <w:color w:val="0000EE"/>
            <w:u w:val="single"/>
          </w:rPr>
          <w:t>[3]</w:t>
        </w:r>
      </w:hyperlink>
      <w:r/>
    </w:p>
    <w:p>
      <w:r/>
      <w:r>
        <w:t>For anyone listening with genuine questions, the practical lesson is reassuring: there isn't one universal script. Partners should talk openly, respect boundaries and avoid treating assumptions as facts. A quiet check-in can be more useful than a confident guess.</w:t>
      </w:r>
      <w:r/>
    </w:p>
    <w:p>
      <w:pPr>
        <w:pStyle w:val="Heading2"/>
      </w:pPr>
      <w:r>
        <w:t>Male environments can complicate assumptions</w:t>
      </w:r>
      <w:r/>
    </w:p>
    <w:p>
      <w:r/>
      <w:r>
        <w:t>The episode also touched on the way all-male environments can shape sexual behaviour and curiosity. Sports teams, military settings and other close-knit groups have often been discussed as places where social pressure, experimentation and identity can become tangled together.</w:t>
      </w:r>
      <w:r/>
    </w:p>
    <w:p>
      <w:r/>
      <w:r>
        <w:t xml:space="preserve">That context shouldn't be used to dismiss anyone's orientation or to suggest that same-sex intimacy is merely a side effect of being around men. It does, however, show why behaviour alone doesn't always explain what someone feels or how they identify. Coverage from MMA Weekly and the podcast archive reflects the wider debate prompted by the episode. </w:t>
      </w:r>
      <w:hyperlink r:id="rId11">
        <w:r>
          <w:rPr>
            <w:color w:val="0000EE"/>
            <w:u w:val="single"/>
          </w:rPr>
          <w:t>[6]</w:t>
        </w:r>
      </w:hyperlink>
      <w:r>
        <w:t xml:space="preserve"> </w:t>
      </w:r>
      <w:hyperlink r:id="rId13">
        <w:r>
          <w:rPr>
            <w:color w:val="0000EE"/>
            <w:u w:val="single"/>
          </w:rPr>
          <w:t>[7]</w:t>
        </w:r>
      </w:hyperlink>
      <w:r/>
    </w:p>
    <w:p>
      <w:r/>
      <w:r>
        <w:t>There is also a cultural point here. Men are often taught to avoid vulnerability, then expected to understand complicated questions about sex without asking them. St-Pierre's willingness to sound uncertain may be more useful than pretending every man already has the answers.</w:t>
      </w:r>
      <w:r/>
    </w:p>
    <w:p>
      <w:pPr>
        <w:pStyle w:val="Heading2"/>
      </w:pPr>
      <w:r>
        <w:t>The conversation is a reminder to ask better questions</w:t>
      </w:r>
      <w:r/>
    </w:p>
    <w:p>
      <w:r/>
      <w:r>
        <w:t>The best part of the discussion is that it creates room for curiosity without turning people into specimens. Questions about sexuality can be respectful when they're asked to understand, not to challenge someone's legitimacy or demand a confession.</w:t>
      </w:r>
      <w:r/>
    </w:p>
    <w:p>
      <w:r/>
      <w:r>
        <w:t xml:space="preserve">Listeners should also keep perspective. A podcast conversation can introduce ideas, but it isn't a substitute for personal reflection, honest communication or professional support when someone is struggling. The GSP Podcast's official site and Apple Podcasts listing provide routes to the full episode for those who want to hear the exchange in context. </w:t>
      </w:r>
      <w:hyperlink r:id="rId12">
        <w:r>
          <w:rPr>
            <w:color w:val="0000EE"/>
            <w:u w:val="single"/>
          </w:rPr>
          <w:t>[3]</w:t>
        </w:r>
      </w:hyperlink>
      <w:r>
        <w:t xml:space="preserve"> </w:t>
      </w:r>
      <w:hyperlink r:id="rId14">
        <w:r>
          <w:rPr>
            <w:color w:val="0000EE"/>
            <w:u w:val="single"/>
          </w:rPr>
          <w:t>[4]</w:t>
        </w:r>
      </w:hyperlink>
      <w:r/>
    </w:p>
    <w:p>
      <w:r/>
      <w:r>
        <w:t>For MMA fans, the episode offers a glimpse of St-Pierre outside the familiar world of training camps and title fights. For everyone else, it shows how a clumsy question can still lead to a worthwhile conversation, provided people are willing to listen after asking it.</w:t>
      </w:r>
      <w:r/>
    </w:p>
    <w:p>
      <w:r/>
      <w:r>
        <w:t>Curiosity may start the conversation, but respect is what makes it worthwhile.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Paragraph 4: </w:t>
      </w:r>
      <w:hyperlink r:id="rId11">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https://www.outsports.com/2026/10/20/24145671/georges-st-pierre-mma-legend-gay-questions-podcast/</w:t>
        </w:r>
      </w:hyperlink>
      <w:r>
        <w:t xml:space="preserve"> - Please view link - unable to able to access data</w:t>
      </w:r>
      <w:r/>
    </w:p>
    <w:p>
      <w:pPr>
        <w:pStyle w:val="ListNumber"/>
        <w:spacing w:line="240" w:lineRule="auto"/>
        <w:ind w:left="720"/>
      </w:pPr>
      <w:r/>
      <w:hyperlink r:id="rId9">
        <w:r>
          <w:rPr>
            <w:color w:val="0000EE"/>
            <w:u w:val="single"/>
          </w:rPr>
          <w:t>https://www.outsports.com/2026/10/20/24145671/georges-st-pierre-mma-legend-gay-questions-podcast/</w:t>
        </w:r>
      </w:hyperlink>
      <w:r>
        <w:t xml:space="preserve"> - MMA legend Georges St-Pierre recently engaged in an open conversation with Dr. Laurie Betito, a clinical psychologist from Montreal, on his GSP Podcast. They discussed intimate topics, including the dynamics of male same-sex relationships and the significance of size in sexual encounters. Dr. Betito emphasized that factors like technique and emotional connection often outweigh physical attributes. The discussion also touched upon the complexities of sexual orientation, with Dr. Betito noting that engaging in same-sex activities doesn't necessarily define one's sexual identity. This candid dialogue has sparked considerable discussion within the MMA community.</w:t>
      </w:r>
      <w:r/>
    </w:p>
    <w:p>
      <w:pPr>
        <w:pStyle w:val="ListNumber"/>
        <w:spacing w:line="240" w:lineRule="auto"/>
        <w:ind w:left="720"/>
      </w:pPr>
      <w:r/>
      <w:hyperlink r:id="rId12">
        <w:r>
          <w:rPr>
            <w:color w:val="0000EE"/>
            <w:u w:val="single"/>
          </w:rPr>
          <w:t>https://podcasts.apple.com/us/podcast/gsp-podcast/id1896923490</w:t>
        </w:r>
      </w:hyperlink>
      <w:r>
        <w:t xml:space="preserve"> - The GSP Podcast, hosted by two-division UFC Champion Georges 'Rush' St-Pierre, delves into a wide array of topics, including mixed martial arts, health, personal development, philosophy, and more. In the episode titled 'Secrets of Sexual Connection with PhD Psychologist Dr. Laurie Betito,' St-Pierre engages in an open conversation with Dr. Betito, a psychologist and sex therapist with over 35 years of experience. They discuss subjects such as desire, intimacy, and the factors that keep couples connected. The episode is available for streaming on various platforms, including Apple Podcasts. (</w:t>
      </w:r>
      <w:hyperlink r:id="rId15">
        <w:r>
          <w:rPr>
            <w:color w:val="0000EE"/>
            <w:u w:val="single"/>
          </w:rPr>
          <w:t>podcasts.apple.com</w:t>
        </w:r>
      </w:hyperlink>
      <w:r>
        <w:t>)</w:t>
      </w:r>
      <w:r/>
    </w:p>
    <w:p>
      <w:pPr>
        <w:pStyle w:val="ListNumber"/>
        <w:spacing w:line="240" w:lineRule="auto"/>
        <w:ind w:left="720"/>
      </w:pPr>
      <w:r/>
      <w:hyperlink r:id="rId14">
        <w:r>
          <w:rPr>
            <w:color w:val="0000EE"/>
            <w:u w:val="single"/>
          </w:rPr>
          <w:t>https://www.gsppodcast.com/</w:t>
        </w:r>
      </w:hyperlink>
      <w:r>
        <w:t xml:space="preserve"> - The official website of the GSP Podcast, hosted by Georges St-Pierre, offers listeners access to all episodes, including the latest one featuring Dr. Laurie Betito. The website provides streaming options across multiple platforms, such as YouTube, Spotify, Apple Podcasts, Amazon Music, iHeartRadio, and Pandora. Listeners can explore a diverse range of topics discussed on the podcast, from martial arts and longevity to philosophy and UFO phenomena. The site also offers information about St-Pierre's background and achievements. (</w:t>
      </w:r>
      <w:hyperlink r:id="rId16">
        <w:r>
          <w:rPr>
            <w:color w:val="0000EE"/>
            <w:u w:val="single"/>
          </w:rPr>
          <w:t>gsppodcast.com</w:t>
        </w:r>
      </w:hyperlink>
      <w:r>
        <w:t>)</w:t>
      </w:r>
      <w:r/>
    </w:p>
    <w:p>
      <w:pPr>
        <w:pStyle w:val="ListNumber"/>
        <w:spacing w:line="240" w:lineRule="auto"/>
        <w:ind w:left="720"/>
      </w:pPr>
      <w:r/>
      <w:hyperlink r:id="rId10">
        <w:r>
          <w:rPr>
            <w:color w:val="0000EE"/>
            <w:u w:val="single"/>
          </w:rPr>
          <w:t>https://athlonsports.com/mma/georges-st-pierre-sexuality-question-fans</w:t>
        </w:r>
      </w:hyperlink>
      <w:r>
        <w:t xml:space="preserve"> - Following Georges St-Pierre's podcast episode with Dr. Laurie Betito, where he questioned whether a man engaging in sexual activity with another man is automatically considered gay, fans on social media shared diverse opinions. Some expressed surprise at St-Pierre's inquiry, while others debated the distinction between sexual behavior and sexual identity. The conversation highlights the complexities surrounding sexual orientation and the importance of self-identification. (</w:t>
      </w:r>
      <w:hyperlink r:id="rId17">
        <w:r>
          <w:rPr>
            <w:color w:val="0000EE"/>
            <w:u w:val="single"/>
          </w:rPr>
          <w:t>athlonsports.com</w:t>
        </w:r>
      </w:hyperlink>
      <w:r>
        <w:t>)</w:t>
      </w:r>
      <w:r/>
    </w:p>
    <w:p>
      <w:pPr>
        <w:pStyle w:val="ListNumber"/>
        <w:spacing w:line="240" w:lineRule="auto"/>
        <w:ind w:left="720"/>
      </w:pPr>
      <w:r/>
      <w:hyperlink r:id="rId11">
        <w:r>
          <w:rPr>
            <w:color w:val="0000EE"/>
            <w:u w:val="single"/>
          </w:rPr>
          <w:t>https://www.mmaweekly.com/news/georges-st-pierre-left-stunned-by-homosexual-sex-debate</w:t>
        </w:r>
      </w:hyperlink>
      <w:r>
        <w:t xml:space="preserve"> - Georges St-Pierre's recent podcast episode with Dr. Laurie Betito has garnered attention for its candid discussion on same-sex sexual activity and its relation to sexual orientation. Dr. Betito emphasized that engaging in sexual activity with a man doesn't necessarily define one's sexual identity, highlighting the distinction between sexual behavior and self-identification. This open dialogue has sparked discussions within the MMA community and beyond. (</w:t>
      </w:r>
      <w:hyperlink r:id="rId18">
        <w:r>
          <w:rPr>
            <w:color w:val="0000EE"/>
            <w:u w:val="single"/>
          </w:rPr>
          <w:t>mmaweekly.com</w:t>
        </w:r>
      </w:hyperlink>
      <w:r>
        <w:t>)</w:t>
      </w:r>
      <w:r/>
    </w:p>
    <w:p>
      <w:pPr>
        <w:pStyle w:val="ListNumber"/>
        <w:spacing w:line="240" w:lineRule="auto"/>
        <w:ind w:left="720"/>
      </w:pPr>
      <w:r/>
      <w:hyperlink r:id="rId13">
        <w:r>
          <w:rPr>
            <w:color w:val="0000EE"/>
            <w:u w:val="single"/>
          </w:rPr>
          <w:t>https://grep.fm/podcasts/gsp-podcast-4/</w:t>
        </w:r>
      </w:hyperlink>
      <w:r>
        <w:t xml:space="preserve"> - Grep.FM provides an overview of the GSP Podcast, highlighting its focus on topics such as mixed martial arts, health, personal development, philosophy, and more. The podcast features conversations with world-class minds, including the recent episode with Dr. Laurie Betito, where they discuss the complexities of sexual orientation and the factors that influence sexual identity. Listeners can access the podcast on various platforms, including Apple Podcasts and Spotify. (</w:t>
      </w:r>
      <w:hyperlink r:id="rId19">
        <w:r>
          <w:rPr>
            <w:color w:val="0000EE"/>
            <w:u w:val="single"/>
          </w:rPr>
          <w:t>grep.fm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20/24145671/georges-st-pierre-mma-legend-gay-questions-podcast/" TargetMode="External"/><Relationship Id="rId10" Type="http://schemas.openxmlformats.org/officeDocument/2006/relationships/hyperlink" Target="https://athlonsports.com/mma/georges-st-pierre-sexuality-question-fans" TargetMode="External"/><Relationship Id="rId11" Type="http://schemas.openxmlformats.org/officeDocument/2006/relationships/hyperlink" Target="https://www.mmaweekly.com/news/georges-st-pierre-left-stunned-by-homosexual-sex-debate" TargetMode="External"/><Relationship Id="rId12" Type="http://schemas.openxmlformats.org/officeDocument/2006/relationships/hyperlink" Target="https://podcasts.apple.com/us/podcast/gsp-podcast/id1896923490" TargetMode="External"/><Relationship Id="rId13" Type="http://schemas.openxmlformats.org/officeDocument/2006/relationships/hyperlink" Target="https://grep.fm/podcasts/gsp-podcast-4/" TargetMode="External"/><Relationship Id="rId14" Type="http://schemas.openxmlformats.org/officeDocument/2006/relationships/hyperlink" Target="https://www.gsppodcast.com/" TargetMode="External"/><Relationship Id="rId15" Type="http://schemas.openxmlformats.org/officeDocument/2006/relationships/hyperlink" Target="https://podcasts.apple.com/us/podcast/gsp-podcast/id1896923490?utm_source=openai" TargetMode="External"/><Relationship Id="rId16" Type="http://schemas.openxmlformats.org/officeDocument/2006/relationships/hyperlink" Target="https://www.gsppodcast.com/?utm_source=openai" TargetMode="External"/><Relationship Id="rId17" Type="http://schemas.openxmlformats.org/officeDocument/2006/relationships/hyperlink" Target="https://athlonsports.com/mma/georges-st-pierre-sexuality-question-fans?utm_source=openai" TargetMode="External"/><Relationship Id="rId18" Type="http://schemas.openxmlformats.org/officeDocument/2006/relationships/hyperlink" Target="https://www.mmaweekly.com/news/georges-st-pierre-left-stunned-by-homosexual-sex-debate?utm_source=openai" TargetMode="External"/><Relationship Id="rId19" Type="http://schemas.openxmlformats.org/officeDocument/2006/relationships/hyperlink" Target="https://grep.fm/podcasts/gsp-podcast-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