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Texas Trans Student Mailers Raise Questions Over Source and Timing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Texas families are reporting a Texas trans and LGBTQ+ student resource guide arriving by post, sometimes addressed to children. The pamphlet offers advice on finding support without parental agreement, but the organisation named in it says it neither produced nor distributed the material. With early voting under way, the unexplained mailings have quickly become a political flashpoint.</w:t>
      </w:r>
      <w:r/>
    </w:p>
    <w:p>
      <w:pPr>
        <w:pStyle w:val="Heading2"/>
      </w:pPr>
      <w:r>
        <w:t>Essential Takeaways</w:t>
      </w:r>
      <w:r/>
      <w:r/>
    </w:p>
    <w:p>
      <w:pPr>
        <w:pStyle w:val="ListBullet"/>
        <w:spacing w:line="240" w:lineRule="auto"/>
        <w:ind w:left="720"/>
      </w:pPr>
      <w:r/>
      <w:r>
        <w:rPr>
          <w:b/>
        </w:rPr>
        <w:t>The sender is unknown:</w:t>
      </w:r>
      <w:r>
        <w:t xml:space="preserve"> Families have reported receiving the pamphlets, but no verified organisation has accepted responsibility.</w:t>
      </w:r>
      <w:r/>
    </w:p>
    <w:p>
      <w:pPr>
        <w:pStyle w:val="ListBullet"/>
        <w:spacing w:line="240" w:lineRule="auto"/>
        <w:ind w:left="720"/>
      </w:pPr>
      <w:r/>
      <w:r>
        <w:rPr>
          <w:b/>
        </w:rPr>
        <w:t>TENT denies involvement:</w:t>
      </w:r>
      <w:r>
        <w:t xml:space="preserve"> The Transgender Education Network of Texas says the guide wasn't authored, approved or mailed by it.</w:t>
      </w:r>
      <w:r/>
    </w:p>
    <w:p>
      <w:pPr>
        <w:pStyle w:val="ListBullet"/>
        <w:spacing w:line="240" w:lineRule="auto"/>
        <w:ind w:left="720"/>
      </w:pPr>
      <w:r/>
      <w:r>
        <w:rPr>
          <w:b/>
        </w:rPr>
        <w:t>The content is sensitive:</w:t>
      </w:r>
      <w:r>
        <w:t xml:space="preserve"> It discusses support, emancipation, hormones and surgery for young people.</w:t>
      </w:r>
      <w:r/>
    </w:p>
    <w:p>
      <w:pPr>
        <w:pStyle w:val="ListBullet"/>
        <w:spacing w:line="240" w:lineRule="auto"/>
        <w:ind w:left="720"/>
      </w:pPr>
      <w:r/>
      <w:r>
        <w:rPr>
          <w:b/>
        </w:rPr>
        <w:t>The timing is fuelling suspicion:</w:t>
      </w:r>
      <w:r>
        <w:t xml:space="preserve"> Reports emerged as Texas early voting began and transgender policy became a prominent campaign issue.</w:t>
      </w:r>
      <w:r/>
    </w:p>
    <w:p>
      <w:pPr>
        <w:pStyle w:val="ListBullet"/>
        <w:spacing w:line="240" w:lineRule="auto"/>
        <w:ind w:left="720"/>
      </w:pPr>
      <w:r/>
      <w:r>
        <w:rPr>
          <w:b/>
        </w:rPr>
        <w:t>Families should verify claims:</w:t>
      </w:r>
      <w:r>
        <w:t xml:space="preserve"> Check the organisation's official channels before treating an unsolicited guide as genuine.</w:t>
      </w:r>
      <w:r/>
      <w:r/>
    </w:p>
    <w:p>
      <w:pPr>
        <w:pStyle w:val="Heading2"/>
      </w:pPr>
      <w:r>
        <w:t>Unsolicited pamphlets land in Texas homes</w:t>
      </w:r>
      <w:r/>
    </w:p>
    <w:p>
      <w:r/>
      <w:r>
        <w:t>The mailer is designed to look official, with a title presenting it as a Texas resource for trans and LGBTQ+ students. For parents, finding that kind of material addressed to a child can feel startling, particularly when the envelope offers no clear explanation of who paid for or distributed it.</w:t>
      </w:r>
      <w:r/>
    </w:p>
    <w:p>
      <w:r/>
      <w:r>
        <w:t>According to reporting from The Daily Signal, families in several parts of Texas have described receiving similar brochures. The reports raise practical questions that remain unanswered, including how addresses were obtained and whether the campaign was aimed at households with children or simply distributed widely.</w:t>
      </w:r>
      <w:r/>
    </w:p>
    <w:p>
      <w:r/>
      <w:r>
        <w:t>Inside, the language is reassuring in tone but highly consequential in subject matter. It tells young readers they can seek help even when their parents disagree, and points towards support networks, legal information and medical pathways.</w:t>
      </w:r>
      <w:r/>
    </w:p>
    <w:p>
      <w:pPr>
        <w:pStyle w:val="Heading2"/>
      </w:pPr>
      <w:r>
        <w:t>Advocacy group says the guide isn't its work</w:t>
      </w:r>
      <w:r/>
    </w:p>
    <w:p>
      <w:r/>
      <w:r>
        <w:t>The pamphlet carries apparent links to the Transgender Education Network of Texas, or TENT. However, the organisation has said the material wasn't created, authorised, approved or distributed by it, according to WBAP.</w:t>
      </w:r>
      <w:r/>
    </w:p>
    <w:p>
      <w:r/>
      <w:r>
        <w:t>That denial is central to the story. A leaflet can borrow familiar branding, event names or language while having no formal connection to the group it appears to represent. In this case, the alleged connection has made it harder for families to distinguish genuine advice from an unauthorised or politically motivated mailing.</w:t>
      </w:r>
      <w:r/>
    </w:p>
    <w:p>
      <w:r/>
      <w:r>
        <w:t>TENT has also warned about messages sent to voters using similar material. Its public position is that the mailers aren't affiliated with the organisation, while it continues to support trans Texans and their families through its official work.</w:t>
      </w:r>
      <w:r/>
    </w:p>
    <w:p>
      <w:pPr>
        <w:pStyle w:val="Heading2"/>
      </w:pPr>
      <w:r>
        <w:t>What the brochure tells young readers</w:t>
      </w:r>
      <w:r/>
    </w:p>
    <w:p>
      <w:r/>
      <w:r>
        <w:t>The guide reportedly tells minors they don't need to settle questions about identity immediately and should prioritise safety and trusted support. It also discusses what someone under 18 might do when family support is absent, including information about emancipation and gender-related healthcare.</w:t>
      </w:r>
      <w:r/>
    </w:p>
    <w:p>
      <w:r/>
      <w:r>
        <w:t>Those subjects demand careful handling. Advice about legal independence, hormones or surgery isn't a substitute for qualified medical, legal or safeguarding guidance, especially where a young person may be vulnerable or in conflict at home.</w:t>
      </w:r>
      <w:r/>
    </w:p>
    <w:p>
      <w:r/>
      <w:r>
        <w:t>The ACLU of Texas publishes separate information about LGBTQIA+ students' rights and school protections. That makes source-checking particularly important: families should compare any unsolicited claim with established organisations, official agencies and qualified professionals rather than relying on a single leaflet.</w:t>
      </w:r>
      <w:r/>
    </w:p>
    <w:p>
      <w:pPr>
        <w:pStyle w:val="Heading2"/>
      </w:pPr>
      <w:r>
        <w:t>Why the timing has sharpened the controversy</w:t>
      </w:r>
      <w:r/>
    </w:p>
    <w:p>
      <w:r/>
      <w:r>
        <w:t>The mailings appeared during a period of intense political debate in Texas, with early voting beginning and transgender policy featuring prominently in the Senate race. The apparent overlap has led commentators to question whether the brochures are part of a campaign tactic designed to alarm parents.</w:t>
      </w:r>
      <w:r/>
    </w:p>
    <w:p>
      <w:r/>
      <w:r>
        <w:t>At present, the available reporting doesn't establish who sent the material or prove a connection to any candidate or campaign. The Texas Tribune has separately reported on political messages and cease-and-desist action involving transgender issues, showing how quickly advocacy, campaigning and misinformation can collide.</w:t>
      </w:r>
      <w:r/>
    </w:p>
    <w:p>
      <w:r/>
      <w:r>
        <w:t>That uncertainty is precisely why the story has travelled so far. A mysterious leaflet addressed to children is emotionally potent, and its arrival at election time invites conclusions before the evidence is in.</w:t>
      </w:r>
      <w:r/>
    </w:p>
    <w:p>
      <w:pPr>
        <w:pStyle w:val="Heading2"/>
      </w:pPr>
      <w:r>
        <w:t>What parents should do if one arrives</w:t>
      </w:r>
      <w:r/>
    </w:p>
    <w:p>
      <w:r/>
      <w:r>
        <w:t>Keep the envelope and pamphlet, photograph both sides and note the delivery date. Don't share a child's personal details publicly, but consider reporting the item to the named organisation, the postal service or local election authorities if it appears politically targeted.</w:t>
      </w:r>
      <w:r/>
    </w:p>
    <w:p>
      <w:r/>
      <w:r>
        <w:t>Next, verify every website, phone number and event listed in the guide by visiting the organisation's official website independently. Don't scan unfamiliar QR codes or assume a logo proves authenticity. If a child is distressed or worried about conflict at home, a trusted safeguarding professional or qualified healthcare provider should be involved.</w:t>
      </w:r>
      <w:r/>
    </w:p>
    <w:p>
      <w:r/>
      <w:r>
        <w:t>The broader lesson is simple but useful: unusual material deserves scrutiny, not instant certainty. Parents, students and voters all benefit when the sender, funding and purpose of a campaign can be checked in the open.</w:t>
      </w:r>
      <w:r/>
    </w:p>
    <w:p>
      <w:r/>
      <w:r>
        <w:t>It's a troubling mystery for families, and the missing sender matters as much as the pamphlet's contents.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4">
        <w:r>
          <w:rPr>
            <w:color w:val="0000EE"/>
            <w:u w:val="single"/>
          </w:rPr>
          <w:t>[7]</w:t>
        </w:r>
      </w:hyperlink>
      <w:r>
        <w:t xml:space="preserve">- Paragraph 8: </w:t>
      </w:r>
      <w:hyperlink r:id="rId10">
        <w:r>
          <w:rPr>
            <w:color w:val="0000EE"/>
            <w:u w:val="single"/>
          </w:rPr>
          <w:t>[3]</w:t>
        </w:r>
      </w:hyperlink>
      <w:r>
        <w:t xml:space="preserve">, </w:t>
      </w:r>
      <w:hyperlink r:id="rId12">
        <w:r>
          <w:rPr>
            <w:color w:val="0000EE"/>
            <w:u w:val="single"/>
          </w:rPr>
          <w:t>[5]</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12">
        <w:r>
          <w:rPr>
            <w:color w:val="0000EE"/>
            <w:u w:val="single"/>
          </w:rPr>
          <w:t>[5]</w:t>
        </w:r>
      </w:hyperlink>
      <w:r>
        <w:t xml:space="preserve">, </w:t>
      </w:r>
      <w:hyperlink r:id="rId13">
        <w:r>
          <w:rPr>
            <w:color w:val="0000EE"/>
            <w:u w:val="single"/>
          </w:rPr>
          <w:t>[6]</w:t>
        </w:r>
      </w:hyperlink>
      <w:r>
        <w:t xml:space="preserve">- Paragraph 11: </w:t>
      </w:r>
      <w:hyperlink r:id="rId10">
        <w:r>
          <w:rPr>
            <w:color w:val="0000EE"/>
            <w:u w:val="single"/>
          </w:rPr>
          <w:t>[3]</w:t>
        </w:r>
      </w:hyperlink>
      <w:r>
        <w:t xml:space="preserve">, </w:t>
      </w:r>
      <w:hyperlink r:id="rId11">
        <w:r>
          <w:rPr>
            <w:color w:val="0000EE"/>
            <w:u w:val="single"/>
          </w:rPr>
          <w:t>[4]</w:t>
        </w:r>
      </w:hyperlink>
      <w:r>
        <w:t xml:space="preserve">- Paragraph 12: </w:t>
      </w:r>
      <w:hyperlink r:id="rId12">
        <w:r>
          <w:rPr>
            <w:color w:val="0000EE"/>
            <w:u w:val="single"/>
          </w:rPr>
          <w:t>[5]</w:t>
        </w:r>
      </w:hyperlink>
      <w:r>
        <w:t xml:space="preserve">, </w:t>
      </w:r>
      <w:hyperlink r:id="rId14">
        <w:r>
          <w:rPr>
            <w:color w:val="0000EE"/>
            <w:u w:val="single"/>
          </w:rPr>
          <w:t>[7]</w:t>
        </w:r>
      </w:hyperlink>
      <w:r>
        <w:t xml:space="preserve">- Paragraph 13: </w:t>
      </w:r>
      <w:hyperlink r:id="rId10">
        <w:r>
          <w:rPr>
            <w:color w:val="0000EE"/>
            <w:u w:val="single"/>
          </w:rPr>
          <w:t>[3]</w:t>
        </w:r>
      </w:hyperlink>
      <w:r>
        <w:t xml:space="preserve">, </w:t>
      </w:r>
      <w:hyperlink r:id="rId11">
        <w:r>
          <w:rPr>
            <w:color w:val="0000EE"/>
            <w:u w:val="single"/>
          </w:rPr>
          <w:t>[4]</w:t>
        </w:r>
      </w:hyperlink>
      <w:r>
        <w:t xml:space="preserve">- Paragraph 14: </w:t>
      </w:r>
      <w:hyperlink r:id="rId13">
        <w:r>
          <w:rPr>
            <w:color w:val="0000EE"/>
            <w:u w:val="single"/>
          </w:rPr>
          <w:t>[6]</w:t>
        </w:r>
      </w:hyperlink>
      <w:r>
        <w:t xml:space="preserve">, </w:t>
      </w:r>
      <w:hyperlink r:id="rId14">
        <w:r>
          <w:rPr>
            <w:color w:val="0000EE"/>
            <w:u w:val="single"/>
          </w:rPr>
          <w:t>[7]</w:t>
        </w:r>
      </w:hyperlink>
      <w:r>
        <w:t xml:space="preserve">- Paragraph 15: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https://www.dailywire.com/news/see-it-parents-discover-disturbing-advice-inside-transgender-pamphlet-sent-to-kids</w:t>
        </w:r>
      </w:hyperlink>
      <w:r>
        <w:t xml:space="preserve"> - Please view link - unable to able to access data</w:t>
      </w:r>
      <w:r/>
    </w:p>
    <w:p>
      <w:pPr>
        <w:pStyle w:val="ListNumber"/>
        <w:spacing w:line="240" w:lineRule="auto"/>
        <w:ind w:left="720"/>
      </w:pPr>
      <w:r/>
      <w:hyperlink r:id="rId9">
        <w:r>
          <w:rPr>
            <w:color w:val="0000EE"/>
            <w:u w:val="single"/>
          </w:rPr>
          <w:t>https://www.dailywire.com/news/see-it-parents-discover-disturbing-advice-inside-transgender-pamphlet-sent-to-kids</w:t>
        </w:r>
      </w:hyperlink>
      <w:r>
        <w:t xml:space="preserve"> - The article reports that Texas residents received unsolicited 'Texas Trans &amp; LGBTQ+ Student Resource Guide' pamphlets, which provide guidance to minors on navigating transgender issues without parental support. The pamphlet includes instructions on emancipation and accessing gender-affirming care. The Transgender Education Network of Texas (TENT) denies involvement in creating or distributing these materials. The timing of the mailings, coinciding with early voting, has raised questions about their origins. (</w:t>
      </w:r>
      <w:hyperlink r:id="rId15">
        <w:r>
          <w:rPr>
            <w:color w:val="0000EE"/>
            <w:u w:val="single"/>
          </w:rPr>
          <w:t>dailywire.com</w:t>
        </w:r>
      </w:hyperlink>
      <w:r>
        <w:t>)</w:t>
      </w:r>
      <w:r/>
    </w:p>
    <w:p>
      <w:pPr>
        <w:pStyle w:val="ListNumber"/>
        <w:spacing w:line="240" w:lineRule="auto"/>
        <w:ind w:left="720"/>
      </w:pPr>
      <w:r/>
      <w:hyperlink r:id="rId10">
        <w:r>
          <w:rPr>
            <w:color w:val="0000EE"/>
            <w:u w:val="single"/>
          </w:rPr>
          <w:t>https://www.dailysignal.com/2026/10/19/texas-families-lgbt-student-resource-guide-mailers/</w:t>
        </w:r>
      </w:hyperlink>
      <w:r>
        <w:t xml:space="preserve"> - This article discusses the mystery surrounding unsolicited 'LGBTQ+ Student Resource Guide' mailers sent to Texas families. The pamphlet advises minors on finding support when lacking parental understanding and provides resources for gender-affirming care. The Transgender Education Network of Texas (TENT) denies sending these materials, and the timing of the mailings, coinciding with early voting, has raised questions about their origins. (</w:t>
      </w:r>
      <w:hyperlink r:id="rId16">
        <w:r>
          <w:rPr>
            <w:color w:val="0000EE"/>
            <w:u w:val="single"/>
          </w:rPr>
          <w:t>dailysignal.com</w:t>
        </w:r>
      </w:hyperlink>
      <w:r>
        <w:t>)</w:t>
      </w:r>
      <w:r/>
    </w:p>
    <w:p>
      <w:pPr>
        <w:pStyle w:val="ListNumber"/>
        <w:spacing w:line="240" w:lineRule="auto"/>
        <w:ind w:left="720"/>
      </w:pPr>
      <w:r/>
      <w:hyperlink r:id="rId11">
        <w:r>
          <w:rPr>
            <w:color w:val="0000EE"/>
            <w:u w:val="single"/>
          </w:rPr>
          <w:t>https://www.wbap.com/2026/10/19/trans-student-mailers-hit-texas-homes-as-advocacy-group-denies-sending-them/</w:t>
        </w:r>
      </w:hyperlink>
      <w:r>
        <w:t xml:space="preserve"> - The article reports on unsolicited mailers titled 'Texas Trans &amp; LGBTQ+ Student Resource Guide' sent to Texas households. The pamphlet provides guidance to minors on navigating transgender issues without parental support and includes information on emancipation and accessing gender-affirming care. The Transgender Education Network of Texas (TENT) denies involvement in creating or distributing these materials. The timing of the mailings, coinciding with early voting, has raised questions about their origins. (</w:t>
      </w:r>
      <w:hyperlink r:id="rId17">
        <w:r>
          <w:rPr>
            <w:color w:val="0000EE"/>
            <w:u w:val="single"/>
          </w:rPr>
          <w:t>wbap.com</w:t>
        </w:r>
      </w:hyperlink>
      <w:r>
        <w:t>)</w:t>
      </w:r>
      <w:r/>
    </w:p>
    <w:p>
      <w:pPr>
        <w:pStyle w:val="ListNumber"/>
        <w:spacing w:line="240" w:lineRule="auto"/>
        <w:ind w:left="720"/>
      </w:pPr>
      <w:r/>
      <w:hyperlink r:id="rId12">
        <w:r>
          <w:rPr>
            <w:color w:val="0000EE"/>
            <w:u w:val="single"/>
          </w:rPr>
          <w:t>https://www.texastribune.org/2026/10/14/texas-transgender-texts-cease-desist/</w:t>
        </w:r>
      </w:hyperlink>
      <w:r>
        <w:t xml:space="preserve"> - This article reports that the Transgender Education Network of Texas (TENT) sent a cease and desist notice to two digital messaging companies, demanding they stop a client from impersonating the organization in a series of texts sent to Texans. The texts advertised guides on 'bathrooms and beyond for trans kids at school' and offered to answer questions about gender-affirming care in Texas. TENT stated that these texts did not represent the official position or communications of the organization. (</w:t>
      </w:r>
      <w:hyperlink r:id="rId18">
        <w:r>
          <w:rPr>
            <w:color w:val="0000EE"/>
            <w:u w:val="single"/>
          </w:rPr>
          <w:t>texastribune.org</w:t>
        </w:r>
      </w:hyperlink>
      <w:r>
        <w:t>)</w:t>
      </w:r>
      <w:r/>
    </w:p>
    <w:p>
      <w:pPr>
        <w:pStyle w:val="ListNumber"/>
        <w:spacing w:line="240" w:lineRule="auto"/>
        <w:ind w:left="720"/>
      </w:pPr>
      <w:r/>
      <w:hyperlink r:id="rId13">
        <w:r>
          <w:rPr>
            <w:color w:val="0000EE"/>
            <w:u w:val="single"/>
          </w:rPr>
          <w:t>https://www.txtranskids.org/about</w:t>
        </w:r>
      </w:hyperlink>
      <w:r>
        <w:t xml:space="preserve"> - The 'TxTransKids.org' initiative is a collaboration between the American Civil Liberties Union of Texas, Equality Texas, Lambda Legal, and the Transgender Education Network of Texas (TENT). The initiative aims to fight for the rights of LGBTQ Texans in courts, the legislature, local governments, and schools, ensuring that K-12 transgender, non-binary, and genderqueer students and their supporters have access to necessary resources. (</w:t>
      </w:r>
      <w:hyperlink r:id="rId19">
        <w:r>
          <w:rPr>
            <w:color w:val="0000EE"/>
            <w:u w:val="single"/>
          </w:rPr>
          <w:t>txtranskids.org</w:t>
        </w:r>
      </w:hyperlink>
      <w:r>
        <w:t>)</w:t>
      </w:r>
      <w:r/>
    </w:p>
    <w:p>
      <w:pPr>
        <w:pStyle w:val="ListNumber"/>
        <w:spacing w:line="240" w:lineRule="auto"/>
        <w:ind w:left="720"/>
      </w:pPr>
      <w:r/>
      <w:hyperlink r:id="rId14">
        <w:r>
          <w:rPr>
            <w:color w:val="0000EE"/>
            <w:u w:val="single"/>
          </w:rPr>
          <w:t>https://www.aclutx.org/know-your-rights/free-be-me-toolkit-protect-lgbqia-students-rights/</w:t>
        </w:r>
      </w:hyperlink>
      <w:r>
        <w:t xml:space="preserve"> - The 'Free to Be Me' toolkit, developed by the ACLU of Texas, is designed to help students, parents, guardians, and advocates seek full equality and dignity for LGBTQIA+ students in Texas schools. The toolkit provides resources to make Texas schools safer and more affirming by giving users the tools to fight against discrimination. (</w:t>
      </w:r>
      <w:hyperlink r:id="rId20">
        <w:r>
          <w:rPr>
            <w:color w:val="0000EE"/>
            <w:u w:val="single"/>
          </w:rPr>
          <w:t>aclutx.org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ilywire.com/news/see-it-parents-discover-disturbing-advice-inside-transgender-pamphlet-sent-to-kids" TargetMode="External"/><Relationship Id="rId10" Type="http://schemas.openxmlformats.org/officeDocument/2006/relationships/hyperlink" Target="https://www.dailysignal.com/2026/10/19/texas-families-lgbt-student-resource-guide-mailers/" TargetMode="External"/><Relationship Id="rId11" Type="http://schemas.openxmlformats.org/officeDocument/2006/relationships/hyperlink" Target="https://www.wbap.com/2026/10/19/trans-student-mailers-hit-texas-homes-as-advocacy-group-denies-sending-them/" TargetMode="External"/><Relationship Id="rId12" Type="http://schemas.openxmlformats.org/officeDocument/2006/relationships/hyperlink" Target="https://www.texastribune.org/2026/10/14/texas-transgender-texts-cease-desist/" TargetMode="External"/><Relationship Id="rId13" Type="http://schemas.openxmlformats.org/officeDocument/2006/relationships/hyperlink" Target="https://www.txtranskids.org/about" TargetMode="External"/><Relationship Id="rId14" Type="http://schemas.openxmlformats.org/officeDocument/2006/relationships/hyperlink" Target="https://www.aclutx.org/know-your-rights/free-be-me-toolkit-protect-lgbqia-students-rights/" TargetMode="External"/><Relationship Id="rId15" Type="http://schemas.openxmlformats.org/officeDocument/2006/relationships/hyperlink" Target="https://www.dailywire.com/news/see-it-parents-discover-disturbing-advice-inside-transgender-pamphlet-sent-to-kids?utm_source=openai" TargetMode="External"/><Relationship Id="rId16" Type="http://schemas.openxmlformats.org/officeDocument/2006/relationships/hyperlink" Target="https://www.dailysignal.com/2026/10/19/texas-families-lgbt-student-resource-guide-mailers/?utm_source=openai" TargetMode="External"/><Relationship Id="rId17" Type="http://schemas.openxmlformats.org/officeDocument/2006/relationships/hyperlink" Target="https://www.wbap.com/2026/10/19/trans-student-mailers-hit-texas-homes-as-advocacy-group-denies-sending-them/?utm_source=openai" TargetMode="External"/><Relationship Id="rId18" Type="http://schemas.openxmlformats.org/officeDocument/2006/relationships/hyperlink" Target="https://www.texastribune.org/2026/10/14/texas-transgender-texts-cease-desist/?utm_source=openai" TargetMode="External"/><Relationship Id="rId19" Type="http://schemas.openxmlformats.org/officeDocument/2006/relationships/hyperlink" Target="https://www.txtranskids.org/about?utm_source=openai" TargetMode="External"/><Relationship Id="rId20" Type="http://schemas.openxmlformats.org/officeDocument/2006/relationships/hyperlink" Target="https://www.aclutx.org/know-your-rights/free-be-me-toolkit-protect-lgbtqia-students-right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