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2026: Your Guide to Taipei’s Biggest LGBTQ+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locals will gather in Taipei from 29 October to 1 November 2026 for Taiwan Pride, a lively weekend of parades, parties and community spirit. With the main march scheduled for Halloween Saturday, the event offers an easygoing reason to explore Taipei, meet visitors from across Asia and extend the trip into Taiwan’s cooler autumn landscapes.</w:t>
      </w:r>
      <w:r/>
    </w:p>
    <w:p>
      <w:pPr>
        <w:pStyle w:val="Heading2"/>
      </w:pPr>
      <w:r>
        <w:t>Essential Takeaways</w:t>
      </w:r>
      <w:r/>
      <w:r/>
    </w:p>
    <w:p>
      <w:pPr>
        <w:pStyle w:val="ListBullet"/>
        <w:spacing w:line="240" w:lineRule="auto"/>
        <w:ind w:left="720"/>
      </w:pPr>
      <w:r/>
      <w:r>
        <w:rPr>
          <w:b/>
        </w:rPr>
        <w:t>Main parade:</w:t>
      </w:r>
      <w:r>
        <w:t xml:space="preserve"> Taiwan Pride’s headline march is scheduled for Saturday, 31 October 2026.</w:t>
      </w:r>
      <w:r/>
    </w:p>
    <w:p>
      <w:pPr>
        <w:pStyle w:val="ListBullet"/>
        <w:spacing w:line="240" w:lineRule="auto"/>
        <w:ind w:left="720"/>
      </w:pPr>
      <w:r/>
      <w:r>
        <w:rPr>
          <w:b/>
        </w:rPr>
        <w:t>Full weekend:</w:t>
      </w:r>
      <w:r>
        <w:t xml:space="preserve"> Events are expected to run from Thursday, 29 October, through Sunday, 1 November.</w:t>
      </w:r>
      <w:r/>
    </w:p>
    <w:p>
      <w:pPr>
        <w:pStyle w:val="ListBullet"/>
        <w:spacing w:line="240" w:lineRule="auto"/>
        <w:ind w:left="720"/>
      </w:pPr>
      <w:r/>
      <w:r>
        <w:rPr>
          <w:b/>
        </w:rPr>
        <w:t>Easy access:</w:t>
      </w:r>
      <w:r>
        <w:t xml:space="preserve"> Taipei’s compact transport network makes reaching parade areas and nightlife straightforward.</w:t>
      </w:r>
      <w:r/>
    </w:p>
    <w:p>
      <w:pPr>
        <w:pStyle w:val="ListBullet"/>
        <w:spacing w:line="240" w:lineRule="auto"/>
        <w:ind w:left="720"/>
      </w:pPr>
      <w:r/>
      <w:r>
        <w:rPr>
          <w:b/>
        </w:rPr>
        <w:t>More than a party:</w:t>
      </w:r>
      <w:r>
        <w:t xml:space="preserve"> The event brings together local and international LGBTQ+ communities, with a particular sense of regional solidarity.</w:t>
      </w:r>
      <w:r/>
    </w:p>
    <w:p>
      <w:pPr>
        <w:pStyle w:val="ListBullet"/>
        <w:spacing w:line="240" w:lineRule="auto"/>
        <w:ind w:left="720"/>
      </w:pPr>
      <w:r/>
      <w:r>
        <w:rPr>
          <w:b/>
        </w:rPr>
        <w:t>Ideal add-on trip:</w:t>
      </w:r>
      <w:r>
        <w:t xml:space="preserve"> November is a useful time to continue south, with generally more comfortable conditions than summer.</w:t>
      </w:r>
      <w:r/>
      <w:r/>
    </w:p>
    <w:p>
      <w:pPr>
        <w:pStyle w:val="Heading2"/>
      </w:pPr>
      <w:r>
        <w:t>Taipei Pride returns for a landmark Halloween weekend</w:t>
      </w:r>
      <w:r/>
    </w:p>
    <w:p>
      <w:r/>
      <w:r>
        <w:t>Taiwan Pride 2026 has a particularly memorable date in the diary. The main parade falls on Saturday, 31 October, turning an already colourful celebration into something with an extra dash of theatrical energy. Expect bold outfits, inventive signs and plenty of people treating Halloween as an invitation to go all in.</w:t>
      </w:r>
      <w:r/>
    </w:p>
    <w:p>
      <w:r/>
      <w:r>
        <w:t>The wider programme is planned for Thursday through Sunday, giving visitors time to settle in rather than arrive, march and disappear. According to the official Taiwan Pride information pages, the weekend format is designed around a mix of public events and community activity, so there should be plenty happening beyond the main procession.</w:t>
      </w:r>
      <w:r/>
    </w:p>
    <w:p>
      <w:r/>
      <w:r>
        <w:t>For first-time visitors, that longer schedule matters. It leaves room for a quiet drink, a late night, or simply wandering Taipei without feeling that every hour has to be packed with plans.</w:t>
      </w:r>
      <w:r/>
    </w:p>
    <w:p>
      <w:pPr>
        <w:pStyle w:val="Heading2"/>
      </w:pPr>
      <w:r>
        <w:t>Why the atmosphere feels bigger than a parade</w:t>
      </w:r>
      <w:r/>
    </w:p>
    <w:p>
      <w:r/>
      <w:r>
        <w:t>Taiwan Pride is rooted in Taipei, but its audience reaches well beyond the city. Visitors from elsewhere in Taiwan and across Asia join international travellers, creating a crowd that feels both local and distinctly global.</w:t>
      </w:r>
      <w:r/>
    </w:p>
    <w:p>
      <w:r/>
      <w:r>
        <w:t>That regional mix gives the event its particular emotional weight. Some attendees arrive for the music and spectacle, while others come from places where LGBTQ+ people still face legal, social or family pressures. Taiwan News has highlighted the country’s role as a major LGBTQ+ destination in Asia, and that wider context is hard to miss during Pride weekend.</w:t>
      </w:r>
      <w:r/>
    </w:p>
    <w:p>
      <w:r/>
      <w:r>
        <w:t>The result is a celebration that can feel joyful and serious at the same time. There’s dancing, of course, but there’s also the quieter pleasure of seeing people relax into a public space where they don’t need to explain themselves.</w:t>
      </w:r>
      <w:r/>
    </w:p>
    <w:p>
      <w:pPr>
        <w:pStyle w:val="Heading2"/>
      </w:pPr>
      <w:r>
        <w:t>Getting around Taipei is refreshingly simple</w:t>
      </w:r>
      <w:r/>
    </w:p>
    <w:p>
      <w:r/>
      <w:r>
        <w:t>One of Taipei Pride’s practical advantages is the city itself. The metro makes moving between neighbourhoods relatively painless, while the central event areas are close to major stations. That means visitors can switch from parade-watching to dinner, cocktails or a hotel break without committing to a long journey.</w:t>
      </w:r>
      <w:r/>
    </w:p>
    <w:p>
      <w:r/>
      <w:r>
        <w:t>The Ximen Red House area is a familiar starting point for Taipei’s LGBTQ+ nightlife, although it isn’t exclusively a gay destination. Taiwan Merch’s Taipei Pride guide notes the area’s importance to the city’s queer social scene, alongside its wider appeal as part of the bustling Ximending district.</w:t>
      </w:r>
      <w:r/>
    </w:p>
    <w:p>
      <w:r/>
      <w:r>
        <w:t>Comfortable shoes are still a good idea. Even with efficient transport, a Pride weekend involves plenty of standing, walking and unplanned detours. Taipei is the sort of city where a quick trip for one drink can easily become an evening of snacks, shops and people-watching.</w:t>
      </w:r>
      <w:r/>
    </w:p>
    <w:p>
      <w:pPr>
        <w:pStyle w:val="Heading2"/>
      </w:pPr>
      <w:r>
        <w:t>Plan the trip around the weather, not just the party</w:t>
      </w:r>
      <w:r/>
    </w:p>
    <w:p>
      <w:r/>
      <w:r>
        <w:t>Late October and early November can be a smart window for seeing more of Taiwan. Taipei may be cool or occasionally wet, but the season is often more comfortable than the hot, humid months. Further south, conditions can feel warmer, making a post-Pride escape especially appealing.</w:t>
      </w:r>
      <w:r/>
    </w:p>
    <w:p>
      <w:r/>
      <w:r>
        <w:t>A simple itinerary could begin with several days in Taipei before the parade, followed by a slower journey around the island. The east coast, including Hualien and Taitung, offers dramatic scenery and a gentler pace, while Kaohsiung and Kenting bring warmer weather and a different urban rhythm.</w:t>
      </w:r>
      <w:r/>
    </w:p>
    <w:p>
      <w:r/>
      <w:r>
        <w:t>Taiwanize’s 2026 guide positions Pride as a useful anchor for a broader Taiwan visit, rather than a standalone weekend. That’s sound advice. Once the glitter settles, the country’s food, coastline and mountain scenery are compelling reasons to keep travelling.</w:t>
      </w:r>
      <w:r/>
    </w:p>
    <w:p>
      <w:pPr>
        <w:pStyle w:val="Heading2"/>
      </w:pPr>
      <w:r>
        <w:t>A practical checklist for first-time visitors</w:t>
      </w:r>
      <w:r/>
    </w:p>
    <w:p>
      <w:r/>
      <w:r>
        <w:t>Book accommodation early, particularly if you want to stay near Ximending, Taipei Main Station or the parade areas. Prices and availability can shift quickly around major festivals, and staying close to a metro line is often more useful than choosing a hotel solely for its neighbourhood name.</w:t>
      </w:r>
      <w:r/>
    </w:p>
    <w:p>
      <w:r/>
      <w:r>
        <w:t>Pack for changeable conditions. A light waterproof layer, breathable clothes and comfortable trainers should cover most plans, while a portable charger will earn its place once the photos, maps and group chats begin multiplying.</w:t>
      </w:r>
      <w:r/>
    </w:p>
    <w:p>
      <w:r/>
      <w:r>
        <w:t>It’s also worth leaving gaps in the schedule. Official events may change, and spontaneous plans are part of the fun. Check the Taiwan Pride website and local event listings closer to the date, then choose the parties, talks and community gatherings that suit your energy rather than attempting the entire programme at once.</w:t>
      </w:r>
      <w:r/>
    </w:p>
    <w:p>
      <w:r/>
      <w:r>
        <w:t>Taiwan’s legal and social position makes it an important destination for LGBTQ+ travellers, but visitors should still travel thoughtfully and respect local spaces. The best Pride experiences usually come from joining in with curiosity, not treating the city as a backdrop.</w:t>
      </w:r>
      <w:r/>
    </w:p>
    <w:p>
      <w:r/>
      <w:r>
        <w:t>Taiwan Pride 2026 should be a bright, welcoming weekend with plenty of reasons to stay longer.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[5]</w:t>
        </w:r>
      </w:hyperlink>
      <w:r>
        <w:t xml:space="preserve">- Paragraph 4: </w:t>
      </w:r>
      <w:hyperlink r:id="rId13">
        <w:r>
          <w:rPr>
            <w:color w:val="0000EE"/>
            <w:u w:val="single"/>
          </w:rPr>
          <w:t>[4]</w:t>
        </w:r>
      </w:hyperlink>
      <w:r>
        <w:t xml:space="preserve">, </w:t>
      </w:r>
      <w:hyperlink r:id="rId13">
        <w:r>
          <w:rPr>
            <w:color w:val="0000EE"/>
            <w:u w:val="single"/>
          </w:rPr>
          <w:t>[7]</w:t>
        </w:r>
      </w:hyperlink>
      <w:r>
        <w:t xml:space="preserve">- Paragraph 5: </w:t>
      </w:r>
      <w:hyperlink r:id="rId14">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[6]</w:t>
        </w:r>
      </w:hyperlink>
      <w:r>
        <w:t xml:space="preserve">- Paragraph 7: </w:t>
      </w:r>
      <w:hyperlink r:id="rId12">
        <w:r>
          <w:rPr>
            <w:color w:val="0000EE"/>
            <w:u w:val="single"/>
          </w:rPr>
          <w:t>[5]</w:t>
        </w:r>
      </w:hyperlink>
      <w:r>
        <w:t xml:space="preserve">- Paragraph 8: </w:t>
      </w:r>
      <w:hyperlink r:id="rId13">
        <w:r>
          <w:rPr>
            <w:color w:val="0000EE"/>
            <w:u w:val="single"/>
          </w:rPr>
          <w:t>[4]</w:t>
        </w:r>
      </w:hyperlink>
      <w:r>
        <w:t xml:space="preserve">, </w:t>
      </w:r>
      <w:hyperlink r:id="rId13">
        <w:r>
          <w:rPr>
            <w:color w:val="0000EE"/>
            <w:u w:val="single"/>
          </w:rPr>
          <w:t>[7]</w:t>
        </w:r>
      </w:hyperlink>
      <w:r>
        <w:t xml:space="preserve">- Paragraph 9: </w:t>
      </w:r>
      <w:hyperlink r:id="rId12">
        <w:r>
          <w:rPr>
            <w:color w:val="0000EE"/>
            <w:u w:val="single"/>
          </w:rPr>
          <w:t>[5]</w:t>
        </w:r>
      </w:hyperlink>
      <w:r>
        <w:t xml:space="preserve">- Paragraph 10: </w:t>
      </w:r>
      <w:hyperlink r:id="rId14">
        <w:r>
          <w:rPr>
            <w:color w:val="0000EE"/>
            <w:u w:val="single"/>
          </w:rPr>
          <w:t>[6]</w:t>
        </w:r>
      </w:hyperlink>
      <w:r>
        <w:t xml:space="preserve">- Paragraph 11: </w:t>
      </w:r>
      <w:hyperlink r:id="rId12">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[6]</w:t>
        </w:r>
      </w:hyperlink>
      <w:r>
        <w:t xml:space="preserve">- Paragraph 14: </w:t>
      </w:r>
      <w:hyperlink r:id="rId12">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3">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https://taiwanstartshere.com/2026/10/20/taiwan-pride-2026/?utm_source=rss&amp;utm_medium=rss&amp;utm_campaign=taiwan-pride-2026</w:t>
        </w:r>
      </w:hyperlink>
      <w:r>
        <w:t xml:space="preserve"> - Please view link - unable to able to access data</w:t>
      </w:r>
      <w:r/>
    </w:p>
    <w:p>
      <w:pPr>
        <w:pStyle w:val="ListNumber"/>
        <w:spacing w:line="240" w:lineRule="auto"/>
        <w:ind w:left="720"/>
      </w:pPr>
      <w:r/>
      <w:hyperlink r:id="rId10">
        <w:r>
          <w:rPr>
            <w:color w:val="0000EE"/>
            <w:u w:val="single"/>
          </w:rPr>
          <w:t>https://www.taiwanpride.lgbt/2026-copy</w:t>
        </w:r>
      </w:hyperlink>
      <w:r>
        <w:t xml:space="preserve"> - The official website for the 24th Taiwan LGBT+ Pride Parade, scheduled for October 31, 2026, at Taipei City Hall Plaza. The event includes a Rainbow Market opening at 12:00, stage shows starting at 12:45, parade assembly at 13:00, parade departure at 14:05, and stage programs concluding at 18:40. The parade will follow two routes, north and south, both starting and ending at Taipei City Hall Plaza. Participation is free, with no registration required. The theme for 2026 is 'Our Voices, Our Journey'.</w:t>
      </w:r>
      <w:r/>
    </w:p>
    <w:p>
      <w:pPr>
        <w:pStyle w:val="ListNumber"/>
        <w:spacing w:line="240" w:lineRule="auto"/>
        <w:ind w:left="720"/>
      </w:pPr>
      <w:r/>
      <w:hyperlink r:id="rId11">
        <w:r>
          <w:rPr>
            <w:color w:val="0000EE"/>
            <w:u w:val="single"/>
          </w:rPr>
          <w:t>https://www.taiwanpride.lgbt/2026-info-1</w:t>
        </w:r>
      </w:hyperlink>
      <w:r>
        <w:t xml:space="preserve"> - Detailed information about the 24th Taiwan LGBT+ Pride Parade, including the event schedule and parade routes. The event will take place on October 31, 2026, at Taipei City Hall Plaza. The schedule features the opening of the Rainbow Market at 12:00, stage shows starting at 12:45, parade assembly at 13:00, parade departure at 14:05, and stage programs concluding at 18:40. The parade will follow two routes, north and south, both starting and ending at Taipei City Hall Plaza. Participation is free, with no registration required. The theme for 2026 is 'Our Voices, Our Journey'.</w:t>
      </w:r>
      <w:r/>
    </w:p>
    <w:p>
      <w:pPr>
        <w:pStyle w:val="ListNumber"/>
        <w:spacing w:line="240" w:lineRule="auto"/>
        <w:ind w:left="720"/>
      </w:pPr>
      <w:r/>
      <w:hyperlink r:id="rId13">
        <w:r>
          <w:rPr>
            <w:color w:val="0000EE"/>
            <w:u w:val="single"/>
          </w:rPr>
          <w:t>https://www.taiwannews.com.tw/news/6448957</w:t>
        </w:r>
      </w:hyperlink>
      <w:r>
        <w:t xml:space="preserve"> - An article from Taiwan News detailing the 24th Taiwan LGBT+ Pride Parade, scheduled for October 31, 2026, in Taipei. The parade will begin and end at Taipei City Hall Plaza, following northern and southern routes. Organizers are calling for continued attention to sexual equality and highlight the role of voting in advancing policies for sexual minorities. The event aims to provide a platform for people with disabilities, people living with HIV/AIDS, Indigenous people, migrant workers, and immigrants. No registration is required to participate in the parade.</w:t>
      </w:r>
      <w:r/>
    </w:p>
    <w:p>
      <w:pPr>
        <w:pStyle w:val="ListNumber"/>
        <w:spacing w:line="240" w:lineRule="auto"/>
        <w:ind w:left="720"/>
      </w:pPr>
      <w:r/>
      <w:hyperlink r:id="rId12">
        <w:r>
          <w:rPr>
            <w:color w:val="0000EE"/>
            <w:u w:val="single"/>
          </w:rPr>
          <w:t>https://www.taiwanize.com/blog/posts/2026-taiwan-pride-guide-en</w:t>
        </w:r>
      </w:hyperlink>
      <w:r>
        <w:t xml:space="preserve"> - A comprehensive guide to the 2026 Taiwan Pride, including dates, parade routes, transport, and what to wear. The 24th Taiwan LGBT+ Pride takes place in Taipei on Saturday, October 31, 2026, under the theme 'Our Voices, Our Journey'. The gathering point is Taipei City Hall Plaza, with marchers gathering at 13:00 and the march setting off at 14:05 along two routes, north and south. The Rainbow Market opens at 12:00. Participation is free, with no registration required.</w:t>
      </w:r>
      <w:r/>
    </w:p>
    <w:p>
      <w:pPr>
        <w:pStyle w:val="ListNumber"/>
        <w:spacing w:line="240" w:lineRule="auto"/>
        <w:ind w:left="720"/>
      </w:pPr>
      <w:r/>
      <w:hyperlink r:id="rId14">
        <w:r>
          <w:rPr>
            <w:color w:val="0000EE"/>
            <w:u w:val="single"/>
          </w:rPr>
          <w:t>https://www.taiwanmerch.co/culture/taipei-pride-guide/</w:t>
        </w:r>
      </w:hyperlink>
      <w:r>
        <w:t xml:space="preserve"> - An article providing information about Taipei Pride 2026, Asia’s biggest Pride parade, including dates, the Red House, and how to take part. The 24th Taiwan LGBT+ Pride takes place on Saturday, October 31, 2026. The event includes a Rainbow Market opening at 12:00, stage shows starting at 12:45, parade assembly at 13:00, parade departure at 14:05, and stage programs concluding at 18:40. The parade will follow two routes, north and south, both starting and ending at Taipei City Hall Plaza. Participation is free, with no registration required. The theme for 2026 is 'Our Voices, Our Journey'.</w:t>
      </w:r>
      <w:r/>
    </w:p>
    <w:p>
      <w:pPr>
        <w:pStyle w:val="ListNumber"/>
        <w:spacing w:line="240" w:lineRule="auto"/>
        <w:ind w:left="720"/>
      </w:pPr>
      <w:r/>
      <w:hyperlink r:id="rId13">
        <w:r>
          <w:rPr>
            <w:color w:val="0000EE"/>
            <w:u w:val="single"/>
          </w:rPr>
          <w:t>https://www.taiwannews.com.tw/news/6448957</w:t>
        </w:r>
      </w:hyperlink>
      <w:r>
        <w:t xml:space="preserve"> - An article from Taiwan News detailing the 24th Taiwan LGBT+ Pride Parade, scheduled for October 31, 2026, in Taipei. The parade will begin and end at Taipei City Hall Plaza, following northern and southern routes. Organizers are calling for continued attention to sexual equality and highlight the role of voting in advancing policies for sexual minorities. The event aims to provide a platform for people with disabilities, people living with HIV/AIDS, Indigenous people, migrant workers, and immigrants. No registration is required to participate in the parade.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iwanstartshere.com/2026/10/20/taiwan-pride-2026/?utm_source=rss&amp;utm_medium=rss&amp;utm_campaign=taiwan-pride-2026" TargetMode="External"/><Relationship Id="rId10" Type="http://schemas.openxmlformats.org/officeDocument/2006/relationships/hyperlink" Target="https://www.taiwanpride.lgbt/2026-copy" TargetMode="External"/><Relationship Id="rId11" Type="http://schemas.openxmlformats.org/officeDocument/2006/relationships/hyperlink" Target="https://www.taiwanpride.lgbt/2026-info-1" TargetMode="External"/><Relationship Id="rId12" Type="http://schemas.openxmlformats.org/officeDocument/2006/relationships/hyperlink" Target="https://www.taiwanize.com/blog/posts/2026-taiwan-pride-guide-en" TargetMode="External"/><Relationship Id="rId13" Type="http://schemas.openxmlformats.org/officeDocument/2006/relationships/hyperlink" Target="https://www.taiwannews.com.tw/news/6448957" TargetMode="External"/><Relationship Id="rId14" Type="http://schemas.openxmlformats.org/officeDocument/2006/relationships/hyperlink" Target="https://www.taiwanmerch.co/culture/taipei-pride-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