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Hunter Schafer Wants a Trans-Led Rom-Com With Real Heart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may soon get a very different side of Hunter Schafer, as the Euphoria star says she wants to create a transgender-led romantic comedy while expanding her screen career into action and prestige drama. Her comments arrive ahead of Blade Runner 2099, putting representation, romance and a little Hollywood wish-listing firmly in the spotlight.</w:t>
      </w:r>
      <w:r/>
    </w:p>
    <w:p>
      <w:pPr>
        <w:pStyle w:val="Heading2"/>
      </w:pPr>
      <w:r>
        <w:t>Essential Takeaways</w:t>
      </w:r>
      <w:r/>
      <w:r/>
    </w:p>
    <w:p>
      <w:pPr>
        <w:pStyle w:val="ListBullet"/>
        <w:spacing w:line="240" w:lineRule="auto"/>
        <w:ind w:left="720"/>
      </w:pPr>
      <w:r/>
      <w:r>
        <w:rPr>
          <w:b/>
        </w:rPr>
        <w:t>A new genre goal:</w:t>
      </w:r>
      <w:r>
        <w:t xml:space="preserve"> Schafer says she’d like to make a trans girl rom-com.</w:t>
      </w:r>
      <w:r/>
    </w:p>
    <w:p>
      <w:pPr>
        <w:pStyle w:val="ListBullet"/>
        <w:spacing w:line="240" w:lineRule="auto"/>
        <w:ind w:left="720"/>
      </w:pPr>
      <w:r/>
      <w:r>
        <w:rPr>
          <w:b/>
        </w:rPr>
        <w:t>Action experience:</w:t>
      </w:r>
      <w:r>
        <w:t xml:space="preserve"> Blade Runner 2099 helped her discover the physical appeal of action filmmaking.</w:t>
      </w:r>
      <w:r/>
    </w:p>
    <w:p>
      <w:pPr>
        <w:pStyle w:val="ListBullet"/>
        <w:spacing w:line="240" w:lineRule="auto"/>
        <w:ind w:left="720"/>
      </w:pPr>
      <w:r/>
      <w:r>
        <w:rPr>
          <w:b/>
        </w:rPr>
        <w:t>A supportive mentor:</w:t>
      </w:r>
      <w:r>
        <w:t xml:space="preserve"> Michelle Yeoh taught Schafer safer, more controlled ways to perform falls.</w:t>
      </w:r>
      <w:r/>
    </w:p>
    <w:p>
      <w:pPr>
        <w:pStyle w:val="ListBullet"/>
        <w:spacing w:line="240" w:lineRule="auto"/>
        <w:ind w:left="720"/>
      </w:pPr>
      <w:r/>
      <w:r>
        <w:rPr>
          <w:b/>
        </w:rPr>
        <w:t>Personal openness:</w:t>
      </w:r>
      <w:r>
        <w:t xml:space="preserve"> Schafer discussed undergoing bottom surgery and feeling happy with the result.</w:t>
      </w:r>
      <w:r/>
    </w:p>
    <w:p>
      <w:pPr>
        <w:pStyle w:val="ListBullet"/>
        <w:spacing w:line="240" w:lineRule="auto"/>
        <w:ind w:left="720"/>
      </w:pPr>
      <w:r/>
      <w:r>
        <w:rPr>
          <w:b/>
        </w:rPr>
        <w:t>What’s next:</w:t>
      </w:r>
      <w:r>
        <w:t xml:space="preserve"> She’s also attached to Tom Ford’s Cry to Heaven alongside a major ensemble cast.</w:t>
      </w:r>
      <w:r/>
      <w:r/>
    </w:p>
    <w:p>
      <w:pPr>
        <w:pStyle w:val="Heading2"/>
      </w:pPr>
      <w:r>
        <w:t>Hunter Schafer has her eye on a romantic comedy</w:t>
      </w:r>
      <w:r/>
    </w:p>
    <w:p>
      <w:r/>
      <w:r>
        <w:t>The strongest idea in Schafer’s latest interview is also the simplest: she wants to see a trans woman at the centre of a proper romantic comedy. Not a story built only around trauma or transition, but one with flirtation, awkward first dates and the glorious chaos of a meet-cute.</w:t>
      </w:r>
      <w:r/>
    </w:p>
    <w:p>
      <w:r/>
      <w:r>
        <w:t xml:space="preserve">Speaking to Elle, Schafer said she’d been thinking about the idea for some time and would like to help make it happen. It’s a modest-sounding wish with a bigger cultural charge, because trans characters still rarely get to occupy the breezy, hopeful centre of mainstream romance. According to Them, the actor’s comments reflect a desire for stories where trans women can simply be wanted, funny and complicated. </w:t>
      </w:r>
      <w:hyperlink r:id="rId9">
        <w:r>
          <w:rPr>
            <w:color w:val="0000EE"/>
            <w:u w:val="single"/>
          </w:rPr>
          <w:t>[2]</w:t>
        </w:r>
      </w:hyperlink>
      <w:r/>
    </w:p>
    <w:p>
      <w:r/>
      <w:r>
        <w:t>That distinction matters. Audiences know how to watch a trans character endure, but they deserve to watch one fall in love badly, dramatically and perhaps with questionable texting habits too. A trans-led rom-com could offer exactly that kind of emotional breathing room.</w:t>
      </w:r>
      <w:r/>
    </w:p>
    <w:p>
      <w:pPr>
        <w:pStyle w:val="Heading2"/>
      </w:pPr>
      <w:r>
        <w:t>From Euphoria intensity to action-adventure</w:t>
      </w:r>
      <w:r/>
    </w:p>
    <w:p>
      <w:r/>
      <w:r>
        <w:t>Schafer’s career has already moved through several demanding genres. After the heightened teen drama of Euphoria and the unsettling atmosphere of films such as Cuckoo, she’s now stepping into the world of Blade Runner 2099, the Prime Video follow-up to the Blade Runner films.</w:t>
      </w:r>
      <w:r/>
    </w:p>
    <w:p>
      <w:r/>
      <w:r>
        <w:t xml:space="preserve">The project also stars Michelle Yeoh, who Schafer described as a mother figure on set. Yeoh reportedly helped her learn how to handle action work physically, including how to distribute the impact of a fall rather than simply hitting the ground hard. That sounds like a small technical lesson, but it’s the sort of knowledge that can make a long shoot safer and far less punishing. </w:t>
      </w:r>
      <w:hyperlink r:id="rId10">
        <w:r>
          <w:rPr>
            <w:color w:val="0000EE"/>
            <w:u w:val="single"/>
          </w:rPr>
          <w:t>[4]</w:t>
        </w:r>
      </w:hyperlink>
      <w:r/>
    </w:p>
    <w:p>
      <w:r/>
      <w:r>
        <w:t>Schafer has also found something appealing in action’s immediacy. She told Elle that the genre allows her to rely on her body rather than overthink every moment. For an actor known for emotionally intricate performances, that physical freedom seems to have offered a welcome change of pace.</w:t>
      </w:r>
      <w:r/>
    </w:p>
    <w:p>
      <w:pPr>
        <w:pStyle w:val="Heading2"/>
      </w:pPr>
      <w:r>
        <w:t>Why a trans rom-com could be a significant next step</w:t>
      </w:r>
      <w:r/>
    </w:p>
    <w:p>
      <w:r/>
      <w:r>
        <w:t>Rom-coms are often treated as lightweight entertainment, but they’re powerful cultural spaces. The genre decides who gets to be desirable, who gets a happy ending and whose awkwardness is considered charming rather than threatening.</w:t>
      </w:r>
      <w:r/>
    </w:p>
    <w:p>
      <w:r/>
      <w:r>
        <w:t>That’s why Schafer’s idea feels timely. Streaming platforms have widened the appetite for more specific romantic stories, while audiences increasingly expect representation to extend beyond serious social drama. A trans-led romantic comedy wouldn’t need to ignore reality, but it could let reality sit alongside joy, chemistry and the occasional disastrous dinner reservation.</w:t>
      </w:r>
      <w:r/>
    </w:p>
    <w:p>
      <w:r/>
      <w:r>
        <w:t>The best version would probably avoid turning its lead into a lesson for everyone else. Instead, it could give viewers a fully formed character whose trans identity is important without being the only plot engine. That’s where the long-term promise lies: a trans girl rom-com that feels like a great rom-com first, and a landmark only because the industry took too long to make one.</w:t>
      </w:r>
      <w:r/>
    </w:p>
    <w:p>
      <w:pPr>
        <w:pStyle w:val="Heading2"/>
      </w:pPr>
      <w:r>
        <w:t>Schafer is speaking candidly about life off-screen</w:t>
      </w:r>
      <w:r/>
    </w:p>
    <w:p>
      <w:r/>
      <w:r>
        <w:t>The interview also touched on Schafer’s personal relationships. She said she hadn’t had a relationship lasting longer than two years and reflected on the point when romance can begin to feel more like an intentional partnership.</w:t>
      </w:r>
      <w:r/>
    </w:p>
    <w:p>
      <w:r/>
      <w:r>
        <w:t xml:space="preserve">There’s a thoughtful tension in that comment. Rom-coms tend to stop at the kiss or the grand declaration, while real relationships carry on into the less glossy work of compromise, trust and figuring out whose turn it is to buy washing-up liquid. Schafer’s own perspective suggests she’s interested in that deeper emotional territory, not just the spark at the start. </w:t>
      </w:r>
      <w:hyperlink r:id="rId9">
        <w:r>
          <w:rPr>
            <w:color w:val="0000EE"/>
            <w:u w:val="single"/>
          </w:rPr>
          <w:t>[6]</w:t>
        </w:r>
      </w:hyperlink>
      <w:r/>
    </w:p>
    <w:p>
      <w:r/>
      <w:r>
        <w:t xml:space="preserve">She also spoke openly about undergoing bottom surgery in December, describing the experience positively. The disclosure was made in the context of a wider conversation about identity, embodiment and the gap between social rules and personal reality. It’s an intensely personal subject, and Schafer’s decision to discuss it plainly gives the conversation weight without requiring her to explain herself as a symbol. </w:t>
      </w:r>
      <w:hyperlink r:id="rId10">
        <w:r>
          <w:rPr>
            <w:color w:val="0000EE"/>
            <w:u w:val="single"/>
          </w:rPr>
          <w:t>[4]</w:t>
        </w:r>
      </w:hyperlink>
      <w:r/>
    </w:p>
    <w:p>
      <w:pPr>
        <w:pStyle w:val="Heading2"/>
      </w:pPr>
      <w:r>
        <w:t>What comes next for the actor?</w:t>
      </w:r>
      <w:r/>
    </w:p>
    <w:p>
      <w:r/>
      <w:r>
        <w:t xml:space="preserve">Blade Runner 2099 is the immediate headline project, placing Schafer in a sprawling science-fiction world shaped by the earlier films. The Blade Runner universe is known for its philosophical questions, rain-soaked futurism and uneasy relationship between humans and artificial life, so it’s a natural next challenge for an actor drawn to layered material. </w:t>
      </w:r>
      <w:hyperlink r:id="rId11">
        <w:r>
          <w:rPr>
            <w:color w:val="0000EE"/>
            <w:u w:val="single"/>
          </w:rPr>
          <w:t>[5]</w:t>
        </w:r>
      </w:hyperlink>
      <w:r/>
    </w:p>
    <w:p>
      <w:r/>
      <w:r>
        <w:t>After that comes Cry to Heaven, Tom Ford’s adaptation of Anne Rice’s 1982 novel. Schafer is set to appear alongside Nicholas Hoult, Aaron Taylor-Johnson, Lux Pascal, Colin Firth, Paul Bettany, Owen Cooper, Thandiwe Newton and Adele, giving her another opportunity to work within a richly assembled ensemble.</w:t>
      </w:r>
      <w:r/>
    </w:p>
    <w:p>
      <w:r/>
      <w:r>
        <w:t>Still, the project that may linger longest is the one that doesn’t yet have a title. Schafer’s imagined rom-com could be a chance to make something warmer, messier and more openly joyful. And if she gets her way, the meet-cute may finally belong to everyone.</w:t>
      </w:r>
      <w:r/>
    </w:p>
    <w:p>
      <w:r/>
      <w:r>
        <w:t>A trans-led rom-com could make room for the kind of joy audiences have been waiting to see.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[3]</w:t>
        </w:r>
      </w:hyperlink>
      <w:r>
        <w:t xml:space="preserve">- Paragraph 2: </w:t>
      </w:r>
      <w:hyperlink r:id="rId9">
        <w:r>
          <w:rPr>
            <w:color w:val="0000EE"/>
            <w:u w:val="single"/>
          </w:rPr>
          <w:t>[2]</w:t>
        </w:r>
      </w:hyperlink>
      <w:r>
        <w:t xml:space="preserve">, </w:t>
      </w:r>
      <w:hyperlink r:id="rId9">
        <w:r>
          <w:rPr>
            <w:color w:val="0000EE"/>
            <w:u w:val="single"/>
          </w:rPr>
          <w:t>[6]</w:t>
        </w:r>
      </w:hyperlink>
      <w:r>
        <w:t xml:space="preserve">- Paragraph 3: </w:t>
      </w:r>
      <w:hyperlink r:id="rId12">
        <w:r>
          <w:rPr>
            <w:color w:val="0000EE"/>
            <w:u w:val="single"/>
          </w:rPr>
          <w:t>[3]</w:t>
        </w:r>
      </w:hyperlink>
      <w:r>
        <w:t xml:space="preserve">, </w:t>
      </w:r>
      <w:hyperlink r:id="rId12">
        <w:r>
          <w:rPr>
            <w:color w:val="0000EE"/>
            <w:u w:val="single"/>
          </w:rPr>
          <w:t>[7]</w:t>
        </w:r>
      </w:hyperlink>
      <w:r>
        <w:t xml:space="preserve">- Paragraph 4: </w:t>
      </w:r>
      <w:hyperlink r:id="rId10">
        <w:r>
          <w:rPr>
            <w:color w:val="0000EE"/>
            <w:u w:val="single"/>
          </w:rPr>
          <w:t>[4]</w:t>
        </w:r>
      </w:hyperlink>
      <w:r>
        <w:t xml:space="preserve">- Paragraph 5: </w:t>
      </w:r>
      <w:hyperlink r:id="rId10">
        <w:r>
          <w:rPr>
            <w:color w:val="0000EE"/>
            <w:u w:val="single"/>
          </w:rPr>
          <w:t>[4]</w:t>
        </w:r>
      </w:hyperlink>
      <w:r>
        <w:t xml:space="preserve">- Paragraph 6: </w:t>
      </w:r>
      <w:hyperlink r:id="rId11">
        <w:r>
          <w:rPr>
            <w:color w:val="0000EE"/>
            <w:u w:val="single"/>
          </w:rPr>
          <w:t>[5]</w:t>
        </w:r>
      </w:hyperlink>
      <w:r>
        <w:t xml:space="preserve">- Paragraph 7: </w:t>
      </w:r>
      <w:hyperlink r:id="rId9">
        <w:r>
          <w:rPr>
            <w:color w:val="0000EE"/>
            <w:u w:val="single"/>
          </w:rPr>
          <w:t>[2]</w:t>
        </w:r>
      </w:hyperlink>
      <w:r>
        <w:t xml:space="preserve">, </w:t>
      </w:r>
      <w:hyperlink r:id="rId9">
        <w:r>
          <w:rPr>
            <w:color w:val="0000EE"/>
            <w:u w:val="single"/>
          </w:rPr>
          <w:t>[6]</w:t>
        </w:r>
      </w:hyperlink>
      <w:r>
        <w:t xml:space="preserve">- Paragraph 8: </w:t>
      </w:r>
      <w:hyperlink r:id="rId10">
        <w:r>
          <w:rPr>
            <w:color w:val="0000EE"/>
            <w:u w:val="single"/>
          </w:rPr>
          <w:t>[4]</w:t>
        </w:r>
      </w:hyperlink>
      <w:r>
        <w:t xml:space="preserve">- Paragraph 9: </w:t>
      </w:r>
      <w:hyperlink r:id="rId11">
        <w:r>
          <w:rPr>
            <w:color w:val="0000EE"/>
            <w:u w:val="single"/>
          </w:rPr>
          <w:t>[5]</w:t>
        </w:r>
      </w:hyperlink>
      <w:r>
        <w:t xml:space="preserve">- Paragraph 10: </w:t>
      </w:r>
      <w:hyperlink r:id="rId11">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https://www.pride.com/culture/celebrities/hunter-schafer-trans-rom-com</w:t>
        </w:r>
      </w:hyperlink>
      <w:r>
        <w:t xml:space="preserve"> - Please view link - unable to able to access data</w:t>
      </w:r>
      <w:r/>
    </w:p>
    <w:p>
      <w:pPr>
        <w:pStyle w:val="ListNumber"/>
        <w:spacing w:line="240" w:lineRule="auto"/>
        <w:ind w:left="720"/>
      </w:pPr>
      <w:r/>
      <w:hyperlink r:id="rId9">
        <w:r>
          <w:rPr>
            <w:color w:val="0000EE"/>
            <w:u w:val="single"/>
          </w:rPr>
          <w:t>https://www.them.us/entertainment/tv-and-movies/hunter-schafer-trans-rom-com</w:t>
        </w:r>
      </w:hyperlink>
      <w:r>
        <w:t xml:space="preserve"> - In an interview with Elle, Hunter Schafer, known for her role in 'Euphoria', expressed her desire to star in a transgender-led romantic comedy. She stated, 'I would just love to see a trans girl rom-com, too. I’ve been thinking about that for a while. I would like to make that happen.'</w:t>
      </w:r>
      <w:r/>
    </w:p>
    <w:p>
      <w:pPr>
        <w:pStyle w:val="ListNumber"/>
        <w:spacing w:line="240" w:lineRule="auto"/>
        <w:ind w:left="720"/>
      </w:pPr>
      <w:r/>
      <w:hyperlink r:id="rId12">
        <w:r>
          <w:rPr>
            <w:color w:val="0000EE"/>
            <w:u w:val="single"/>
          </w:rPr>
          <w:t>https://www.pride.com/culture/celebrities/hunter-schafer-trans-rom-com</w:t>
        </w:r>
      </w:hyperlink>
      <w:r>
        <w:t xml:space="preserve"> - Hunter Schafer, the actress from 'Euphoria', has expressed her interest in starring in a transgender-led romantic comedy. She mentioned to Elle, 'I would just love to see a trans girl rom-com, too. I’ve been thinking about that for a while. I would like to make that happen.'</w:t>
      </w:r>
      <w:r/>
    </w:p>
    <w:p>
      <w:pPr>
        <w:pStyle w:val="ListNumber"/>
        <w:spacing w:line="240" w:lineRule="auto"/>
        <w:ind w:left="720"/>
      </w:pPr>
      <w:r/>
      <w:hyperlink r:id="rId10">
        <w:r>
          <w:rPr>
            <w:color w:val="0000EE"/>
            <w:u w:val="single"/>
          </w:rPr>
          <w:t>https://www.breitbart.com/entertainment/2026/10/19/amazons-transgender-blade-runner-2099-star-hunter-schafer-celebrates-genital-surgery-i-love-it-so-much/amp/</w:t>
        </w:r>
      </w:hyperlink>
      <w:r>
        <w:t xml:space="preserve"> - Hunter Schafer, star of Amazon's 'Blade Runner 2099', celebrated her recent bottom surgery, stating, 'I just had bottom surgery in December, which was amazing, and I love it so much.' She also discussed her journey of embracing her gender-expansive identity.</w:t>
      </w:r>
      <w:r/>
    </w:p>
    <w:p>
      <w:pPr>
        <w:pStyle w:val="ListNumber"/>
        <w:spacing w:line="240" w:lineRule="auto"/>
        <w:ind w:left="720"/>
      </w:pPr>
      <w:r/>
      <w:hyperlink r:id="rId11">
        <w:r>
          <w:rPr>
            <w:color w:val="0000EE"/>
            <w:u w:val="single"/>
          </w:rPr>
          <w:t>https://www.gamesradar.com/entertainment/sci-fi-movies/blade-runner-timeline/</w:t>
        </w:r>
      </w:hyperlink>
      <w:r>
        <w:t xml:space="preserve"> - The 'Blade Runner' franchise has expanded beyond the original 1982 film and its 2017 sequel. The upcoming 'Blade Runner 2099' series, set 50 years later, introduces a new era where replicants may dominate humans. The series is set to premiere on November 25, 2026.</w:t>
      </w:r>
      <w:r/>
    </w:p>
    <w:p>
      <w:pPr>
        <w:pStyle w:val="ListNumber"/>
        <w:spacing w:line="240" w:lineRule="auto"/>
        <w:ind w:left="720"/>
      </w:pPr>
      <w:r/>
      <w:hyperlink r:id="rId9">
        <w:r>
          <w:rPr>
            <w:color w:val="0000EE"/>
            <w:u w:val="single"/>
          </w:rPr>
          <w:t>https://www.them.us/entertainment/tv-and-movies/hunter-schafer-trans-rom-com</w:t>
        </w:r>
      </w:hyperlink>
      <w:r>
        <w:t xml:space="preserve"> - Hunter Schafer, known for her role in 'Euphoria', has expressed her desire to star in a transgender-led romantic comedy. She mentioned to Elle, 'I would just love to see a trans girl rom-com, too. I’ve been thinking about that for a while. I would like to make that happen.'</w:t>
      </w:r>
      <w:r/>
    </w:p>
    <w:p>
      <w:pPr>
        <w:pStyle w:val="ListNumber"/>
        <w:spacing w:line="240" w:lineRule="auto"/>
        <w:ind w:left="720"/>
      </w:pPr>
      <w:r/>
      <w:hyperlink r:id="rId12">
        <w:r>
          <w:rPr>
            <w:color w:val="0000EE"/>
            <w:u w:val="single"/>
          </w:rPr>
          <w:t>https://www.pride.com/culture/celebrities/hunter-schafer-trans-rom-com</w:t>
        </w:r>
      </w:hyperlink>
      <w:r>
        <w:t xml:space="preserve"> - Hunter Schafer, the actress from 'Euphoria', has expressed her interest in starring in a transgender-led romantic comedy. She mentioned to Elle, 'I would just love to see a trans girl rom-com, too. I’ve been thinking about that for a while. I would like to make that happen.'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entertainment/tv-and-movies/hunter-schafer-trans-rom-com" TargetMode="External"/><Relationship Id="rId10" Type="http://schemas.openxmlformats.org/officeDocument/2006/relationships/hyperlink" Target="https://www.breitbart.com/entertainment/2026/10/19/amazons-transgender-blade-runner-2099-star-hunter-schafer-celebrates-genital-surgery-i-love-it-so-much/amp/" TargetMode="External"/><Relationship Id="rId11" Type="http://schemas.openxmlformats.org/officeDocument/2006/relationships/hyperlink" Target="https://www.gamesradar.com/entertainment/sci-fi-movies/blade-runner-timeline/" TargetMode="External"/><Relationship Id="rId12" Type="http://schemas.openxmlformats.org/officeDocument/2006/relationships/hyperlink" Target="https://www.pride.com/culture/celebrities/hunter-schafer-trans-rom-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