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Halloween costume ideas for a standout 2026 look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partygoers are raiding wardrobes, makeup bags and craft drawers for queer Halloween costume ideas in 2026. From a 20th-anniversary cowboy romance to camp icons, stylish vampires and beloved sapphic game characters, this year's strongest looks mix recognisable references with plenty of room for personal flair.</w:t>
      </w:r>
      <w:r/>
    </w:p>
    <w:p>
      <w:pPr>
        <w:pStyle w:val="Heading2"/>
      </w:pPr>
      <w:r>
        <w:t>Essential Takeaways</w:t>
      </w:r>
      <w:r/>
      <w:r/>
    </w:p>
    <w:p>
      <w:pPr>
        <w:pStyle w:val="ListBullet"/>
        <w:spacing w:line="240" w:lineRule="auto"/>
        <w:ind w:left="720"/>
      </w:pPr>
      <w:r/>
      <w:r>
        <w:rPr>
          <w:b/>
        </w:rPr>
        <w:t>Classic with a twist:</w:t>
      </w:r>
      <w:r>
        <w:t xml:space="preserve"> Gay cowboys, glamorous vampires and Elvira offer instantly recognisable ideas with strong visual appeal.</w:t>
      </w:r>
      <w:r/>
    </w:p>
    <w:p>
      <w:pPr>
        <w:pStyle w:val="ListBullet"/>
        <w:spacing w:line="240" w:lineRule="auto"/>
        <w:ind w:left="720"/>
      </w:pPr>
      <w:r/>
      <w:r>
        <w:rPr>
          <w:b/>
        </w:rPr>
        <w:t>Camp is always welcome:</w:t>
      </w:r>
      <w:r>
        <w:t xml:space="preserve"> Tim Curry-inspired costumes can range from theatrical makeup to extravagant, gender-free tailoring.</w:t>
      </w:r>
      <w:r/>
    </w:p>
    <w:p>
      <w:pPr>
        <w:pStyle w:val="ListBullet"/>
        <w:spacing w:line="240" w:lineRule="auto"/>
        <w:ind w:left="720"/>
      </w:pPr>
      <w:r/>
      <w:r>
        <w:rPr>
          <w:b/>
        </w:rPr>
        <w:t>Couples can keep it simple:</w:t>
      </w:r>
      <w:r>
        <w:t xml:space="preserve"> Nick and Charlie or Max and Chloe need coordinated outfits rather than elaborate props.</w:t>
      </w:r>
      <w:r/>
    </w:p>
    <w:p>
      <w:pPr>
        <w:pStyle w:val="ListBullet"/>
        <w:spacing w:line="240" w:lineRule="auto"/>
        <w:ind w:left="720"/>
      </w:pPr>
      <w:r/>
      <w:r>
        <w:rPr>
          <w:b/>
        </w:rPr>
        <w:t>DIY still works:</w:t>
      </w:r>
      <w:r>
        <w:t xml:space="preserve"> Cardboard crowns, painted Targaryen symbols and fake blood can transform everyday clothes.</w:t>
      </w:r>
      <w:r/>
    </w:p>
    <w:p>
      <w:pPr>
        <w:pStyle w:val="ListBullet"/>
        <w:spacing w:line="240" w:lineRule="auto"/>
        <w:ind w:left="720"/>
      </w:pPr>
      <w:r/>
      <w:r>
        <w:rPr>
          <w:b/>
        </w:rPr>
        <w:t>Comfort matters:</w:t>
      </w:r>
      <w:r>
        <w:t xml:space="preserve"> Choose footwear and layers carefully if you're planning to dance, queue or travel between parties.</w:t>
      </w:r>
      <w:r/>
      <w:r/>
    </w:p>
    <w:p>
      <w:pPr>
        <w:pStyle w:val="Heading2"/>
      </w:pPr>
      <w:r>
        <w:t>Queer Halloween costumes are having a cultural moment</w:t>
      </w:r>
      <w:r/>
    </w:p>
    <w:p>
      <w:r/>
      <w:r>
        <w:t>The best queer Halloween costumes don't just look good. They carry a little history, a little humour and, ideally, a reference that makes someone across the room grin in recognition.</w:t>
      </w:r>
      <w:r/>
    </w:p>
    <w:p>
      <w:r/>
      <w:r>
        <w:t>This year's ideas draw on film anniversaries, television finales, games and pop music, giving partygoers plenty of ways to be glamorous, spooky or gloriously over the top. The trick is choosing a character whose silhouette is easy to recognise, then adding one detail that makes the costume feel like yours.</w:t>
      </w:r>
      <w:r/>
    </w:p>
    <w:p>
      <w:r/>
      <w:r>
        <w:t>A well-chosen costume can also be wonderfully low-pressure. You don't need a professional stylist or an enormous budget when a dramatic pair of sunglasses, a bold lip or a well-placed accessory can do much of the talking.</w:t>
      </w:r>
      <w:r/>
    </w:p>
    <w:p>
      <w:pPr>
        <w:pStyle w:val="Heading2"/>
      </w:pPr>
      <w:r>
        <w:t>Brokeback Mountain turns heartbreak into Halloween style</w:t>
      </w:r>
      <w:r/>
    </w:p>
    <w:p>
      <w:r/>
      <w:r>
        <w:t>Two decades after its cinema release, Brokeback Mountain remains one of the most emotionally resonant queer films of its era. Time's anniversary coverage reflects on the film's lasting cultural impact, making its understated cowboy aesthetic a natural choice for a 2026 costume.</w:t>
      </w:r>
      <w:r/>
    </w:p>
    <w:p>
      <w:r/>
      <w:r>
        <w:t>The formula is pleasingly straightforward: denim, boots, a hat and a weathered jacket. If you're dressing with a partner, matching without looking identical keeps the idea subtle, while a shared campfire prop or vintage-style badge gives the look extra texture.</w:t>
      </w:r>
      <w:r/>
    </w:p>
    <w:p>
      <w:r/>
      <w:r>
        <w:t>It's also a costume that works at almost any level. You can keep it practical with pieces already in your wardrobe, or lean into theatrical western styling with fake dust, rope details and an exaggerated frontier moustache.</w:t>
      </w:r>
      <w:r/>
    </w:p>
    <w:p>
      <w:pPr>
        <w:pStyle w:val="Heading2"/>
      </w:pPr>
      <w:r>
        <w:t>Tim Curry proves that more is more</w:t>
      </w:r>
      <w:r/>
    </w:p>
    <w:p>
      <w:r/>
      <w:r>
        <w:t>For anyone who'd rather arrive looking like a walking theatre curtain, Tim Curry is an especially rich source of inspiration. His performances in The Rocky Horror Picture Show and other cult favourites made flamboyance feel fearless, playful and entirely his own.</w:t>
      </w:r>
      <w:r/>
    </w:p>
    <w:p>
      <w:r/>
      <w:r>
        <w:t>Several entertainment publications reported Curry's death at 80 in 2026, bringing renewed attention to the range of his work and his enduring status as a camp icon. A tribute costume might borrow from Dr Frank-N-Furter, Pennywise or one of his many other memorable roles, but it needn't reproduce a character exactly.</w:t>
      </w:r>
      <w:r/>
    </w:p>
    <w:p>
      <w:r/>
      <w:r>
        <w:t>Focus on the ingredients instead: sharp contouring, a theatrical silhouette, glossy boots and one deliberately outrageous accessory. The result should feel celebratory rather than like a museum recreation. In other words, if you're wondering whether the outfit is too much, you're probably nearly there.</w:t>
      </w:r>
      <w:r/>
    </w:p>
    <w:p>
      <w:pPr>
        <w:pStyle w:val="Heading2"/>
      </w:pPr>
      <w:r>
        <w:t>Stylish vampires and pop divas make easy wins</w:t>
      </w:r>
      <w:r/>
    </w:p>
    <w:p>
      <w:r/>
      <w:r>
        <w:t>The queer vampire remains one of Halloween's most dependable options because the visual language is so generous. Pearls, velvet, lace, dark tailoring and a slightly haunted expression can take you from ordinary party guest to elegant creature of the night in minutes.</w:t>
      </w:r>
      <w:r/>
    </w:p>
    <w:p>
      <w:r/>
      <w:r>
        <w:t>For a more specific reference, draw on the lavish atmosphere associated with Interview with the Vampire. A high collar, faux fur and carefully smudged eyeliner can suggest period drama without requiring a full costume rental. Just remember that fake fangs and a full evening of conversation aren't always natural allies.</w:t>
      </w:r>
      <w:r/>
    </w:p>
    <w:p>
      <w:r/>
      <w:r>
        <w:t>Dolly Parton offers the opposite energy: bright, polished and impossible to overlook. Sequins, towering hair, rhinestones and a confident smile create a recognisable look, while an outfit inspired by one of her classic performance eras lets you choose how glamorous you want to be.</w:t>
      </w:r>
      <w:r/>
    </w:p>
    <w:p>
      <w:pPr>
        <w:pStyle w:val="Heading2"/>
      </w:pPr>
      <w:r>
        <w:t>From Max and Chloe to Nick and Charlie</w:t>
      </w:r>
      <w:r/>
    </w:p>
    <w:p>
      <w:r/>
      <w:r>
        <w:t>Gaming and television offer some of the most personal queer Halloween costume ideas, particularly for people who want a reference that feels meaningful rather than merely fashionable. Life is Strange's Max Caulfield and Chloe Price are a strong example, with their contrasting palettes and instantly useful accessories.</w:t>
      </w:r>
      <w:r/>
    </w:p>
    <w:p>
      <w:r/>
      <w:r>
        <w:t>A Polaroid camera, a blue-haired wig and layered casual clothing can establish the mood quickly. The appeal lies in the details, so don't worry if your outfit isn't a perfect replica. A little weathering, a badge or a familiar prop will often do more than an expensive full set.</w:t>
      </w:r>
      <w:r/>
    </w:p>
    <w:p>
      <w:r/>
      <w:r>
        <w:t>Couples looking for something softer can turn to Nick and Charlie from Heartstopper. Pick outfits inspired by the characters' schoolwear and everyday looks, then add hand-painted hearts or leaves for a playful finish. It works because it's comfortable, recognisable and easy to adapt if one person prefers a quieter costume.</w:t>
      </w:r>
      <w:r/>
    </w:p>
    <w:p>
      <w:pPr>
        <w:pStyle w:val="Heading2"/>
      </w:pPr>
      <w:r>
        <w:t>How to choose a costume that actually works</w:t>
      </w:r>
      <w:r/>
    </w:p>
    <w:p>
      <w:r/>
      <w:r>
        <w:t>Start with the practical question: will you still enjoy wearing it after two hours? A great costume can quickly lose its charm if the shoes hurt, the wig won't stay put or the makeup transfers onto every drink you pick up.</w:t>
      </w:r>
      <w:r/>
    </w:p>
    <w:p>
      <w:r/>
      <w:r>
        <w:t>For a high-impact look on a modest budget, choose one hero element. That might be an oversized crown for Rhaenyra, dramatic sunglasses for Tanya from The White Lotus, a black dress for Elvira or fake blood for a camp-horror character. Build the rest from basics you already own.</w:t>
      </w:r>
      <w:r/>
    </w:p>
    <w:p>
      <w:r/>
      <w:r>
        <w:t>If you're considering a more elaborate idea, such as Euphoria makeup, a Yellowjackets survivor or a Hunger Games-inspired outfit, test everything before the night itself. Take a photograph in ordinary lighting, check that props are safe to carry and pack a small repair kit. Halloween is much more fun when your costume survives the first dance.</w:t>
      </w:r>
      <w:r/>
    </w:p>
    <w:p>
      <w:r/>
      <w:r>
        <w:t>The strongest look isn't necessarily the most expensive one. It's the one that gives you a reason to walk into the room feeling brilliant.</w:t>
      </w:r>
      <w:r/>
    </w:p>
    <w:p>
      <w:r/>
      <w:r>
        <w:t>It's a small detail, a bold reference and a little confidence that make a queer Halloween costume unforgettable.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https://gcn.ie/queer-halloween-costume-2026/</w:t>
        </w:r>
      </w:hyperlink>
      <w:r>
        <w:t xml:space="preserve"> - Please view link - unable to able to access data</w:t>
      </w:r>
      <w:r/>
    </w:p>
    <w:p>
      <w:pPr>
        <w:pStyle w:val="ListNumber"/>
        <w:spacing w:line="240" w:lineRule="auto"/>
        <w:ind w:left="720"/>
      </w:pPr>
      <w:r/>
      <w:hyperlink r:id="rId10">
        <w:r>
          <w:rPr>
            <w:color w:val="0000EE"/>
            <w:u w:val="single"/>
          </w:rPr>
          <w:t>https://time.com/7296982/brokeback-mountain-20th-anniversary/</w:t>
        </w:r>
      </w:hyperlink>
      <w:r>
        <w:t xml:space="preserve"> - This article reflects on the 20th anniversary of 'Brokeback Mountain', revisiting its impact on LGBTQ+ cinema and its legacy. It discusses the film's critical and commercial success, its influence on mainstream cinema, and examines its portrayal of love and societal constraints. The piece also addresses contemporary critiques regarding representation and the film's relevance in today's cultural landscape.</w:t>
      </w:r>
      <w:r/>
    </w:p>
    <w:p>
      <w:pPr>
        <w:pStyle w:val="ListNumber"/>
        <w:spacing w:line="240" w:lineRule="auto"/>
        <w:ind w:left="720"/>
      </w:pPr>
      <w:r/>
      <w:hyperlink r:id="rId11">
        <w:r>
          <w:rPr>
            <w:color w:val="0000EE"/>
            <w:u w:val="single"/>
          </w:rPr>
          <w:t>https://www.latimes.com/entertainment-arts/movies/story/2026-08-26/tim-curry-dead-rocky-horror-picture-show-home-alone-2-it</w:t>
        </w:r>
      </w:hyperlink>
      <w:r>
        <w:t xml:space="preserve"> - The Los Angeles Times reports on the death of Tim Curry, the British actor renowned for his role as Dr. Frank-N-Furter in 'The Rocky Horror Picture Show'. The article details his passing at 80, his illustrious career spanning stage and screen, and his significant contributions to pop culture. It also touches upon his health struggles following a major stroke in 2012.</w:t>
      </w:r>
      <w:r/>
    </w:p>
    <w:p>
      <w:pPr>
        <w:pStyle w:val="ListNumber"/>
        <w:spacing w:line="240" w:lineRule="auto"/>
        <w:ind w:left="720"/>
      </w:pPr>
      <w:r/>
      <w:hyperlink r:id="rId12">
        <w:r>
          <w:rPr>
            <w:color w:val="0000EE"/>
            <w:u w:val="single"/>
          </w:rPr>
          <w:t>https://www.latimes.com/entertainment-arts/story/2026-09-02/tim-curry-cause-of-death-rocky-horror</w:t>
        </w:r>
      </w:hyperlink>
      <w:r>
        <w:t xml:space="preserve"> - This piece from the Los Angeles Times reveals the cause of death for Tim Curry, stating he died of coronary artery disease at 80. It also mentions his history of stroke and kidney cancer as contributing factors. The article provides insights into his health challenges and his enduring legacy in the entertainment industry.</w:t>
      </w:r>
      <w:r/>
    </w:p>
    <w:p>
      <w:pPr>
        <w:pStyle w:val="ListNumber"/>
        <w:spacing w:line="240" w:lineRule="auto"/>
        <w:ind w:left="720"/>
      </w:pPr>
      <w:r/>
      <w:hyperlink r:id="rId13">
        <w:r>
          <w:rPr>
            <w:color w:val="0000EE"/>
            <w:u w:val="single"/>
          </w:rPr>
          <w:t>https://www.pcgamer.com/gaming-industry/tim-curry-red-alert-3-star-and-camp-icon-of-stage-and-screen-dies-aged-80/</w:t>
        </w:r>
      </w:hyperlink>
      <w:r>
        <w:t xml:space="preserve"> - PC Gamer reports on the death of Tim Curry, highlighting his diverse career in film, television, and video games. The article discusses his iconic roles, including his portrayal of Premier Anatoly Cherdenko in 'Red Alert 3', and reflects on his impact on gaming culture. It also touches upon his health issues following a stroke in 2012.</w:t>
      </w:r>
      <w:r/>
    </w:p>
    <w:p>
      <w:pPr>
        <w:pStyle w:val="ListNumber"/>
        <w:spacing w:line="240" w:lineRule="auto"/>
        <w:ind w:left="720"/>
      </w:pPr>
      <w:r/>
      <w:hyperlink r:id="rId14">
        <w:r>
          <w:rPr>
            <w:color w:val="0000EE"/>
            <w:u w:val="single"/>
          </w:rPr>
          <w:t>https://www.cinemablend.com/movies/it-and-rocky-horror-picture-show-legend-tim-curry-dead-at-80</w:t>
        </w:r>
      </w:hyperlink>
      <w:r>
        <w:t xml:space="preserve"> - CinemaBlend reports on the death of Tim Curry, detailing his extensive career in film, television, and theatre. The article highlights his iconic roles in 'The Rocky Horror Picture Show' and 'It', and discusses his health struggles following a major stroke in 2012. It also reflects on his lasting impact on pop culture.</w:t>
      </w:r>
      <w:r/>
    </w:p>
    <w:p>
      <w:pPr>
        <w:pStyle w:val="ListNumber"/>
        <w:spacing w:line="240" w:lineRule="auto"/>
        <w:ind w:left="720"/>
      </w:pPr>
      <w:r/>
      <w:hyperlink r:id="rId15">
        <w:r>
          <w:rPr>
            <w:color w:val="0000EE"/>
            <w:u w:val="single"/>
          </w:rPr>
          <w:t>https://www.youtube.com/watch?v=LMesuCuCeDM</w:t>
        </w:r>
      </w:hyperlink>
      <w:r>
        <w:t xml:space="preserve"> - This video reports on the death of actor Tim Curry at 80, known for his roles in 'The Rocky Horror Picture Show' and 'It'. It provides details about his passing and reflects on his contributions to the entertainment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queer-halloween-costume-2026/" TargetMode="External"/><Relationship Id="rId10" Type="http://schemas.openxmlformats.org/officeDocument/2006/relationships/hyperlink" Target="https://time.com/7296982/brokeback-mountain-20th-anniversary/" TargetMode="External"/><Relationship Id="rId11" Type="http://schemas.openxmlformats.org/officeDocument/2006/relationships/hyperlink" Target="https://www.latimes.com/entertainment-arts/movies/story/2026-08-26/tim-curry-dead-rocky-horror-picture-show-home-alone-2-it" TargetMode="External"/><Relationship Id="rId12" Type="http://schemas.openxmlformats.org/officeDocument/2006/relationships/hyperlink" Target="https://www.latimes.com/entertainment-arts/story/2026-09-02/tim-curry-cause-of-death-rocky-horror" TargetMode="External"/><Relationship Id="rId13" Type="http://schemas.openxmlformats.org/officeDocument/2006/relationships/hyperlink" Target="https://www.pcgamer.com/gaming-industry/tim-curry-red-alert-3-star-and-camp-icon-of-stage-and-screen-dies-aged-80/" TargetMode="External"/><Relationship Id="rId14" Type="http://schemas.openxmlformats.org/officeDocument/2006/relationships/hyperlink" Target="https://www.cinemablend.com/movies/it-and-rocky-horror-picture-show-legend-tim-curry-dead-at-80" TargetMode="External"/><Relationship Id="rId15" Type="http://schemas.openxmlformats.org/officeDocument/2006/relationships/hyperlink" Target="https://www.youtube.com/watch?v=LMesuCuCeD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