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Books of 2026: LGBTQ+ Reads to Watch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spotting queer stories across Barnes &amp; Noble's Best Books of 2026 selections, from literary fiction and romance to horror, science fiction and children's picture books. The list offers a useful snapshot of the year's LGBTQ+ publishing landscape, while also reminding us how much brilliant queer work there is still to discover.</w:t>
      </w:r>
      <w:r/>
    </w:p>
    <w:p>
      <w:pPr>
        <w:pStyle w:val="Heading2"/>
      </w:pPr>
      <w:r>
        <w:t>Essential Takeaways</w:t>
      </w:r>
      <w:r/>
      <w:r/>
    </w:p>
    <w:p>
      <w:pPr>
        <w:pStyle w:val="ListBullet"/>
        <w:spacing w:line="240" w:lineRule="auto"/>
        <w:ind w:left="720"/>
      </w:pPr>
      <w:r/>
      <w:r>
        <w:rPr>
          <w:b/>
        </w:rPr>
        <w:t>A broad selection:</w:t>
      </w:r>
      <w:r>
        <w:t xml:space="preserve"> Queer titles appear across several Barnes &amp; Noble categories, rather than in one dedicated list.</w:t>
      </w:r>
      <w:r/>
    </w:p>
    <w:p>
      <w:pPr>
        <w:pStyle w:val="ListBullet"/>
        <w:spacing w:line="240" w:lineRule="auto"/>
        <w:ind w:left="720"/>
      </w:pPr>
      <w:r/>
      <w:r>
        <w:rPr>
          <w:b/>
        </w:rPr>
        <w:t>Genres stretch widely:</w:t>
      </w:r>
      <w:r>
        <w:t xml:space="preserve"> The picks include literary fiction, romance, horror, science fiction, fantasy and science writing.</w:t>
      </w:r>
      <w:r/>
    </w:p>
    <w:p>
      <w:pPr>
        <w:pStyle w:val="ListBullet"/>
        <w:spacing w:line="240" w:lineRule="auto"/>
        <w:ind w:left="720"/>
      </w:pPr>
      <w:r/>
      <w:r>
        <w:rPr>
          <w:b/>
        </w:rPr>
        <w:t>Representation varies:</w:t>
      </w:r>
      <w:r>
        <w:t xml:space="preserve"> Some books centre gay or lesbian characters, while others explore trans and wider queer experiences.</w:t>
      </w:r>
      <w:r/>
    </w:p>
    <w:p>
      <w:pPr>
        <w:pStyle w:val="ListBullet"/>
        <w:spacing w:line="240" w:lineRule="auto"/>
        <w:ind w:left="720"/>
      </w:pPr>
      <w:r/>
      <w:r>
        <w:rPr>
          <w:b/>
        </w:rPr>
        <w:t>A useful starting point:</w:t>
      </w:r>
      <w:r>
        <w:t xml:space="preserve"> The selection can help readers find new LGBTQ+ authors, though no single round-up can be completely comprehensive.</w:t>
      </w:r>
      <w:r/>
      <w:r/>
    </w:p>
    <w:p>
      <w:pPr>
        <w:pStyle w:val="Heading2"/>
      </w:pPr>
      <w:r>
        <w:t>Queer books are appearing everywhere</w:t>
      </w:r>
      <w:r/>
    </w:p>
    <w:p>
      <w:r/>
      <w:r>
        <w:t>The most striking thing about Barnes &amp; Noble's Best Books of 2026 selection isn't one particular title. It's the spread. Queer stories turn up across the bookseller's wider categories, creating a reading map that runs from intimate literary fiction to unsettling horror and imaginative fantasy.</w:t>
      </w:r>
      <w:r/>
    </w:p>
    <w:p>
      <w:r/>
      <w:r>
        <w:t>Book Riot's review of the full selection identified LGBTQ+ content in several of those categories. That makes the list feel less like a narrow genre shelf and more like a glimpse at how queer storytelling is becoming part of the mainstream publishing conversation.</w:t>
      </w:r>
      <w:r/>
    </w:p>
    <w:p>
      <w:r/>
      <w:r>
        <w:t>There's a pleasing variety here, too. Readers looking for tender romance can browse one route, while those after trans horror, gay literary fiction or queer science writing can take another. The result is a list with considerably more texture than a simple "best queer books" label might suggest.</w:t>
      </w:r>
      <w:r/>
    </w:p>
    <w:p>
      <w:pPr>
        <w:pStyle w:val="Heading2"/>
      </w:pPr>
      <w:r>
        <w:t>From romance to horror, the range is the story</w:t>
      </w:r>
      <w:r/>
    </w:p>
    <w:p>
      <w:r/>
      <w:r>
        <w:t>Romance remains one of the clearest homes for queer publishing, and Barnes &amp; Noble's romance collection provides an obvious entry point for readers seeking LGBTQ+ love stories. These books often deliver the familiar pleasures of the genre, including chemistry, emotional stakes and a satisfying sense of possibility, while widening whose happily-ever-after gets centre stage.</w:t>
      </w:r>
      <w:r/>
    </w:p>
    <w:p>
      <w:r/>
      <w:r>
        <w:t>At the other end of the mood scale, the horror picks show how effectively queer perspectives can sharpen a darker story. Horror has long offered a space for exploring identity, exclusion and fear, but contemporary authors are also using it for transformation, survival and outright weirdness. Sometimes a book that leaves you slightly unsettled is exactly the one that stays with you.</w:t>
      </w:r>
      <w:r/>
    </w:p>
    <w:p>
      <w:r/>
      <w:r>
        <w:t>The science fiction and fantasy selections broaden the picture again. According to Barnes &amp; Noble's category pages, those shelves sit alongside the year's wider recommendations, giving readers a chance to find queer stories involving speculative worlds, altered futures and impossible creatures. Your reading list may need more room than expected.</w:t>
      </w:r>
      <w:r/>
    </w:p>
    <w:p>
      <w:pPr>
        <w:pStyle w:val="Heading2"/>
      </w:pPr>
      <w:r>
        <w:t>Young adult and picture books matter, too</w:t>
      </w:r>
      <w:r/>
    </w:p>
    <w:p>
      <w:r/>
      <w:r>
        <w:t>The presence of queer titles in young adult recommendations is especially significant because these books often become first points of recognition for readers still working out where they fit. They can also help families and educators put thoughtful, age-appropriate stories into young people's hands without treating identity as a lesson or a problem.</w:t>
      </w:r>
      <w:r/>
    </w:p>
    <w:p>
      <w:r/>
      <w:r>
        <w:t>Barnes &amp; Noble's young adult and picture-book categories suggest that queer representation isn't limited to adult literary fiction. Picture books, in particular, can make family life, friendship and self-expression feel ordinary and visible, which is a small but powerful thing for a child turning the pages.</w:t>
      </w:r>
      <w:r/>
    </w:p>
    <w:p>
      <w:r/>
      <w:r>
        <w:t>For shoppers, the practical benefit is simple. Instead of searching only for an LGBTQ+ shelf, browse by mood and age range, then check the description and content notes. A queer story might be a gentle family read, a tearful coming-of-age novel or a full-throttle adventure.</w:t>
      </w:r>
      <w:r/>
    </w:p>
    <w:p>
      <w:pPr>
        <w:pStyle w:val="Heading2"/>
      </w:pPr>
      <w:r>
        <w:t>How to choose your next queer read</w:t>
      </w:r>
      <w:r/>
    </w:p>
    <w:p>
      <w:r/>
      <w:r>
        <w:t>Start with the experience you want rather than the label alone. If you're after warmth, romance may be the natural first stop; for something prickly and atmospheric, try horror. Science fiction and fantasy are ideal when you want identity explored through a bigger question about society, technology or power.</w:t>
      </w:r>
      <w:r/>
    </w:p>
    <w:p>
      <w:r/>
      <w:r>
        <w:t>It also helps to check whether queer representation is central to the plot or part of a broader ensemble. Neither approach is automatically better, but knowing what you're looking for can prevent a promising cover from leading to the wrong reading mood.</w:t>
      </w:r>
      <w:r/>
    </w:p>
    <w:p>
      <w:r/>
      <w:r>
        <w:t>Finally, treat any annual list as a launchpad, not a definitive ranking. Book Riot openly framed its round-up as a selection of recognisable queer titles rather than an exhaustive catalogue. That's probably the healthiest way to use these lists: find one book that catches your eye, then follow its author, publisher or reader recommendations into the next discovery.</w:t>
      </w:r>
      <w:r/>
    </w:p>
    <w:p>
      <w:pPr>
        <w:pStyle w:val="Heading2"/>
      </w:pPr>
      <w:r>
        <w:t>A snapshot of a bigger publishing year</w:t>
      </w:r>
      <w:r/>
    </w:p>
    <w:p>
      <w:r/>
      <w:r>
        <w:t>Barnes &amp; Noble's choices point to a publishing landscape where queer books are increasingly visible across commercial categories. That doesn't mean every part of the industry is equally open or representative, but it does make the search for LGBTQ+ fiction feel less confined to a single corner of the bookshop.</w:t>
      </w:r>
      <w:r/>
    </w:p>
    <w:p>
      <w:r/>
      <w:r>
        <w:t>The real pleasure is in the variety. One reader might move from a soft romance to a tense trans horror novel, while another starts with a picture book and ends up in a sprawling fantasy series. Either way, these recommendations offer a useful reminder that queer reading isn't one mood, one genre or one audience.</w:t>
      </w:r>
      <w:r/>
    </w:p>
    <w:p>
      <w:r/>
      <w:r>
        <w:t>And if you haven't read any of the titles yet, there's no need to feel behind. Seventeen categories is a lot of browsing. Pick the cover that gives you the strongest feeling, and begin there.</w:t>
      </w:r>
      <w:r/>
    </w:p>
    <w:p>
      <w:r/>
      <w:r>
        <w:t>Explore queer books by genre, mood and age range to find your next great read.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https://bookriot.com/best-queer-books-2026-barnes-and-noble/</w:t>
        </w:r>
      </w:hyperlink>
      <w:r>
        <w:t xml:space="preserve"> - Please view link - unable to able to access data</w:t>
      </w:r>
      <w:r/>
    </w:p>
    <w:p>
      <w:pPr>
        <w:pStyle w:val="ListNumber"/>
        <w:spacing w:line="240" w:lineRule="auto"/>
        <w:ind w:left="720"/>
      </w:pPr>
      <w:r/>
      <w:hyperlink r:id="rId10">
        <w:r>
          <w:rPr>
            <w:color w:val="0000EE"/>
            <w:u w:val="single"/>
          </w:rPr>
          <w:t>https://www.barnesandnoble.com/blog/category/the-best-books-of-2026</w:t>
        </w:r>
      </w:hyperlink>
      <w:r>
        <w:t xml:space="preserve"> - Barnes &amp; Noble has unveiled its 'Best Books of 2026' list, featuring a diverse selection across 17 categories, including Fiction, Romance, Mystery &amp; Thriller, Science Fiction &amp; Fantasy, Horror, Young Adult, and more. This comprehensive compilation highlights standout titles that have resonated with readers throughout the year, offering a curated guide to the year's most acclaimed and popular books.</w:t>
      </w:r>
      <w:r/>
    </w:p>
    <w:p>
      <w:pPr>
        <w:pStyle w:val="ListNumber"/>
        <w:spacing w:line="240" w:lineRule="auto"/>
        <w:ind w:left="720"/>
      </w:pPr>
      <w:r/>
      <w:hyperlink r:id="rId11">
        <w:r>
          <w:rPr>
            <w:color w:val="0000EE"/>
            <w:u w:val="single"/>
          </w:rPr>
          <w:t>https://www.barnesandnoble.com/collections/ebooks-nook/barnes-nobles-best-books-of-2026/barnes-nobles-best-romance-books-of-2026-1</w:t>
        </w:r>
      </w:hyperlink>
      <w:r>
        <w:t xml:space="preserve"> - Barnes &amp; Noble's 'Best Romance Books of 2026' collection showcases a selection of the year's most captivating romantic novels. This curated list features a range of love stories that have captivated readers, offering a diverse array of narratives that explore themes of love, passion, and relationships.</w:t>
      </w:r>
      <w:r/>
    </w:p>
    <w:p>
      <w:pPr>
        <w:pStyle w:val="ListNumber"/>
        <w:spacing w:line="240" w:lineRule="auto"/>
        <w:ind w:left="720"/>
      </w:pPr>
      <w:r/>
      <w:hyperlink r:id="rId12">
        <w:r>
          <w:rPr>
            <w:color w:val="0000EE"/>
            <w:u w:val="single"/>
          </w:rPr>
          <w:t>https://www.barnesandnoble.com/collections/ebooks-nook/barnes-nobles-best-books-of-2026/barnes-nobles-best-science-fiction-fantasy-books-of-2026-1</w:t>
        </w:r>
      </w:hyperlink>
      <w:r>
        <w:t xml:space="preserve"> - The 'Best Science Fiction &amp; Fantasy Books of 2026' collection by Barnes &amp; Noble presents a curated selection of the year's most imaginative and thought-provoking titles in the genre. This list highlights works that have pushed the boundaries of science fiction and fantasy, offering readers new worlds, innovative concepts, and compelling narratives.</w:t>
      </w:r>
      <w:r/>
    </w:p>
    <w:p>
      <w:pPr>
        <w:pStyle w:val="ListNumber"/>
        <w:spacing w:line="240" w:lineRule="auto"/>
        <w:ind w:left="720"/>
      </w:pPr>
      <w:r/>
      <w:hyperlink r:id="rId13">
        <w:r>
          <w:rPr>
            <w:color w:val="0000EE"/>
            <w:u w:val="single"/>
          </w:rPr>
          <w:t>https://www.barnesandnoble.com/collections/ebooks-nook/barnes-nobles-best-books-of-2026/barnes-nobles-best-horror-books-of-2026-1</w:t>
        </w:r>
      </w:hyperlink>
      <w:r>
        <w:t xml:space="preserve"> - Barnes &amp; Noble's 'Best Horror Books of 2026' collection features a selection of the year's most chilling and suspenseful novels. This curated list includes works that have redefined the horror genre, offering readers spine-tingling tales that explore the depths of fear and the unknown.</w:t>
      </w:r>
      <w:r/>
    </w:p>
    <w:p>
      <w:pPr>
        <w:pStyle w:val="ListNumber"/>
        <w:spacing w:line="240" w:lineRule="auto"/>
        <w:ind w:left="720"/>
      </w:pPr>
      <w:r/>
      <w:hyperlink r:id="rId14">
        <w:r>
          <w:rPr>
            <w:color w:val="0000EE"/>
            <w:u w:val="single"/>
          </w:rPr>
          <w:t>https://www.barnesandnoble.com/collections/ebooks-nook/barnes-nobles-best-books-of-2026/barnes-nobles-best-young-adult-books-of-2026-1</w:t>
        </w:r>
      </w:hyperlink>
      <w:r>
        <w:t xml:space="preserve"> - The 'Best Young Adult Books of 2026' collection by Barnes &amp; Noble highlights a selection of the year's most engaging and thought-provoking titles for young readers. This list features stories that resonate with teens and young adults, exploring themes of identity, adventure, and personal growth.</w:t>
      </w:r>
      <w:r/>
    </w:p>
    <w:p>
      <w:pPr>
        <w:pStyle w:val="ListNumber"/>
        <w:spacing w:line="240" w:lineRule="auto"/>
        <w:ind w:left="720"/>
      </w:pPr>
      <w:r/>
      <w:hyperlink r:id="rId15">
        <w:r>
          <w:rPr>
            <w:color w:val="0000EE"/>
            <w:u w:val="single"/>
          </w:rPr>
          <w:t>https://www.barnesandnoble.com/collections/ebooks-nook/barnes-nobles-best-books-of-2026/barnes-nobles-best-picture-books-of-2026-1</w:t>
        </w:r>
      </w:hyperlink>
      <w:r>
        <w:t xml:space="preserve"> - Barnes &amp; Noble's 'Best Picture Books of 2026' collection showcases a selection of the year's most beautifully illustrated and heartwarming stories for children. This curated list includes picture books that combine captivating narratives with stunning visuals, offering young readers memorable and enriching experiences.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ookriot.com/best-queer-books-2026-barnes-and-noble/" TargetMode="External"/><Relationship Id="rId10" Type="http://schemas.openxmlformats.org/officeDocument/2006/relationships/hyperlink" Target="https://www.barnesandnoble.com/blog/category/the-best-books-of-2026" TargetMode="External"/><Relationship Id="rId11" Type="http://schemas.openxmlformats.org/officeDocument/2006/relationships/hyperlink" Target="https://www.barnesandnoble.com/collections/ebooks-nook/barnes-nobles-best-books-of-2026/barnes-nobles-best-romance-books-of-2026-1" TargetMode="External"/><Relationship Id="rId12" Type="http://schemas.openxmlformats.org/officeDocument/2006/relationships/hyperlink" Target="https://www.barnesandnoble.com/collections/ebooks-nook/barnes-nobles-best-books-of-2026/barnes-nobles-best-science-fiction-fantasy-books-of-2026-1" TargetMode="External"/><Relationship Id="rId13" Type="http://schemas.openxmlformats.org/officeDocument/2006/relationships/hyperlink" Target="https://www.barnesandnoble.com/collections/ebooks-nook/barnes-nobles-best-books-of-2026/barnes-nobles-best-horror-books-of-2026-1" TargetMode="External"/><Relationship Id="rId14" Type="http://schemas.openxmlformats.org/officeDocument/2006/relationships/hyperlink" Target="https://www.barnesandnoble.com/collections/ebooks-nook/barnes-nobles-best-books-of-2026/barnes-nobles-best-young-adult-books-of-2026-1" TargetMode="External"/><Relationship Id="rId15" Type="http://schemas.openxmlformats.org/officeDocument/2006/relationships/hyperlink" Target="https://www.barnesandnoble.com/collections/ebooks-nook/barnes-nobles-best-books-of-2026/barnes-nobles-best-picture-books-of-202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