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Books to Read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look forward to a lively October 2026 LGBTQ+ book line-up, spanning middle-grade adventure, emotionally charged young adult fiction and ambitious adult novels. From drag and basketball to grief, gothic suspense and queer joy, these new releases offer something for nearly every kind of reader.</w:t>
      </w:r>
      <w:r/>
    </w:p>
    <w:p>
      <w:pPr>
        <w:pStyle w:val="Heading2"/>
      </w:pPr>
      <w:r>
        <w:t>Essential Takeaways</w:t>
      </w:r>
      <w:r/>
      <w:r/>
    </w:p>
    <w:p>
      <w:pPr>
        <w:pStyle w:val="ListBullet"/>
        <w:spacing w:line="240" w:lineRule="auto"/>
        <w:ind w:left="720"/>
      </w:pPr>
      <w:r/>
      <w:r>
        <w:rPr>
          <w:b/>
        </w:rPr>
        <w:t>A standout middle-grade adventure:</w:t>
      </w:r>
      <w:r>
        <w:t xml:space="preserve"> </w:t>
      </w:r>
      <w:r>
        <w:rPr>
          <w:i/>
        </w:rPr>
        <w:t>Juana Fanta Needs a Hero</w:t>
      </w:r>
      <w:r>
        <w:t xml:space="preserve"> blends basketball, drag and friendship.</w:t>
      </w:r>
      <w:r/>
    </w:p>
    <w:p>
      <w:pPr>
        <w:pStyle w:val="ListBullet"/>
        <w:spacing w:line="240" w:lineRule="auto"/>
        <w:ind w:left="720"/>
      </w:pPr>
      <w:r/>
      <w:r>
        <w:rPr>
          <w:b/>
        </w:rPr>
        <w:t>Young adult stories go deep:</w:t>
      </w:r>
      <w:r>
        <w:t xml:space="preserve"> </w:t>
      </w:r>
      <w:r>
        <w:rPr>
          <w:i/>
        </w:rPr>
        <w:t>The Unpoetic Life of August Grey</w:t>
      </w:r>
      <w:r>
        <w:t xml:space="preserve"> explores grief, identity and first love.</w:t>
      </w:r>
      <w:r/>
    </w:p>
    <w:p>
      <w:pPr>
        <w:pStyle w:val="ListBullet"/>
        <w:spacing w:line="240" w:lineRule="auto"/>
        <w:ind w:left="720"/>
      </w:pPr>
      <w:r/>
      <w:r>
        <w:rPr>
          <w:b/>
        </w:rPr>
        <w:t>Thrills arrive in several flavours:</w:t>
      </w:r>
      <w:r>
        <w:t xml:space="preserve"> Expect serial-killer suspense, academic horror, monsters and dark fantasy.</w:t>
      </w:r>
      <w:r/>
    </w:p>
    <w:p>
      <w:pPr>
        <w:pStyle w:val="ListBullet"/>
        <w:spacing w:line="240" w:lineRule="auto"/>
        <w:ind w:left="720"/>
      </w:pPr>
      <w:r/>
      <w:r>
        <w:rPr>
          <w:b/>
        </w:rPr>
        <w:t>Romance gets plenty of room:</w:t>
      </w:r>
      <w:r>
        <w:t xml:space="preserve"> Music, second chances and relationship anxiety drive several adult releases.</w:t>
      </w:r>
      <w:r/>
    </w:p>
    <w:p>
      <w:pPr>
        <w:pStyle w:val="ListBullet"/>
        <w:spacing w:line="240" w:lineRule="auto"/>
        <w:ind w:left="720"/>
      </w:pPr>
      <w:r/>
      <w:r>
        <w:rPr>
          <w:b/>
        </w:rPr>
        <w:t>Queer joy takes centre stage:</w:t>
      </w:r>
      <w:r>
        <w:t xml:space="preserve"> </w:t>
      </w:r>
      <w:r>
        <w:rPr>
          <w:i/>
        </w:rPr>
        <w:t>Queerphoria</w:t>
      </w:r>
      <w:r>
        <w:t xml:space="preserve"> supports Switchboard with £1 from every copy sold.</w:t>
      </w:r>
      <w:r/>
      <w:r/>
    </w:p>
    <w:p>
      <w:pPr>
        <w:pStyle w:val="Heading2"/>
      </w:pPr>
      <w:r>
        <w:t>October's queer book releases cover serious ground</w:t>
      </w:r>
      <w:r/>
    </w:p>
    <w:p>
      <w:r/>
      <w:r>
        <w:t>The strongest feature of this October release list is its range. These aren't variations on one familiar coming-out story; they're books about ambition, memory, danger, desire, family and the messy business of becoming yourself.</w:t>
      </w:r>
      <w:r/>
    </w:p>
    <w:p>
      <w:r/>
      <w:r>
        <w:t xml:space="preserve">For younger readers, </w:t>
      </w:r>
      <w:r>
        <w:rPr>
          <w:i/>
        </w:rPr>
        <w:t>Juana Fanta Needs a Hero</w:t>
      </w:r>
      <w:r>
        <w:t xml:space="preserve"> follows Derrick Chan, a basketball player whose private love of drag collides with a high-stakes tournament and a missing drag star. Goodreads lists the book as a middle-grade release, making its mix of sport, friendship and performance especially appealing to readers who like heart beneath the action. </w:t>
      </w:r>
      <w:hyperlink r:id="rId9">
        <w:r>
          <w:rPr>
            <w:color w:val="0000EE"/>
            <w:u w:val="single"/>
          </w:rPr>
          <w:t>[2]</w:t>
        </w:r>
      </w:hyperlink>
      <w:r/>
    </w:p>
    <w:p>
      <w:r/>
      <w:r>
        <w:t xml:space="preserve">Meanwhile, the young adult selection turns towards heavier emotional territory. Max Fischer's </w:t>
      </w:r>
      <w:r>
        <w:rPr>
          <w:i/>
        </w:rPr>
        <w:t>The Unpoetic Life of August Grey</w:t>
      </w:r>
      <w:r>
        <w:t xml:space="preserve"> centres on a teenager carrying grief into a New York writing programme, where an old crush and an unresolved identity complicate his attempt to start again. Kirkus Reviews and Apple Books both identify the novel as a story of grief, queer identity and emotional recovery. </w:t>
      </w:r>
      <w:hyperlink r:id="rId10">
        <w:r>
          <w:rPr>
            <w:color w:val="0000EE"/>
            <w:u w:val="single"/>
          </w:rPr>
          <w:t>[3]</w:t>
        </w:r>
      </w:hyperlink>
      <w:r>
        <w:t xml:space="preserve">, </w:t>
      </w:r>
      <w:hyperlink r:id="rId11">
        <w:r>
          <w:rPr>
            <w:color w:val="0000EE"/>
            <w:u w:val="single"/>
          </w:rPr>
          <w:t>[4]</w:t>
        </w:r>
      </w:hyperlink>
      <w:r/>
    </w:p>
    <w:p>
      <w:pPr>
        <w:pStyle w:val="Heading2"/>
      </w:pPr>
      <w:r>
        <w:t>A basketball hero with more than one dream</w:t>
      </w:r>
      <w:r/>
    </w:p>
    <w:p>
      <w:r/>
      <w:r>
        <w:t>Derrick's weekend has the makings of a classic impossible schedule: impress basketball scouts, attend a convention and meet his drag idol, all while keeping important parts of himself under wraps. Then Juana Fanta disappears, turning a personal coming-of-age story into a rescue mission.</w:t>
      </w:r>
      <w:r/>
    </w:p>
    <w:p>
      <w:r/>
      <w:r>
        <w:t xml:space="preserve">That combination should give the novel a warm, energetic feel. The basketball court brings pressure and public performance, while drag offers a different kind of spotlight, one shaped by imagination and self-invention. Goodreads' listing highlights the central friendship and the tension between Derrick's sporting ambitions and his growing confidence in his queer identity. </w:t>
      </w:r>
      <w:hyperlink r:id="rId9">
        <w:r>
          <w:rPr>
            <w:color w:val="0000EE"/>
            <w:u w:val="single"/>
          </w:rPr>
          <w:t>[2]</w:t>
        </w:r>
      </w:hyperlink>
      <w:r/>
    </w:p>
    <w:p>
      <w:r/>
      <w:r>
        <w:t>It's also a useful reminder that middle-grade fiction doesn't need to simplify identity to make it accessible. A young reader can care about a scholarship, a best friend, a crush and a dazzling stage performer at the same time. In fact, that's probably the point.</w:t>
      </w:r>
      <w:r/>
    </w:p>
    <w:p>
      <w:pPr>
        <w:pStyle w:val="Heading2"/>
      </w:pPr>
      <w:r>
        <w:t>August Grey brings grief into the spotlight</w:t>
      </w:r>
      <w:r/>
    </w:p>
    <w:p>
      <w:r/>
      <w:r>
        <w:t>August Grey begins from a suffocating place: a small-town teenager still caught in the aftermath of his best friend's death. His writing opportunity in New York promises escape, but the novel doesn't treat a change of scenery as a magic cure.</w:t>
      </w:r>
      <w:r/>
    </w:p>
    <w:p>
      <w:r/>
      <w:r>
        <w:t xml:space="preserve">Reviews and retailer information point to a more reflective coming-of-age story, with August navigating a complicated father, creative pressure and the return of someone connected to his past. Kirkus Reviews describes a novel shaped by grief and identity, while Shelf Awareness also frames it as a thoughtful young adult read about loss and self-discovery. </w:t>
      </w:r>
      <w:hyperlink r:id="rId10">
        <w:r>
          <w:rPr>
            <w:color w:val="0000EE"/>
            <w:u w:val="single"/>
          </w:rPr>
          <w:t>[3]</w:t>
        </w:r>
      </w:hyperlink>
      <w:r>
        <w:t xml:space="preserve">, </w:t>
      </w:r>
      <w:hyperlink r:id="rId12">
        <w:r>
          <w:rPr>
            <w:color w:val="0000EE"/>
            <w:u w:val="single"/>
          </w:rPr>
          <w:t>[5]</w:t>
        </w:r>
      </w:hyperlink>
      <w:r/>
    </w:p>
    <w:p>
      <w:r/>
      <w:r>
        <w:t>That makes it a good choice for readers who prefer emotional suspense to plot fireworks. The question isn't simply whether August will fall in love or finish his writing. It's whether he can stop treating happiness as something he has to earn after surviving the past.</w:t>
      </w:r>
      <w:r/>
    </w:p>
    <w:p>
      <w:pPr>
        <w:pStyle w:val="Heading2"/>
      </w:pPr>
      <w:r>
        <w:t>Darker stories bring monsters, secrets and sharp teeth</w:t>
      </w:r>
      <w:r/>
    </w:p>
    <w:p>
      <w:r/>
      <w:r>
        <w:t xml:space="preserve">The adult fiction releases take a decisively shadowy turn. </w:t>
      </w:r>
      <w:r>
        <w:rPr>
          <w:i/>
        </w:rPr>
        <w:t>You're No Better</w:t>
      </w:r>
      <w:r>
        <w:t xml:space="preserve"> follows Morgan Slaughter, a trans teenager with autism whose attempt to investigate his serial-killer father's final victim forces him to confront an even more troubling history. The book promises psychological horror with family violence, public scrutiny and an investigation that refuses to stay controlled. </w:t>
      </w:r>
      <w:hyperlink r:id="rId13">
        <w:r>
          <w:rPr>
            <w:color w:val="0000EE"/>
            <w:u w:val="single"/>
          </w:rPr>
          <w:t>[6]</w:t>
        </w:r>
      </w:hyperlink>
      <w:r>
        <w:t xml:space="preserve">, </w:t>
      </w:r>
      <w:hyperlink r:id="rId14">
        <w:r>
          <w:rPr>
            <w:color w:val="0000EE"/>
            <w:u w:val="single"/>
          </w:rPr>
          <w:t>[7]</w:t>
        </w:r>
      </w:hyperlink>
      <w:r/>
    </w:p>
    <w:p>
      <w:r/>
      <w:r>
        <w:t xml:space="preserve">Other titles push into more fantastical territory. </w:t>
      </w:r>
      <w:r>
        <w:rPr>
          <w:i/>
        </w:rPr>
        <w:t>Lethal Kiss</w:t>
      </w:r>
      <w:r>
        <w:t xml:space="preserve"> sets academic ambition against a predator lurking beneath a university, while </w:t>
      </w:r>
      <w:r>
        <w:rPr>
          <w:i/>
        </w:rPr>
        <w:t>Monster in the Mirror</w:t>
      </w:r>
      <w:r>
        <w:t xml:space="preserve"> turns suspicion, family legacy and a fresh murder into a tense search for the truth. </w:t>
      </w:r>
      <w:r>
        <w:rPr>
          <w:i/>
        </w:rPr>
        <w:t>Goblin Market</w:t>
      </w:r>
      <w:r>
        <w:t>, meanwhile, offers a stranger and more enchanting danger as Toast fights to save a dying supernatural marketplace.</w:t>
      </w:r>
      <w:r/>
    </w:p>
    <w:p>
      <w:r/>
      <w:r>
        <w:t xml:space="preserve">Readers after speculative fiction have plenty to choose from too. </w:t>
      </w:r>
      <w:r>
        <w:rPr>
          <w:i/>
        </w:rPr>
        <w:t>Stellar Smoke</w:t>
      </w:r>
      <w:r>
        <w:t xml:space="preserve"> combines family secrets with machine consciousness, and </w:t>
      </w:r>
      <w:r>
        <w:rPr>
          <w:i/>
        </w:rPr>
        <w:t>Paradise Burns</w:t>
      </w:r>
      <w:r>
        <w:t xml:space="preserve"> imagines a damaged future of ecological collapse, social control and illness. These books sound very different, but they share an interest in what people do when the world around them no longer feels safe.</w:t>
      </w:r>
      <w:r/>
    </w:p>
    <w:p>
      <w:pPr>
        <w:pStyle w:val="Heading2"/>
      </w:pPr>
      <w:r>
        <w:t>Romance, performance and queer joy take centre stage</w:t>
      </w:r>
      <w:r/>
    </w:p>
    <w:p>
      <w:r/>
      <w:r>
        <w:t xml:space="preserve">For a lighter emotional register, </w:t>
      </w:r>
      <w:r>
        <w:rPr>
          <w:i/>
        </w:rPr>
        <w:t>Chef's Kiss Again</w:t>
      </w:r>
      <w:r>
        <w:t xml:space="preserve"> returns to Ben and Liam as their professional lives and relationship become more complicated. The story's tension comes from a familiar modern worry: the belief that love, work and domestic life must all look perfect at once. It sounds reassuringly messy, especially for anyone who's ever overthought a holiday plan or couples costume.</w:t>
      </w:r>
      <w:r/>
    </w:p>
    <w:p>
      <w:r/>
      <w:r>
        <w:rPr>
          <w:i/>
        </w:rPr>
        <w:t>The Two Wills</w:t>
      </w:r>
      <w:r>
        <w:t xml:space="preserve"> travels back to the late sixteenth century, following an ambitious performer drawn into the orbit of William Shakespeare and Christopher Marlowe. </w:t>
      </w:r>
      <w:r>
        <w:rPr>
          <w:i/>
        </w:rPr>
        <w:t>Scorpio Season</w:t>
      </w:r>
      <w:r>
        <w:t xml:space="preserve"> offers a more contemporary spark, pairing a touring queer rock band with a one-night stand that becomes impossible to ignore once the two women become bandmates.</w:t>
      </w:r>
      <w:r/>
    </w:p>
    <w:p>
      <w:r/>
      <w:r>
        <w:t xml:space="preserve">Then there's </w:t>
      </w:r>
      <w:r>
        <w:rPr>
          <w:i/>
        </w:rPr>
        <w:t>Queerphoria</w:t>
      </w:r>
      <w:r>
        <w:t>, an anthology built around queer happiness in many forms, from prose and poetry to essays and illustration. The collection supports Switchboard, the UK's national LGBTQIA+ support line, with a £1 donation from every copy sold. That's a lovely detail, but the broader appeal is its refusal to treat queer life as defined only by hardship.</w:t>
      </w:r>
      <w:r/>
    </w:p>
    <w:p>
      <w:r/>
      <w:r>
        <w:t>October's list is therefore unusually generous in mood. There are books for readers who want suspense, books for readers who want aching romance and books for readers who simply want to see queer characters enjoying the full, complicated range of life. Your reading pile may need reinforcing.</w:t>
      </w:r>
      <w:r/>
    </w:p>
    <w:p>
      <w:r/>
      <w:r>
        <w:t>It's a small but excellent month for finding a queer book that feels made for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https://lgbtqreads.com/2026/10/20/new-releases-october-20-2026/</w:t>
        </w:r>
      </w:hyperlink>
      <w:r>
        <w:t xml:space="preserve"> - Please view link - unable to able to access data</w:t>
      </w:r>
      <w:r/>
    </w:p>
    <w:p>
      <w:pPr>
        <w:pStyle w:val="ListNumber"/>
        <w:spacing w:line="240" w:lineRule="auto"/>
        <w:ind w:left="720"/>
      </w:pPr>
      <w:r/>
      <w:hyperlink r:id="rId9">
        <w:r>
          <w:rPr>
            <w:color w:val="0000EE"/>
            <w:u w:val="single"/>
          </w:rPr>
          <w:t>https://www.goodreads.com/book/show/246894598-juana-fanta-needs-a-hero</w:t>
        </w:r>
      </w:hyperlink>
      <w:r>
        <w:t xml:space="preserve"> - 'Juana Fanta Needs a Hero' by Kyle Casey Chu is a middle-grade novel following Derrick Chan, an eighth-grade basketball star who embraces his queer identity and love for drag. Facing a pivotal basketball tournament, Derrick plans to meet his drag idol, Juana Fanta, at a Comic Con held in the same hotel. The story explores Derrick's journey to balance his athletic aspirations with his passion for drag, navigating first love and personal growth. The book is set for release on October 20, 2026. (</w:t>
      </w:r>
      <w:hyperlink r:id="rId16">
        <w:r>
          <w:rPr>
            <w:color w:val="0000EE"/>
            <w:u w:val="single"/>
          </w:rPr>
          <w:t>goodreads.com</w:t>
        </w:r>
      </w:hyperlink>
      <w:r>
        <w:t>)</w:t>
      </w:r>
      <w:r/>
    </w:p>
    <w:p>
      <w:pPr>
        <w:pStyle w:val="ListNumber"/>
        <w:spacing w:line="240" w:lineRule="auto"/>
        <w:ind w:left="720"/>
      </w:pPr>
      <w:r/>
      <w:hyperlink r:id="rId10">
        <w:r>
          <w:rPr>
            <w:color w:val="0000EE"/>
            <w:u w:val="single"/>
          </w:rPr>
          <w:t>https://www.kirkusreviews.com/book-reviews/max-fischer/the-unpoetic-life-of-august-grey/</w:t>
        </w:r>
      </w:hyperlink>
      <w:r>
        <w:t xml:space="preserve"> - 'The Unpoetic Life of August Grey' by Max Fischer is a young adult novel-in-verse that delves into the life of 17-year-old August Grey, a transgender teen grappling with grief and identity. After the death of his best friend, Waylon, August attends a summer writing program in New York, aiming to heal and honour a promise made to Waylon. The narrative explores themes of loss, self-discovery, and the complexities of queer identity. The book is set for release on October 20, 2026. (</w:t>
      </w:r>
      <w:hyperlink r:id="rId17">
        <w:r>
          <w:rPr>
            <w:color w:val="0000EE"/>
            <w:u w:val="single"/>
          </w:rPr>
          <w:t>kirkusreviews.com</w:t>
        </w:r>
      </w:hyperlink>
      <w:r>
        <w:t>)</w:t>
      </w:r>
      <w:r/>
    </w:p>
    <w:p>
      <w:pPr>
        <w:pStyle w:val="ListNumber"/>
        <w:spacing w:line="240" w:lineRule="auto"/>
        <w:ind w:left="720"/>
      </w:pPr>
      <w:r/>
      <w:hyperlink r:id="rId11">
        <w:r>
          <w:rPr>
            <w:color w:val="0000EE"/>
            <w:u w:val="single"/>
          </w:rPr>
          <w:t>https://books.apple.com/us/book/the-unpoetic-life-of-august-grey/id6755411382</w:t>
        </w:r>
      </w:hyperlink>
      <w:r>
        <w:t xml:space="preserve"> - 'The Unpoetic Life of August Grey' by Max Fischer is a novel-in-verse that follows 17-year-old August Grey as he navigates grief, identity, and self-discovery. After the death of his best friend, Waylon, August attends a summer writing program in New York, aiming to heal and honour a promise made to Waylon. The story delves into themes of loss, queer identity, and the journey to embrace oneself. The book is set for release on October 20, 2026. (</w:t>
      </w:r>
      <w:hyperlink r:id="rId18">
        <w:r>
          <w:rPr>
            <w:color w:val="0000EE"/>
            <w:u w:val="single"/>
          </w:rPr>
          <w:t>books.apple.com</w:t>
        </w:r>
      </w:hyperlink>
      <w:r>
        <w:t>)</w:t>
      </w:r>
      <w:r/>
    </w:p>
    <w:p>
      <w:pPr>
        <w:pStyle w:val="ListNumber"/>
        <w:spacing w:line="240" w:lineRule="auto"/>
        <w:ind w:left="720"/>
      </w:pPr>
      <w:r/>
      <w:hyperlink r:id="rId12">
        <w:r>
          <w:rPr>
            <w:color w:val="0000EE"/>
            <w:u w:val="single"/>
          </w:rPr>
          <w:t>https://www.shelf-awareness.com/theshelf/2026-09-23/ya_review%3A_the_unpoetic_life_of_august_grey.html</w:t>
        </w:r>
      </w:hyperlink>
      <w:r>
        <w:t xml:space="preserve"> - 'The Unpoetic Life of August Grey' by Max Fischer is a young adult novel-in-verse that follows 17-year-old August Grey, a transgender teen grappling with grief and identity. After the death of his best friend, Waylon, August attends a summer writing program in New York, aiming to heal and honour a promise made to Waylon. The narrative explores themes of loss, self-discovery, and the complexities of queer identity. The book is set for release on October 20, 2026. (</w:t>
      </w:r>
      <w:hyperlink r:id="rId19">
        <w:r>
          <w:rPr>
            <w:color w:val="0000EE"/>
            <w:u w:val="single"/>
          </w:rPr>
          <w:t>shelf-awareness.com</w:t>
        </w:r>
      </w:hyperlink>
      <w:r>
        <w:t>)</w:t>
      </w:r>
      <w:r/>
    </w:p>
    <w:p>
      <w:pPr>
        <w:pStyle w:val="ListNumber"/>
        <w:spacing w:line="240" w:lineRule="auto"/>
        <w:ind w:left="720"/>
      </w:pPr>
      <w:r/>
      <w:hyperlink r:id="rId13">
        <w:r>
          <w:rPr>
            <w:color w:val="0000EE"/>
            <w:u w:val="single"/>
          </w:rPr>
          <w:t>https://books.google.com/books?id=zVO20QEACAAJ</w:t>
        </w:r>
      </w:hyperlink>
      <w:r>
        <w:t xml:space="preserve"> - 'The Unpoetic Life of August Grey' by Max Fischer is a novel-in-verse that follows 17-year-old August Grey as he navigates grief, identity, and self-discovery. After the death of his best friend, Waylon, August attends a summer writing program in New York, aiming to heal and honour a promise made to Waylon. The story delves into themes of loss, queer identity, and the journey to embrace oneself. The book is set for release on October 20, 2026. (</w:t>
      </w:r>
      <w:hyperlink r:id="rId20">
        <w:r>
          <w:rPr>
            <w:color w:val="0000EE"/>
            <w:u w:val="single"/>
          </w:rPr>
          <w:t>books.google.com</w:t>
        </w:r>
      </w:hyperlink>
      <w:r>
        <w:t>)</w:t>
      </w:r>
      <w:r/>
    </w:p>
    <w:p>
      <w:pPr>
        <w:pStyle w:val="ListNumber"/>
        <w:spacing w:line="240" w:lineRule="auto"/>
        <w:ind w:left="720"/>
      </w:pPr>
      <w:r/>
      <w:hyperlink r:id="rId14">
        <w:r>
          <w:rPr>
            <w:color w:val="0000EE"/>
            <w:u w:val="single"/>
          </w:rPr>
          <w:t>https://wildrumpusbooks.com/book/9798225019518</w:t>
        </w:r>
      </w:hyperlink>
      <w:r>
        <w:t xml:space="preserve"> - 'The Unpoetic Life of August Grey' by Max Fischer is a novel-in-verse that follows 17-year-old August Grey as he navigates grief, identity, and self-discovery. After the death of his best friend, Waylon, August attends a summer writing program in New York, aiming to heal and honour a promise made to Waylon. The story delves into themes of loss, queer identity, and the journey to embrace oneself. The book is set for release on October 20, 2026. (</w:t>
      </w:r>
      <w:hyperlink r:id="rId21">
        <w:r>
          <w:rPr>
            <w:color w:val="0000EE"/>
            <w:u w:val="single"/>
          </w:rPr>
          <w:t>wildrumpusbooks.com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odreads.com/book/show/246894598-juana-fanta-needs-a-hero" TargetMode="External"/><Relationship Id="rId10" Type="http://schemas.openxmlformats.org/officeDocument/2006/relationships/hyperlink" Target="https://www.kirkusreviews.com/book-reviews/max-fischer/the-unpoetic-life-of-august-grey/" TargetMode="External"/><Relationship Id="rId11" Type="http://schemas.openxmlformats.org/officeDocument/2006/relationships/hyperlink" Target="https://books.apple.com/us/book/the-unpoetic-life-of-august-grey/id6755411382" TargetMode="External"/><Relationship Id="rId12" Type="http://schemas.openxmlformats.org/officeDocument/2006/relationships/hyperlink" Target="https://www.shelf-awareness.com/theshelf/2026-09-23/ya_review%3A_the_unpoetic_life_of_august_grey.html" TargetMode="External"/><Relationship Id="rId13" Type="http://schemas.openxmlformats.org/officeDocument/2006/relationships/hyperlink" Target="https://books.google.com/books?id=zVO20QEACAAJ" TargetMode="External"/><Relationship Id="rId14" Type="http://schemas.openxmlformats.org/officeDocument/2006/relationships/hyperlink" Target="https://wildrumpusbooks.com/book/9798225019518" TargetMode="External"/><Relationship Id="rId15" Type="http://schemas.openxmlformats.org/officeDocument/2006/relationships/hyperlink" Target="https://lgbtqreads.com/2026/10/20/new-releases-october-20-2026/" TargetMode="External"/><Relationship Id="rId16" Type="http://schemas.openxmlformats.org/officeDocument/2006/relationships/hyperlink" Target="https://www.goodreads.com/book/show/246894598-juana-fanta-needs-a-hero?utm_source=openai" TargetMode="External"/><Relationship Id="rId17" Type="http://schemas.openxmlformats.org/officeDocument/2006/relationships/hyperlink" Target="https://www.kirkusreviews.com/book-reviews/max-fischer/the-unpoetic-life-of-august-grey/?utm_source=openai" TargetMode="External"/><Relationship Id="rId18" Type="http://schemas.openxmlformats.org/officeDocument/2006/relationships/hyperlink" Target="https://books.apple.com/us/book/the-unpoetic-life-of-august-grey/id6755411382?utm_source=openai" TargetMode="External"/><Relationship Id="rId19" Type="http://schemas.openxmlformats.org/officeDocument/2006/relationships/hyperlink" Target="https://www.shelf-awareness.com/theshelf/2026-09-23/ya_review%3A_the_unpoetic_life_of_august_grey.html?utm_source=openai" TargetMode="External"/><Relationship Id="rId20" Type="http://schemas.openxmlformats.org/officeDocument/2006/relationships/hyperlink" Target="https://books.google.com/books?id=zVO20QEACAAJ&amp;utm_source=openai" TargetMode="External"/><Relationship Id="rId21" Type="http://schemas.openxmlformats.org/officeDocument/2006/relationships/hyperlink" Target="https://wildrumpusbooks.com/book/979822501951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