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Horror Films to Stream This Halloween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 spooky-season viewing are finding a particularly queer crop of horror films to stream in 2026, from Australian conversion-therapy allegory Leviticus to the seductive slasher Teenage Sex and Death at Camp Miasma. Together, these ten films mix scares with romance, camp, identity and plenty of beautifully strange midnight-movie energy.</w:t>
      </w:r>
      <w:r/>
    </w:p>
    <w:p>
      <w:pPr>
        <w:pStyle w:val="Heading2"/>
      </w:pPr>
      <w:r>
        <w:t>Essential Takeaways</w:t>
      </w:r>
      <w:r/>
      <w:r/>
    </w:p>
    <w:p>
      <w:pPr>
        <w:pStyle w:val="ListBullet"/>
        <w:spacing w:line="240" w:lineRule="auto"/>
        <w:ind w:left="720"/>
      </w:pPr>
      <w:r/>
      <w:r>
        <w:rPr>
          <w:b/>
        </w:rPr>
        <w:t>A standout year:</w:t>
      </w:r>
      <w:r>
        <w:t xml:space="preserve"> LGBTQ+ horror spans slashers, supernatural thrillers, body horror, dark comedy and sci-fi.</w:t>
      </w:r>
      <w:r/>
    </w:p>
    <w:p>
      <w:pPr>
        <w:pStyle w:val="ListBullet"/>
        <w:spacing w:line="240" w:lineRule="auto"/>
        <w:ind w:left="720"/>
      </w:pPr>
      <w:r/>
      <w:r>
        <w:rPr>
          <w:b/>
        </w:rPr>
        <w:t>Camp Miasma leads the buzz:</w:t>
      </w:r>
      <w:r>
        <w:t xml:space="preserve"> Jane Schoenbrun's film turns a slasher franchise into a seductive, self-aware queer romance.</w:t>
      </w:r>
      <w:r/>
    </w:p>
    <w:p>
      <w:pPr>
        <w:pStyle w:val="ListBullet"/>
        <w:spacing w:line="240" w:lineRule="auto"/>
        <w:ind w:left="720"/>
      </w:pPr>
      <w:r/>
      <w:r>
        <w:rPr>
          <w:b/>
        </w:rPr>
        <w:t>The themes run deep:</w:t>
      </w:r>
      <w:r>
        <w:t xml:space="preserve"> Several films explore conversion therapy, trauma, body image, addiction and chosen family.</w:t>
      </w:r>
      <w:r/>
    </w:p>
    <w:p>
      <w:pPr>
        <w:pStyle w:val="ListBullet"/>
        <w:spacing w:line="240" w:lineRule="auto"/>
        <w:ind w:left="720"/>
      </w:pPr>
      <w:r/>
      <w:r>
        <w:rPr>
          <w:b/>
        </w:rPr>
        <w:t>Expect contrasting moods:</w:t>
      </w:r>
      <w:r>
        <w:t xml:space="preserve"> Some titles are playful and stylish, while others are bleak, graphic or emotionally unsettling.</w:t>
      </w:r>
      <w:r/>
    </w:p>
    <w:p>
      <w:pPr>
        <w:pStyle w:val="ListBullet"/>
        <w:spacing w:line="240" w:lineRule="auto"/>
        <w:ind w:left="720"/>
      </w:pPr>
      <w:r/>
      <w:r>
        <w:rPr>
          <w:b/>
        </w:rPr>
        <w:t>Choose your scare carefully:</w:t>
      </w:r>
      <w:r>
        <w:t xml:space="preserve"> Check content warnings, especially for eating disorders, sexual violence, gore and homophobia.</w:t>
      </w:r>
      <w:r/>
      <w:r/>
    </w:p>
    <w:p>
      <w:pPr>
        <w:pStyle w:val="Heading2"/>
      </w:pPr>
      <w:r>
        <w:t>Queer horror has found its moment</w:t>
      </w:r>
      <w:r/>
    </w:p>
    <w:p>
      <w:r/>
      <w:r>
        <w:t>The most striking thing about this year's LGBTQ+ horror films isn't simply the number of queer characters. It's the range of stories they occupy. Desire can be a curse, a source of power, a route to intimacy or the thing that leaves someone most exposed.</w:t>
      </w:r>
      <w:r/>
    </w:p>
    <w:p>
      <w:r/>
      <w:r>
        <w:t>That variety gives the list a pleasingly unpredictable shape. Leviticus uses supernatural menace to examine conversion therapy, while The Serpent's Skin gives its trans heroine a dangerous gift and a love story. Meanwhile, Touch Me heads into playful, explicitly adult science fiction, proving that queer horror doesn't have to stay in one gloomy lane.</w:t>
      </w:r>
      <w:r/>
    </w:p>
    <w:p>
      <w:r/>
      <w:r>
        <w:t>For viewers choosing what to stream at home, that's useful news. You can go for a traditional killer, a witchy slow burn or something so gloriously odd that explaining the plot afterwards becomes part of the entertainment.</w:t>
      </w:r>
      <w:r/>
    </w:p>
    <w:p>
      <w:pPr>
        <w:pStyle w:val="Heading2"/>
      </w:pPr>
      <w:r>
        <w:t>Camp Miasma turns slasher nostalgia into seduction</w:t>
      </w:r>
      <w:r/>
    </w:p>
    <w:p>
      <w:r/>
      <w:r>
        <w:t>Teenage Sex and Death at Camp Miasma is arguably the list's most knowingly constructed film. Jane Schoenbrun frames it around Kris, a filmmaker trying to recruit Billy, the reclusive final girl from an old horror franchise, for a reboot. What begins as professional research gradually becomes charged, intimate and distinctly unsettling.</w:t>
      </w:r>
      <w:r/>
    </w:p>
    <w:p>
      <w:r/>
      <w:r>
        <w:t>The film's fictional franchise has the elaborate history of a real cult property, complete with sequels, merchandise and spin-offs. That detail gives the story a tactile, lived-in quality, while the relationship between Kris and Billy keeps shifting beneath the familiar slasher machinery.</w:t>
      </w:r>
      <w:r/>
    </w:p>
    <w:p>
      <w:r/>
      <w:r>
        <w:t>Reviews from The Guardian, RogerEbert.com and The Atlantic have all highlighted the film's fascination with horror fandom, performance and Gillian Anderson's magnetic presence. Rotten Tomatoes lists the film among this year's notable releases, while genre coverage has particularly embraced its blend of queer longing and blood-soaked spectacle.</w:t>
      </w:r>
      <w:r/>
    </w:p>
    <w:p>
      <w:pPr>
        <w:pStyle w:val="Heading2"/>
      </w:pPr>
      <w:r>
        <w:t>Ten films, ten very different kinds of fear</w:t>
      </w:r>
      <w:r/>
    </w:p>
    <w:p>
      <w:r/>
      <w:r>
        <w:t>Leviticus is the most direct in its political allegory. Naim and Ryan's secret relationship becomes the focus of religious intervention, after which desire returns in a literal, haunting form. The result sounds nightmarish, but its emotional centre is the way young queer people search for somewhere safe.</w:t>
      </w:r>
      <w:r/>
    </w:p>
    <w:p>
      <w:r/>
      <w:r>
        <w:t>The Serpent's Skin is more of a supernatural romance, following Anna as she discovers frightening powers and meets Gen, a tattoo artist who helps her control them. Camp takes a looser route, combining a troubled children's camp, witchy counsellors and moments when its heroine can't tell memory from magic. Both films are interested in queer resilience, although they reach it through very different levels of polish and chaos.</w:t>
      </w:r>
      <w:r/>
    </w:p>
    <w:p>
      <w:r/>
      <w:r>
        <w:t>Forbidden Fruits, meanwhile, offers witches, workplace friendship and gruesome consequences inside a glossy Texas retail setting. It has a lesbian kiss, but its real appetite is for satanic comedy and female anger. Whistle brings a more familiar teen-horror engine, as an ancient Mexican whistle summons death at a new school. Its inventive kills should satisfy gore fans, while the flirtation between Chrys and Ellie adds a warmer pulse.</w:t>
      </w:r>
      <w:r/>
    </w:p>
    <w:p>
      <w:pPr>
        <w:pStyle w:val="Heading2"/>
      </w:pPr>
      <w:r>
        <w:t>Body horror gets personal</w:t>
      </w:r>
      <w:r/>
    </w:p>
    <w:p>
      <w:r/>
      <w:r>
        <w:t>Saccharine is the hardest watch in the collection, using body horror to explore weight loss, addiction, compulsive behaviour and distorted self-image. Hana enters a fitness challenge partly because she likes her trainer, Alanya, but a black-market diet pill sends her towards a much darker place.</w:t>
      </w:r>
      <w:r/>
    </w:p>
    <w:p>
      <w:r/>
      <w:r>
        <w:t>The film's horror is physical, but its unease comes from recognisable pressures. Wellness culture, gym obsession and the promise of effortless transformation are pushed until they become grotesque. Viewers who find eating-disorder themes difficult may want to approach this one with care.</w:t>
      </w:r>
      <w:r/>
    </w:p>
    <w:p>
      <w:r/>
      <w:r>
        <w:t>Touch Me takes the opposite approach, mixing comedy, sex and alien menace. Joey and Craig are drawn to Brian, a seductive extraterrestrial who appears able to heal their emotional wounds through intimacy. The premise is knowingly outrageous, but the film still asks whether relief is worth surrendering control.</w:t>
      </w:r>
      <w:r/>
    </w:p>
    <w:p>
      <w:pPr>
        <w:pStyle w:val="Heading2"/>
      </w:pPr>
      <w:r>
        <w:t>Romance becomes a survival test</w:t>
      </w:r>
      <w:r/>
    </w:p>
    <w:p>
      <w:r/>
      <w:r>
        <w:t>Shadows of Willow Cabin begins with a familiar getaway fantasy: wine, dancing, a hot tub and two people enjoying the possibility of something more. Then the power fails, supplies disappear and the isolated cabin becomes a trap. Its second half leans into claustrophobia, forcing Devon and Albert to confront both immediate danger and personal trauma.</w:t>
      </w:r>
      <w:r/>
    </w:p>
    <w:p>
      <w:r/>
      <w:r>
        <w:t>A Useful Ghost is stranger and more expansive. A possessed vacuum cleaner opens the door to a story involving lovers, factory deaths, memory and forgiveness. Its mixture of comedy, romance and ghostly folklore sounds eccentric on paper, but that eccentricity is precisely the appeal.</w:t>
      </w:r>
      <w:r/>
    </w:p>
    <w:p>
      <w:r/>
      <w:r>
        <w:t>Across both films, horror becomes a pressure test for relationships. Romance isn't just decoration or a reward after the monster is defeated. It becomes the thing characters must protect, question and sometimes rebuild while everything around them falls apart.</w:t>
      </w:r>
      <w:r/>
    </w:p>
    <w:p>
      <w:pPr>
        <w:pStyle w:val="Heading2"/>
      </w:pPr>
      <w:r>
        <w:t>How to choose your Halloween stream</w:t>
      </w:r>
      <w:r/>
    </w:p>
    <w:p>
      <w:r/>
      <w:r>
        <w:t>Start with your tolerance for intensity. Camp Miasma is a strong pick for viewers who enjoy meta-horror, seductive performances and elaborate genre references. Whistle is better suited to a classic teen-slasher evening, while Forbidden Fruits should appeal to anyone who likes their witchcraft with glossy surfaces and sharp comic edges.</w:t>
      </w:r>
      <w:r/>
    </w:p>
    <w:p>
      <w:r/>
      <w:r>
        <w:t>For something more emotionally serious, try Leviticus or Saccharine. The former deals with homophobia and conversion therapy, while the latter approaches eating disorders and body dysmorphia through disturbing physical imagery. They're compelling, but neither is casual background viewing.</w:t>
      </w:r>
      <w:r/>
    </w:p>
    <w:p>
      <w:r/>
      <w:r>
        <w:t>And if your ideal Halloween film is impossible to categorise, choose The Serpent's Skin, Touch Me or A Useful Ghost. Each has enough romance, oddness and visual invention to keep a group chat busy long after the credits roll.</w:t>
      </w:r>
      <w:r/>
    </w:p>
    <w:p>
      <w:r/>
      <w:r>
        <w:t>Queer horror's biggest strength this year is its refusal to choose between thrills and feeling. These films can be camp, tender, nasty, romantic or genuinely frightening, often within the same scene.</w:t>
      </w:r>
      <w:r/>
    </w:p>
    <w:p>
      <w:r/>
      <w:r>
        <w:t>Find the scare that matches your mood, and keep the lights exactly as low as you dare.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5">
        <w:r>
          <w:rPr>
            <w:color w:val="0000EE"/>
            <w:u w:val="single"/>
          </w:rPr>
          <w:t>[7]</w:t>
        </w:r>
      </w:hyperlink>
      <w:r>
        <w:t xml:space="preserve">, </w:t>
      </w:r>
      <w:hyperlink r:id="rId10">
        <w:r>
          <w:rPr>
            <w:color w:val="0000EE"/>
            <w:u w:val="single"/>
          </w:rPr>
          <w:t>[2]</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3">
        <w:r>
          <w:rPr>
            <w:color w:val="0000EE"/>
            <w:u w:val="single"/>
          </w:rPr>
          <w:t>[5]</w:t>
        </w:r>
      </w:hyperlink>
      <w:r>
        <w:t xml:space="preserve">, </w:t>
      </w:r>
      <w:hyperlink r:id="rId15">
        <w:r>
          <w:rPr>
            <w:color w:val="0000EE"/>
            <w:u w:val="single"/>
          </w:rPr>
          <w:t>[7]</w:t>
        </w:r>
      </w:hyperlink>
      <w:r>
        <w:t xml:space="preserve">- Paragraph 9: </w:t>
      </w:r>
      <w:hyperlink r:id="rId12">
        <w:r>
          <w:rPr>
            <w:color w:val="0000EE"/>
            <w:u w:val="single"/>
          </w:rPr>
          <w:t>[4]</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1">
        <w:r>
          <w:rPr>
            <w:color w:val="0000EE"/>
            <w:u w:val="single"/>
          </w:rPr>
          <w:t>[3]</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1">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https://gaycitynews.com/10-lgbtq-halloween-films-stream-watch/</w:t>
        </w:r>
      </w:hyperlink>
      <w:r>
        <w:t xml:space="preserve"> - Please view link - unable to able to access data</w:t>
      </w:r>
      <w:r/>
    </w:p>
    <w:p>
      <w:pPr>
        <w:pStyle w:val="ListNumber"/>
        <w:spacing w:line="240" w:lineRule="auto"/>
        <w:ind w:left="720"/>
      </w:pPr>
      <w:r/>
      <w:hyperlink r:id="rId10">
        <w:r>
          <w:rPr>
            <w:color w:val="0000EE"/>
            <w:u w:val="single"/>
          </w:rPr>
          <w:t>https://www.whathifi.com/av/now-showing-4-movies-and-shows-weve-been-using-to-show-off-the-newest-home-cinema-products-this-month</w:t>
        </w:r>
      </w:hyperlink>
      <w:r>
        <w:t xml:space="preserve"> - In their October 2026 'Now Showing' column, What Hi-Fi? highlights four films and series used to test and showcase high-end home cinema products during their recent AV evaluations. Among these is Netflix’s new adaptation of John Steinbeck’s East of Eden, praised for its visual richness and dramatic storytelling. The horror film Teenage Sex And Death At Camp Miasma, featuring Gillian Anderson, is commended for its retro aesthetic, shot on 35mm film and utilizing classic visual techniques. Pearl (2022), a visually vibrant horror film starring and co-written by Mia Goth, is noted for its detailed landscapes and immersive sound design that challenge a home cinema setup’s clarity and precision. Rounding out the selections is David Fincher’s 2010 classic The Social Network, lauded for its slick cinematography and iconic soundtrack by Trent Reznor and Atticus Ross, making it a benchmark for audio performance. These selections provide diverse and high-quality content for assessing both image and sound capabilities of modern AV equipment.</w:t>
      </w:r>
      <w:r/>
    </w:p>
    <w:p>
      <w:pPr>
        <w:pStyle w:val="ListNumber"/>
        <w:spacing w:line="240" w:lineRule="auto"/>
        <w:ind w:left="720"/>
      </w:pPr>
      <w:r/>
      <w:hyperlink r:id="rId11">
        <w:r>
          <w:rPr>
            <w:color w:val="0000EE"/>
            <w:u w:val="single"/>
          </w:rPr>
          <w:t>https://www.rottentomatoes.com/m/teenage_sex_and_death_at_camp_miasma</w:t>
        </w:r>
      </w:hyperlink>
      <w:r>
        <w:t xml:space="preserve"> - Teenage Sex and Death at Camp Miasma is a 2026 American satirical surrealist psychological romantic slasher film written and directed by Jane Schoenbrun. It stars Hannah Einbinder and Gillian Anderson, with Jack Haven and Patrick Fischler in supporting roles. The film follows a filmmaker (Einbinder) who is hired to direct a new installment of the fictional slasher franchise Camp Miasma and becomes fixated on casting the actress (Anderson) who played the final girl in the original film. The film premiered at the 2026 Cannes Film Festival on May 12 as the opening film of the Un Certain Regard section, where it won the Queer Palm. It was given a limited theatrical release in the United States on August 7, 2026, expanding to more theaters on August 14, before a much wider release on August 21.</w:t>
      </w:r>
      <w:r/>
    </w:p>
    <w:p>
      <w:pPr>
        <w:pStyle w:val="ListNumber"/>
        <w:spacing w:line="240" w:lineRule="auto"/>
        <w:ind w:left="720"/>
      </w:pPr>
      <w:r/>
      <w:hyperlink r:id="rId12">
        <w:r>
          <w:rPr>
            <w:color w:val="0000EE"/>
            <w:u w:val="single"/>
          </w:rPr>
          <w:t>https://www.theguardian.com/film/2026/may/14/teenage-sex-and-death-at-camp-miasma-review-seductive-gillian-anderson-fulfils-a-rapturous-slasher-fan-obsession</w:t>
        </w:r>
      </w:hyperlink>
      <w:r>
        <w:t xml:space="preserve"> - Jane Schoenbrun unveils a very enjoyable display of transformative ecstasy and submissive rapture, treating us to a bizarre pop-cultural black mass of fiercely believed-in trash and kink. As before with Schoenbrun’s films, I found myself thinking of Gore Vidal’s (unfashionable) novels Myra Breckinridge and Myron. This is a film that somehow persuades you that the 80s slasher genre is an exalting and liberatingly progressive experience.</w:t>
      </w:r>
      <w:r/>
    </w:p>
    <w:p>
      <w:pPr>
        <w:pStyle w:val="ListNumber"/>
        <w:spacing w:line="240" w:lineRule="auto"/>
        <w:ind w:left="720"/>
      </w:pPr>
      <w:r/>
      <w:hyperlink r:id="rId13">
        <w:r>
          <w:rPr>
            <w:color w:val="0000EE"/>
            <w:u w:val="single"/>
          </w:rPr>
          <w:t>https://www.rogerebert.com/reviews/teenage-sex-and-death-at-camp-miasma-jane-schoenbrun-film-review-2026</w:t>
        </w:r>
      </w:hyperlink>
      <w:r>
        <w:t xml:space="preserve"> - From its mesmerizing opening credits, set to a plaintive cover of R.E.M.’s “Nightswimming,” Jane Schoenbrun’s “Teenage Sex and Death at Camp Miasma” is playing with the memory of horror fans, and how they can hold a series so close that they’re “not sure all these people understand.” As the names of the cast and crew scroll, images of memorabilia from a fictional slasher franchise crowd the screen, including standard items like VHS tapes, newspaper ads, toys, and other paraphernalia. The parallels to the “Friday the 13th” universe are blatantly glorious, including nods to how a sequel in this made-up series failed when it took its slasher to Manhattan. Schoenbrun never hides from the milieu they’re both satirizing and lovingly homaging, using the aesthetics of characters like Jason Voorhees and Michael Myers to craft a heady, wildly ambitious commentary on identity and obsession.</w:t>
      </w:r>
      <w:r/>
    </w:p>
    <w:p>
      <w:pPr>
        <w:pStyle w:val="ListNumber"/>
        <w:spacing w:line="240" w:lineRule="auto"/>
        <w:ind w:left="720"/>
      </w:pPr>
      <w:r/>
      <w:hyperlink r:id="rId14">
        <w:r>
          <w:rPr>
            <w:color w:val="0000EE"/>
            <w:u w:val="single"/>
          </w:rPr>
          <w:t>https://www.slashingthrough.com/reviews/teenage-sex-and-death-at-camp-miasma.html</w:t>
        </w:r>
      </w:hyperlink>
      <w:r>
        <w:t xml:space="preserve"> - Jane Schoenbrun reboots a fake slasher franchise inside a real one: a queer meta-horror about the final girl, the lake, and loving a genre that keeps drowning. Kris Williams (Hannah Einbinder) is a young queer filmmaker handed the keys to Camp Miasma—a fourteen-film slasher franchise built around Little Death, the ghost of a drowned child who periodically rises from the lake with a spear to slaughter campers. The series is in limbo after years of slapdash sequels and waning fandom, and Kris has no interest in making another dumb sequel or a remake of a remake of a remake. She wants something fresh. Her resurrection plan fixates on one idea: casting Billy (Gillian Anderson), the original film's final girl, now a recluse who has chosen to live at the abandoned sleepaway camp where the first movie was shot. When Kris visits to convince her, the two women fall into a blood-soaked spiral of desire, fear and delirium—because Billy is not just a retired actress guarding a legacy, she is someone who stayed behind waiting for Little Death to come back.</w:t>
      </w:r>
      <w:r/>
    </w:p>
    <w:p>
      <w:pPr>
        <w:pStyle w:val="ListNumber"/>
        <w:spacing w:line="240" w:lineRule="auto"/>
        <w:ind w:left="720"/>
      </w:pPr>
      <w:r/>
      <w:hyperlink r:id="rId15">
        <w:r>
          <w:rPr>
            <w:color w:val="0000EE"/>
            <w:u w:val="single"/>
          </w:rPr>
          <w:t>https://www.theatlantic.com/culture/2026/08/teenage-sex-and-death-at-camp-miasma-movie-review/688227/?utm_source=apple_news</w:t>
        </w:r>
      </w:hyperlink>
      <w:r>
        <w:t xml:space="preserve"> - Jane Schoenbrun’s latest film, Teenage Sex and Death at Camp Miasma, continues their exploration of how pop culture shapes personal identity, especially for isolated or searching individuals. Building on their previous films—We're All Going to the World's Fair and I Saw the TV Glow—Schoenbrun’s new project blends satire, nostalgia, and horror to explore the relationship between media consumption and self-perception. The film follows Kris, a queer filmmaker attempting to reboot a schlocky 1980s slasher franchise called Camp Miasma, while grappling with fandom, artistic purpose, and identity. Set mainly at the franchise's original filming location, where she meets reclusive former star Billy Presley (played by Gillian Anderson), the story shifts from Hollywood criticism to a surreal reflection on the emotional and psychological power of media. As the lines blur between fiction and reality, Schoenbrun suggests that pop culture, no matter how lowbrow, plays a significant role in shaping lives—questioning whether we should analyze that influence or simply embrace 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citynews.com/10-lgbtq-halloween-films-stream-watch/" TargetMode="External"/><Relationship Id="rId10" Type="http://schemas.openxmlformats.org/officeDocument/2006/relationships/hyperlink" Target="https://www.whathifi.com/av/now-showing-4-movies-and-shows-weve-been-using-to-show-off-the-newest-home-cinema-products-this-month" TargetMode="External"/><Relationship Id="rId11" Type="http://schemas.openxmlformats.org/officeDocument/2006/relationships/hyperlink" Target="https://www.rottentomatoes.com/m/teenage_sex_and_death_at_camp_miasma" TargetMode="External"/><Relationship Id="rId12" Type="http://schemas.openxmlformats.org/officeDocument/2006/relationships/hyperlink" Target="https://www.theguardian.com/film/2026/may/14/teenage-sex-and-death-at-camp-miasma-review-seductive-gillian-anderson-fulfils-a-rapturous-slasher-fan-obsession" TargetMode="External"/><Relationship Id="rId13" Type="http://schemas.openxmlformats.org/officeDocument/2006/relationships/hyperlink" Target="https://www.rogerebert.com/reviews/teenage-sex-and-death-at-camp-miasma-jane-schoenbrun-film-review-2026" TargetMode="External"/><Relationship Id="rId14" Type="http://schemas.openxmlformats.org/officeDocument/2006/relationships/hyperlink" Target="https://www.slashingthrough.com/reviews/teenage-sex-and-death-at-camp-miasma.html" TargetMode="External"/><Relationship Id="rId15" Type="http://schemas.openxmlformats.org/officeDocument/2006/relationships/hyperlink" Target="https://www.theatlantic.com/culture/2026/08/teenage-sex-and-death-at-camp-miasma-movie-review/688227/?utm_source=apple_n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