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Buenos Aires Pride March 2026 guide as María Becerra closes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already looking towards Buenos Aires Pride March 2026, where María Becerra is expected to headline the closing celebrations on 7 November. The Quilmes-born singer brings serious pop-star power to a day centred on LGBTQ+ visibility, community and protest, making this one of the city’s most anticipated cultural gatherings.</w:t>
      </w:r>
      <w:r/>
    </w:p>
    <w:p>
      <w:pPr>
        <w:pStyle w:val="Heading2"/>
      </w:pPr>
      <w:r>
        <w:t>Essential Takeaways</w:t>
      </w:r>
      <w:r/>
      <w:r/>
    </w:p>
    <w:p>
      <w:pPr>
        <w:pStyle w:val="ListBullet"/>
        <w:spacing w:line="240" w:lineRule="auto"/>
        <w:ind w:left="720"/>
      </w:pPr>
      <w:r/>
      <w:r>
        <w:rPr>
          <w:b/>
        </w:rPr>
        <w:t>Closing act:</w:t>
      </w:r>
      <w:r>
        <w:t xml:space="preserve"> María Becerra is expected to perform at the end of the Buenos Aires Pride March.</w:t>
      </w:r>
      <w:r/>
    </w:p>
    <w:p>
      <w:pPr>
        <w:pStyle w:val="ListBullet"/>
        <w:spacing w:line="240" w:lineRule="auto"/>
        <w:ind w:left="720"/>
      </w:pPr>
      <w:r/>
      <w:r>
        <w:rPr>
          <w:b/>
        </w:rPr>
        <w:t>Date:</w:t>
      </w:r>
      <w:r>
        <w:t xml:space="preserve"> The 2026 march is scheduled for Saturday 7 November.</w:t>
      </w:r>
      <w:r/>
    </w:p>
    <w:p>
      <w:pPr>
        <w:pStyle w:val="ListBullet"/>
        <w:spacing w:line="240" w:lineRule="auto"/>
        <w:ind w:left="720"/>
      </w:pPr>
      <w:r/>
      <w:r>
        <w:rPr>
          <w:b/>
        </w:rPr>
        <w:t>Big turnout:</w:t>
      </w:r>
      <w:r>
        <w:t xml:space="preserve"> Organisers and commentators anticipate a crowd running into the millions.</w:t>
      </w:r>
      <w:r/>
    </w:p>
    <w:p>
      <w:pPr>
        <w:pStyle w:val="ListBullet"/>
        <w:spacing w:line="240" w:lineRule="auto"/>
        <w:ind w:left="720"/>
      </w:pPr>
      <w:r/>
      <w:r>
        <w:rPr>
          <w:b/>
        </w:rPr>
        <w:t>Why it matters:</w:t>
      </w:r>
      <w:r>
        <w:t xml:space="preserve"> The event combines celebration with demands for equality, safety and recognition.</w:t>
      </w:r>
      <w:r/>
    </w:p>
    <w:p>
      <w:pPr>
        <w:pStyle w:val="ListBullet"/>
        <w:spacing w:line="240" w:lineRule="auto"/>
        <w:ind w:left="720"/>
      </w:pPr>
      <w:r/>
      <w:r>
        <w:rPr>
          <w:b/>
        </w:rPr>
        <w:t>Star power:</w:t>
      </w:r>
      <w:r>
        <w:t xml:space="preserve"> Becerra’s recent Buenos Aires shows suggest strong audience interest in her appearance.</w:t>
      </w:r>
      <w:r/>
      <w:r/>
    </w:p>
    <w:p>
      <w:pPr>
        <w:pStyle w:val="Heading2"/>
      </w:pPr>
      <w:r>
        <w:t>María Becerra is set to bring pop spectacle to Pride</w:t>
      </w:r>
      <w:r/>
    </w:p>
    <w:p>
      <w:r/>
      <w:r>
        <w:t>The biggest talking point around this year’s Buenos Aires Pride March is the expected closing performance from María Becerra. The singer, known for her polished pop sound and energetic live shows, should give the day a bright, emotional finale rather than a quiet fade-out.</w:t>
      </w:r>
      <w:r/>
    </w:p>
    <w:p>
      <w:r/>
      <w:r>
        <w:t>The news began with a teasing silhouette posted by the march’s official Instagram account. Fans quickly tried to identify the mystery performer, and speculation gathered around Becerra before journalist Ángel de Brito publicly named her as the likely choice. Her growing commercial reach makes the booking feel significant, not simply decorative.</w:t>
      </w:r>
      <w:r/>
    </w:p>
    <w:p>
      <w:r/>
      <w:r>
        <w:t>That momentum is easy to understand. Ciudad reported that Becerra sold more than 90,000 tickets across six Movistar Arena dates in Buenos Aires during her Quimera Tour, underlining the size of the audience she can attract. For organisers, that means a familiar pop name could help draw attention to the wider message of the march.</w:t>
      </w:r>
      <w:r/>
    </w:p>
    <w:p>
      <w:pPr>
        <w:pStyle w:val="Heading2"/>
      </w:pPr>
      <w:r>
        <w:t>When and where will Buenos Aires Pride take place?</w:t>
      </w:r>
      <w:r/>
    </w:p>
    <w:p>
      <w:r/>
      <w:r>
        <w:t>The march is planned for Saturday 7 November in Buenos Aires, with participants expected to gather for a large public demonstration before the closing entertainment. Exact timings, route information and stage details should be checked through the organisers’ official channels nearer the date.</w:t>
      </w:r>
      <w:r/>
    </w:p>
    <w:p>
      <w:r/>
      <w:r>
        <w:t>Buenos Aires Pride is more than a music event. It brings together LGBTQ+ communities, allies, campaigners and families to celebrate identity while keeping political and social demands firmly in view. Guides from Feliz Arcoiris and GayOut describe the occasion as a major fixture in the city’s annual events calendar.</w:t>
      </w:r>
      <w:r/>
    </w:p>
    <w:p>
      <w:r/>
      <w:r>
        <w:t>If you’re attending, comfortable shoes are a better investment than a carefully chosen festival look. Bring water, sun protection and a portable battery, and agree on a meeting point before the crowds become a colourful, noisy maze.</w:t>
      </w:r>
      <w:r/>
    </w:p>
    <w:p>
      <w:pPr>
        <w:pStyle w:val="Heading2"/>
      </w:pPr>
      <w:r>
        <w:t>A celebration with a sharper political edge</w:t>
      </w:r>
      <w:r/>
    </w:p>
    <w:p>
      <w:r/>
      <w:r>
        <w:t>The atmosphere is likely to balance joy with urgency. Recent Pride actions in Argentina have placed anti-fascist and anti-racist messages alongside demands for protection and equal rights, reflecting concerns raised by LGBTQ+ organisations about political rhetoric and public policy.</w:t>
      </w:r>
      <w:r/>
    </w:p>
    <w:p>
      <w:r/>
      <w:r>
        <w:t>Agencia Presentes reported on a Pride mobilisation framed around resistance and the principle that no life should be treated as disposable. That context matters because the music, flags and dancing are only one part of the day. The march also gives people a public platform to make themselves heard.</w:t>
      </w:r>
      <w:r/>
    </w:p>
    <w:p>
      <w:r/>
      <w:r>
        <w:t>This is where Becerra’s appearance could carry extra weight. A major performer can attract mainstream coverage, but the strongest version of the event keeps the community’s voices at the centre. The stage should feel like a celebration, not a substitute for the causes that brought people onto the streets.</w:t>
      </w:r>
      <w:r/>
    </w:p>
    <w:p>
      <w:pPr>
        <w:pStyle w:val="Heading2"/>
      </w:pPr>
      <w:r>
        <w:t>Why the performance is likely to attract such a crowd</w:t>
      </w:r>
      <w:r/>
    </w:p>
    <w:p>
      <w:r/>
      <w:r>
        <w:t>Becerra has become one of Argentina’s most visible contemporary pop artists, with a strong connection to younger listeners and a live reputation that translates well to large stages. Her appearance at Lollapalooza Argentina earlier in 2026, noted by La Nación, also showed how naturally she fits into high-energy festival settings.</w:t>
      </w:r>
      <w:r/>
    </w:p>
    <w:p>
      <w:r/>
      <w:r>
        <w:t>For fans, the appeal is straightforward: a free or public performance by a chart-topping artist, surrounded by thousands of people and the unmistakable colour of Pride. For casual visitors, it could be an easy way to discover the scale and spirit of Buenos Aires’ LGBTQ+ community.</w:t>
      </w:r>
      <w:r/>
    </w:p>
    <w:p>
      <w:r/>
      <w:r>
        <w:t>The expected turnout also brings practical challenges. TrueQueer noted that public debate around the 2026 Buenos Aires Pride programme has included questions about dates, access and the broader political climate. Anyone planning to attend should allow extra travel time and expect transport disruption around the central route.</w:t>
      </w:r>
      <w:r/>
    </w:p>
    <w:p>
      <w:pPr>
        <w:pStyle w:val="Heading2"/>
      </w:pPr>
      <w:r>
        <w:t>What attendees should know before the big day</w:t>
      </w:r>
      <w:r/>
    </w:p>
    <w:p>
      <w:r/>
      <w:r>
        <w:t>Keep an eye on official updates for the confirmed performer announcement, stage location and any changes to the route. The march’s social media accounts are likely to be the quickest source for practical information, especially if weather or crowd-management plans affect the programme.</w:t>
      </w:r>
      <w:r/>
    </w:p>
    <w:p>
      <w:r/>
      <w:r>
        <w:t>It’s also worth treating the day as both a celebration and a demonstration. Stay with friends, look after your belongings, use designated support points if needed and be considerate of people who may be navigating the event with mobility, sensory or health needs.</w:t>
      </w:r>
      <w:r/>
    </w:p>
    <w:p>
      <w:r/>
      <w:r>
        <w:t>Most of all, expect a lively, emotional day. With María Becerra closing the programme and millions potentially watching or attending, Buenos Aires Pride 2026 looks set to combine a huge pop moment with the continuing work of visibility and solidarity.</w:t>
      </w:r>
      <w:r/>
    </w:p>
    <w:p>
      <w:r/>
      <w:r>
        <w:t>A great performance may close the march, but the message should stay loud long after the music stops.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1">
        <w:r>
          <w:rPr>
            <w:color w:val="0000EE"/>
            <w:u w:val="single"/>
          </w:rPr>
          <w:t>[4]</w:t>
        </w:r>
      </w:hyperlink>
      <w:r>
        <w:t xml:space="preserve">- Paragraph 12: </w:t>
      </w:r>
      <w:hyperlink r:id="rId14">
        <w:r>
          <w:rPr>
            <w:color w:val="0000EE"/>
            <w:u w:val="single"/>
          </w:rPr>
          <w:t>[6]</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https://www.cronica.com.ar/elcanaldelamusica/noticias/maria-becerra-cerrara-la-marcha-del-orgullo-en-buenos-aires/</w:t>
        </w:r>
      </w:hyperlink>
      <w:r>
        <w:t xml:space="preserve"> - Please view link - unable to able to access data</w:t>
      </w:r>
      <w:r/>
    </w:p>
    <w:p>
      <w:pPr>
        <w:pStyle w:val="ListNumber"/>
        <w:spacing w:line="240" w:lineRule="auto"/>
        <w:ind w:left="720"/>
      </w:pPr>
      <w:r/>
      <w:hyperlink r:id="rId10">
        <w:r>
          <w:rPr>
            <w:color w:val="0000EE"/>
            <w:u w:val="single"/>
          </w:rPr>
          <w:t>https://www.ciudad.com.ar/espectaculos/2026/05/20/maria-becerra-agoto-seis-movistar-arena-en-buenos-aires-con-su-quimera-tour-y-vendio-mas-de-90-mil-entradas/</w:t>
        </w:r>
      </w:hyperlink>
      <w:r>
        <w:t xml:space="preserve"> - María Becerra's Quimera Tour sold out six Movistar Arena dates in Buenos Aires, selling over 90,000 tickets. The concerts are scheduled for November 13, 14, 15, 17, 18, and 19, 2026. The 360° immersive show aims to provide an unparalleled experience for fans, marking a significant milestone in her career.</w:t>
      </w:r>
      <w:r/>
    </w:p>
    <w:p>
      <w:pPr>
        <w:pStyle w:val="ListNumber"/>
        <w:spacing w:line="240" w:lineRule="auto"/>
        <w:ind w:left="720"/>
      </w:pPr>
      <w:r/>
      <w:hyperlink r:id="rId12">
        <w:r>
          <w:rPr>
            <w:color w:val="0000EE"/>
            <w:u w:val="single"/>
          </w:rPr>
          <w:t>https://agenciapresentes.org/en/2026/02/08/marcha-del-orgullo-antifascista-y-antirracista-contra-el-gobierno-de-milei-ninguna-vida-es-descartable/</w:t>
        </w:r>
      </w:hyperlink>
      <w:r>
        <w:t xml:space="preserve"> - Thousands participated in the second Antifascist and Antiracist Pride March in Argentina, protesting against the precariousness of life and labor reforms. The march, stretching over five blocks from the National Congress to Plaza de Mayo, was attended by LGBTQ+ groups, retirees, people with disabilities, migrants, and informal workers, all united under the slogan 'No life is disposable.'</w:t>
      </w:r>
      <w:r/>
    </w:p>
    <w:p>
      <w:pPr>
        <w:pStyle w:val="ListNumber"/>
        <w:spacing w:line="240" w:lineRule="auto"/>
        <w:ind w:left="720"/>
      </w:pPr>
      <w:r/>
      <w:hyperlink r:id="rId11">
        <w:r>
          <w:rPr>
            <w:color w:val="0000EE"/>
            <w:u w:val="single"/>
          </w:rPr>
          <w:t>https://felizarcoiris.com/en/blog/marcha-orgullo-buenos-aires-2026</w:t>
        </w:r>
      </w:hyperlink>
      <w:r>
        <w:t xml:space="preserve"> - The Buenos Aires Pride March 2026 is confirmed for Saturday, November 7. The event will begin at 3 pm in Plaza de Mayo, with the reading of the central document at 5 pm, followed by the march towards Congreso de la Nación at 6 pm. The traditional closing festival with live shows and stages is expected to start around 8–9 pm.</w:t>
      </w:r>
      <w:r/>
    </w:p>
    <w:p>
      <w:pPr>
        <w:pStyle w:val="ListNumber"/>
        <w:spacing w:line="240" w:lineRule="auto"/>
        <w:ind w:left="720"/>
      </w:pPr>
      <w:r/>
      <w:hyperlink r:id="rId13">
        <w:r>
          <w:rPr>
            <w:color w:val="0000EE"/>
            <w:u w:val="single"/>
          </w:rPr>
          <w:t>https://www.truequeer.com/posts/buenos-aires-pride-march-pope-leo-visit-dispute-2026/</w:t>
        </w:r>
      </w:hyperlink>
      <w:r>
        <w:t xml:space="preserve"> - Buenos Aires authorities initially planned to postpone the 35th Pride March due to Pope Leo XIV's visit, which coincided with the event. However, organizers refused to move the date, and the march is set to take place on November 7, 2026, as originally planned.</w:t>
      </w:r>
      <w:r/>
    </w:p>
    <w:p>
      <w:pPr>
        <w:pStyle w:val="ListNumber"/>
        <w:spacing w:line="240" w:lineRule="auto"/>
        <w:ind w:left="720"/>
      </w:pPr>
      <w:r/>
      <w:hyperlink r:id="rId14">
        <w:r>
          <w:rPr>
            <w:color w:val="0000EE"/>
            <w:u w:val="single"/>
          </w:rPr>
          <w:t>https://www.gayout.com/south-america/argentina/buenos-aires/mega-events/ba-pride-marcha-orgullo</w:t>
        </w:r>
      </w:hyperlink>
      <w:r>
        <w:t xml:space="preserve"> - The Buenos Aires Pride March, known as Marcha del Orgullo, is the largest in Argentina and one of the most political in Latin America. The first march in July 1992 drew a few hundred people, many wearing masks for fear of losing their jobs. Argentina passed marriage equality in 2010 and a pioneering gender identity law in 2012. Under President Javier Milei, the march has become a protest against rollbacks of those rights.</w:t>
      </w:r>
      <w:r/>
    </w:p>
    <w:p>
      <w:pPr>
        <w:pStyle w:val="ListNumber"/>
        <w:spacing w:line="240" w:lineRule="auto"/>
        <w:ind w:left="720"/>
      </w:pPr>
      <w:r/>
      <w:hyperlink r:id="rId15">
        <w:r>
          <w:rPr>
            <w:color w:val="0000EE"/>
            <w:u w:val="single"/>
          </w:rPr>
          <w:t>https://www.lanacion.com.ar/espectaculos/musica/lollapalooza-argentina-2026-de-yami-safdie-y-sus-sorpresivos-invitados-a-los-suecos-locos-de-viagra-nid15032026/</w:t>
        </w:r>
      </w:hyperlink>
      <w:r>
        <w:t xml:space="preserve"> - Lollapalooza Argentina 2026 concluded with a performance by Sabrina Carpenter, who humorously 'arrested' María Becerra during her set. The festival featured a diverse lineup, including Deftones, Doechii, Kygo, Interpol, and Viagra Boys, offering a memorable experience for attendees.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ronica.com.ar/elcanaldelamusica/noticias/maria-becerra-cerrara-la-marcha-del-orgullo-en-buenos-aires/" TargetMode="External"/><Relationship Id="rId10" Type="http://schemas.openxmlformats.org/officeDocument/2006/relationships/hyperlink" Target="https://www.ciudad.com.ar/espectaculos/2026/05/20/maria-becerra-agoto-seis-movistar-arena-en-buenos-aires-con-su-quimera-tour-y-vendio-mas-de-90-mil-entradas/" TargetMode="External"/><Relationship Id="rId11" Type="http://schemas.openxmlformats.org/officeDocument/2006/relationships/hyperlink" Target="https://felizarcoiris.com/en/blog/marcha-orgullo-buenos-aires-2026" TargetMode="External"/><Relationship Id="rId12" Type="http://schemas.openxmlformats.org/officeDocument/2006/relationships/hyperlink" Target="https://agenciapresentes.org/en/2026/02/08/marcha-del-orgullo-antifascista-y-antirracista-contra-el-gobierno-de-milei-ninguna-vida-es-descartable/" TargetMode="External"/><Relationship Id="rId13" Type="http://schemas.openxmlformats.org/officeDocument/2006/relationships/hyperlink" Target="https://www.truequeer.com/posts/buenos-aires-pride-march-pope-leo-visit-dispute-2026/" TargetMode="External"/><Relationship Id="rId14" Type="http://schemas.openxmlformats.org/officeDocument/2006/relationships/hyperlink" Target="https://www.gayout.com/south-america/argentina/buenos-aires/mega-events/ba-pride-marcha-orgullo" TargetMode="External"/><Relationship Id="rId15" Type="http://schemas.openxmlformats.org/officeDocument/2006/relationships/hyperlink" Target="https://www.lanacion.com.ar/espectaculos/musica/lollapalooza-argentina-2026-de-yami-safdie-y-sus-sorpresivos-invitados-a-los-suecos-locos-de-viagra-nid1503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