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VisionQuest’s Bisexual Tommy Maximoff Matters to Marvel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watching VisionQuest for more than superhero spectacle, as Ruaridh Mollica’s Tommy Maximoff brings bisexual representation to the Marvel Cinematic Universe. His on-screen chemistry with Lisa Molinari may be the starting point, but the actor says Tommy’s identity runs deeper than whoever he happens to date.</w:t>
      </w:r>
      <w:r/>
    </w:p>
    <w:p>
      <w:pPr>
        <w:pStyle w:val="Heading2"/>
      </w:pPr>
      <w:r>
        <w:t>Essential Takeaways</w:t>
      </w:r>
      <w:r/>
      <w:r/>
    </w:p>
    <w:p>
      <w:pPr>
        <w:pStyle w:val="ListBullet"/>
        <w:spacing w:line="240" w:lineRule="auto"/>
        <w:ind w:left="720"/>
      </w:pPr>
      <w:r/>
      <w:r>
        <w:rPr>
          <w:b/>
        </w:rPr>
        <w:t>Tommy Maximoff’s identity:</w:t>
      </w:r>
      <w:r>
        <w:t xml:space="preserve"> Ruaridh Mollica says Tommy is canonically bisexual.</w:t>
      </w:r>
      <w:r/>
    </w:p>
    <w:p>
      <w:pPr>
        <w:pStyle w:val="ListBullet"/>
        <w:spacing w:line="240" w:lineRule="auto"/>
        <w:ind w:left="720"/>
      </w:pPr>
      <w:r/>
      <w:r>
        <w:rPr>
          <w:b/>
        </w:rPr>
        <w:t>Representation matters:</w:t>
      </w:r>
      <w:r>
        <w:t xml:space="preserve"> Mollica, who is bisexual, described the role as deeply affirming.</w:t>
      </w:r>
      <w:r/>
    </w:p>
    <w:p>
      <w:pPr>
        <w:pStyle w:val="ListBullet"/>
        <w:spacing w:line="240" w:lineRule="auto"/>
        <w:ind w:left="720"/>
      </w:pPr>
      <w:r/>
      <w:r>
        <w:rPr>
          <w:b/>
        </w:rPr>
        <w:t>Family connection:</w:t>
      </w:r>
      <w:r>
        <w:t xml:space="preserve"> Tommy’s twin brother Billy is played by openly gay actor Joe Locke.</w:t>
      </w:r>
      <w:r/>
    </w:p>
    <w:p>
      <w:pPr>
        <w:pStyle w:val="ListBullet"/>
        <w:spacing w:line="240" w:lineRule="auto"/>
        <w:ind w:left="720"/>
      </w:pPr>
      <w:r/>
      <w:r>
        <w:rPr>
          <w:b/>
        </w:rPr>
        <w:t>The romance is only one part:</w:t>
      </w:r>
      <w:r>
        <w:t xml:space="preserve"> Tommy’s flirtation with Lisa doesn’t define his sexuality.</w:t>
      </w:r>
      <w:r/>
    </w:p>
    <w:p>
      <w:pPr>
        <w:pStyle w:val="ListBullet"/>
        <w:spacing w:line="240" w:lineRule="auto"/>
        <w:ind w:left="720"/>
      </w:pPr>
      <w:r/>
      <w:r>
        <w:rPr>
          <w:b/>
        </w:rPr>
        <w:t>What comes next:</w:t>
      </w:r>
      <w:r>
        <w:t xml:space="preserve"> Future episodes could explore more of Tommy’s relationships and identity.</w:t>
      </w:r>
      <w:r/>
      <w:r/>
    </w:p>
    <w:p>
      <w:pPr>
        <w:pStyle w:val="Heading2"/>
      </w:pPr>
      <w:r>
        <w:t>Marvel’s newest twin is making a big impression</w:t>
      </w:r>
      <w:r/>
    </w:p>
    <w:p>
      <w:r/>
      <w:r>
        <w:t>Tommy Maximoff arrives in VisionQuest with quick charm, superhero confidence and an unmistakable spark with Lisa Molinari, a pickpocket who becomes his unlikely partner. The pairing gives the opening episodes an easy romantic hook, but it isn't the whole story.</w:t>
      </w:r>
      <w:r/>
    </w:p>
    <w:p>
      <w:r/>
      <w:r>
        <w:t>As The Direct reported, actor Ruaridh Mollica has confirmed that Tommy is bisexual, even though the character's first visible romantic dynamic appears heterosexual. That's an important distinction in a franchise where characters are often reduced to a single love interest, especially when representation is involved.</w:t>
      </w:r>
      <w:r/>
    </w:p>
    <w:p>
      <w:r/>
      <w:r>
        <w:t>Mollica has said in interviews that playing a bisexual character as a bisexual actor feels personal. According to Gayety, he described the casting as a meaningful chance to let his own experience inform Tommy without turning the character into a lesson or a label.</w:t>
      </w:r>
      <w:r/>
    </w:p>
    <w:p>
      <w:pPr>
        <w:pStyle w:val="Heading2"/>
      </w:pPr>
      <w:r>
        <w:t>Why the Billy and Tommy connection feels significant</w:t>
      </w:r>
      <w:r/>
    </w:p>
    <w:p>
      <w:r/>
      <w:r>
        <w:t>Tommy isn't navigating the MCU alone. He's the twin brother of Billy Maximoff, the character introduced in Agatha All Along and played by Joe Locke, who is openly gay and already closely associated with queer television through Heartstopper.</w:t>
      </w:r>
      <w:r/>
    </w:p>
    <w:p>
      <w:r/>
      <w:r>
        <w:t>That gives Marvel an unusual opportunity: two superpowered siblings who are both queer, portrayed by actors with lived experience. Out noted that the pairing could become one of the MCU's most distinctive family stories, particularly if the show lets Billy and Tommy talk openly about identity rather than treating it as background decoration.</w:t>
      </w:r>
      <w:r/>
    </w:p>
    <w:p>
      <w:r/>
      <w:r>
        <w:t>It also helps that their relationship has emotional history built in. The brothers aren't simply two separate diversity milestones; they're twins whose stories can overlap, clash and support one another. That feels far more natural than introducing representation in isolated, carefully packaged moments.</w:t>
      </w:r>
      <w:r/>
    </w:p>
    <w:p>
      <w:pPr>
        <w:pStyle w:val="Heading2"/>
      </w:pPr>
      <w:r>
        <w:t>A straight-presenting romance doesn't erase bisexuality</w:t>
      </w:r>
      <w:r/>
    </w:p>
    <w:p>
      <w:r/>
      <w:r>
        <w:t>One of Mollica's strongest points is also one of the simplest. A bisexual character doesn't become less bisexual because they're flirting with someone of another gender.</w:t>
      </w:r>
      <w:r/>
    </w:p>
    <w:p>
      <w:r/>
      <w:r>
        <w:t>The actor told Variety that Tommy's chemistry with Lisa makes him feel represented precisely because bisexuality isn't about matching a particular partner. It's about attraction and identity, not a permanent visual signal that audiences can tick off at a glance.</w:t>
      </w:r>
      <w:r/>
    </w:p>
    <w:p>
      <w:r/>
      <w:r>
        <w:t>That matters because screen representation is still often judged by appearances. If a character dates someone of a different gender, viewers may assume the writing has quietly moved away from bisexuality. VisionQuest has a chance to challenge that habit, provided the series follows through with clear, consistent storytelling.</w:t>
      </w:r>
      <w:r/>
    </w:p>
    <w:p>
      <w:pPr>
        <w:pStyle w:val="Heading2"/>
      </w:pPr>
      <w:r>
        <w:t>What should fans look for in VisionQuest?</w:t>
      </w:r>
      <w:r/>
    </w:p>
    <w:p>
      <w:r/>
      <w:r>
        <w:t>For now, Tommy's connection with Lisa is the most obvious romantic thread. Viewers should watch for the smaller details too: flirtation, emotional openness and the way Tommy talks about attraction when the plot isn't busy throwing villains at him.</w:t>
      </w:r>
      <w:r/>
    </w:p>
    <w:p>
      <w:r/>
      <w:r>
        <w:t>The Direct and ComicBasics both highlighted Mollica's comments that Tommy's bisexuality may be expressed through personality and future exploration, rather than being delivered as a single dramatic announcement. That approach can work, but only if the show gives the character enough room to be specific.</w:t>
      </w:r>
      <w:r/>
    </w:p>
    <w:p>
      <w:r/>
      <w:r>
        <w:t>Subtlety is welcome, but ambiguity can become frustrating when audiences have waited years for openly queer superhero characters. The best version of Tommy's story would allow him to be funny, reckless, romantic and complicated, while making his bisexuality unmistakably part of who he is.</w:t>
      </w:r>
      <w:r/>
    </w:p>
    <w:p>
      <w:pPr>
        <w:pStyle w:val="Heading2"/>
      </w:pPr>
      <w:r>
        <w:t>Marvel has an opportunity to get this right</w:t>
      </w:r>
      <w:r/>
    </w:p>
    <w:p>
      <w:r/>
      <w:r>
        <w:t>The excitement around Tommy isn't just about adding another queer character to a crowded franchise. It's about who gets to play him, how his identity is handled and whether the story treats bisexuality as an ordinary part of superhero life rather than a plot twist.</w:t>
      </w:r>
      <w:r/>
    </w:p>
    <w:p>
      <w:r/>
      <w:r>
        <w:t>NewsMinimalist reported that Mollica sees Tommy's bisexuality as central to the role, while Out pointed to the broader significance of pairing him with Billy. Together, those details suggest that VisionQuest could offer something Marvel has often struggled to deliver: representation that is woven into the character instead of pasted on afterwards.</w:t>
      </w:r>
      <w:r/>
    </w:p>
    <w:p>
      <w:r/>
      <w:r>
        <w:t>There’s still plenty of time for the series to deepen Tommy's story. For fans, that may be the most encouraging part. His first flirtation doesn't need to be his final definition, and his family connection could give Marvel a warm, messy and genuinely memorable queer storyline.</w:t>
      </w:r>
      <w:r/>
    </w:p>
    <w:p>
      <w:r/>
      <w:r>
        <w:t>It's a promising start, and Tommy's story deserves room to grow.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3">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[5]</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3">
        <w:r>
          <w:rPr>
            <w:color w:val="0000EE"/>
            <w:u w:val="single"/>
          </w:rPr>
          <w:t>[4]</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1">
        <w:r>
          <w:rPr>
            <w:color w:val="0000EE"/>
            <w:u w:val="single"/>
          </w:rPr>
          <w:t>[3]</w:t>
        </w:r>
      </w:hyperlink>
      <w:r>
        <w:t xml:space="preserve">, </w:t>
      </w:r>
      <w:hyperlink r:id="rId13">
        <w:r>
          <w:rPr>
            <w:color w:val="0000EE"/>
            <w:u w:val="single"/>
          </w:rPr>
          <w:t>[4]</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3">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https://www.queerty.com/does-marvel-finally-have-its-first-openly-bi-superpowered-twin-ruaridh-mollica-weighs-in-20261019/</w:t>
        </w:r>
      </w:hyperlink>
      <w:r>
        <w:t xml:space="preserve"> - Please view link - unable to able to access data</w:t>
      </w:r>
      <w:r/>
    </w:p>
    <w:p>
      <w:pPr>
        <w:pStyle w:val="ListNumber"/>
        <w:spacing w:line="240" w:lineRule="auto"/>
        <w:ind w:left="720"/>
      </w:pPr>
      <w:r/>
      <w:hyperlink r:id="rId10">
        <w:r>
          <w:rPr>
            <w:color w:val="0000EE"/>
            <w:u w:val="single"/>
          </w:rPr>
          <w:t>https://www.breitbart.com/entertainment/2026/10/17/ruaridh-mollica-says-its-an-honor-being-a-bisexual-actor-playing-a-bisexual-character-in-disneys-visionquest-i-feel-so-seen/amp/</w:t>
        </w:r>
      </w:hyperlink>
      <w:r>
        <w:t xml:space="preserve"> - In an interview with Variety, Ruaridh Mollica, the actor portraying Tommy Maximoff in Disney's 'VisionQuest', expressed pride in being cast as a bisexual character, stating, 'I feel so seen.' He highlighted the significance of Marvel casting a bisexual actor for the role, emphasizing the honour of representing this identity in the MCU. Mollica also discussed the portrayal of Tommy's bisexuality, noting that while the character flirts with Lisa Molinari, his bisexual identity is central to the role, aiming to help audiences feel represented.</w:t>
      </w:r>
      <w:r/>
    </w:p>
    <w:p>
      <w:pPr>
        <w:pStyle w:val="ListNumber"/>
        <w:spacing w:line="240" w:lineRule="auto"/>
        <w:ind w:left="720"/>
      </w:pPr>
      <w:r/>
      <w:hyperlink r:id="rId11">
        <w:r>
          <w:rPr>
            <w:color w:val="0000EE"/>
            <w:u w:val="single"/>
          </w:rPr>
          <w:t>https://thedirect.com/article/visionquest-ruaridh-mollica-marvel-hero-bisexuality</w:t>
        </w:r>
      </w:hyperlink>
      <w:r>
        <w:t xml:space="preserve"> - Ruaridh Mollica, who plays Tommy Maximoff in Marvel's 'VisionQuest', addressed the character's bisexuality in an interview with SFX Magazine. He expressed uncertainty about whether Tommy's sexuality would be explicitly referenced in the series but hoped that his own bisexual identity would inform the portrayal. Mollica emphasized that his bisexuality is integral to the role, aiming to help audiences feel seen and represented.</w:t>
      </w:r>
      <w:r/>
    </w:p>
    <w:p>
      <w:pPr>
        <w:pStyle w:val="ListNumber"/>
        <w:spacing w:line="240" w:lineRule="auto"/>
        <w:ind w:left="720"/>
      </w:pPr>
      <w:r/>
      <w:hyperlink r:id="rId13">
        <w:r>
          <w:rPr>
            <w:color w:val="0000EE"/>
            <w:u w:val="single"/>
          </w:rPr>
          <w:t>https://www.out.com/gay-tv-shows/visionquest-ruaridh-mollica-bisexual</w:t>
        </w:r>
      </w:hyperlink>
      <w:r>
        <w:t xml:space="preserve"> - Ruaridh Mollica, the Scottish actor portraying Tommy Shepherd/Tommy Maximoff in Disney+'s 'VisionQuest', discussed the honour of playing a bisexual character as a bisexual actor. In an interview with Variety, he stated, 'I feel like Marvel did a great job by casting a bisexual actor for this and it’s such an honour to be portraying that in the MCU.' Mollica highlighted the significance of representing queer characters in the Marvel Cinematic Universe.</w:t>
      </w:r>
      <w:r/>
    </w:p>
    <w:p>
      <w:pPr>
        <w:pStyle w:val="ListNumber"/>
        <w:spacing w:line="240" w:lineRule="auto"/>
        <w:ind w:left="720"/>
      </w:pPr>
      <w:r/>
      <w:hyperlink r:id="rId12">
        <w:r>
          <w:rPr>
            <w:color w:val="0000EE"/>
            <w:u w:val="single"/>
          </w:rPr>
          <w:t>https://gayety.com/ruaridh-mollica-bisexual-tommy-visionquest</w:t>
        </w:r>
      </w:hyperlink>
      <w:r>
        <w:t xml:space="preserve"> - Ruaridh Mollica, who portrays Tommy Maximoff in Marvel's 'VisionQuest', confirmed that his character is bisexual, aligning with the comics. In an interview, Mollica expressed that playing a bisexual character as a bisexual actor is an honour, stating, 'I feel so seen.' He discussed the portrayal of Tommy's bisexuality, noting that while the character flirts with Lisa Molinari, his bisexual identity is central to the role, aiming to help audiences feel represented.</w:t>
      </w:r>
      <w:r/>
    </w:p>
    <w:p>
      <w:pPr>
        <w:pStyle w:val="ListNumber"/>
        <w:spacing w:line="240" w:lineRule="auto"/>
        <w:ind w:left="720"/>
      </w:pPr>
      <w:r/>
      <w:hyperlink r:id="rId14">
        <w:r>
          <w:rPr>
            <w:color w:val="0000EE"/>
            <w:u w:val="single"/>
          </w:rPr>
          <w:t>https://www.comicbasics.com/ruaridh-mollica-on-being-a-bisexual-actor-playing-a-bisexual-character-in-visionquest/</w:t>
        </w:r>
      </w:hyperlink>
      <w:r>
        <w:t xml:space="preserve"> - Ruaridh Mollica, the Scottish actor portraying Tommy Maximoff in Marvel's 'VisionQuest', discussed the significance of playing a bisexual character as a bisexual actor. In an interview with Variety, he stated, 'I feel like Marvel did a great job by casting a bisexual actor for this and it’s such an honour to be portraying that in the MCU.' Mollica emphasized the importance of representation and the honour of bringing this identity to the Marvel Cinematic Universe.</w:t>
      </w:r>
      <w:r/>
    </w:p>
    <w:p>
      <w:pPr>
        <w:pStyle w:val="ListNumber"/>
        <w:spacing w:line="240" w:lineRule="auto"/>
        <w:ind w:left="720"/>
      </w:pPr>
      <w:r/>
      <w:hyperlink r:id="rId15">
        <w:r>
          <w:rPr>
            <w:color w:val="0000EE"/>
            <w:u w:val="single"/>
          </w:rPr>
          <w:t>https://www.newsminimalist.com/articles/visionquest-actor-confirms-tommys-bisexuality-remains-central-to-the-role-249a1080</w:t>
        </w:r>
      </w:hyperlink>
      <w:r>
        <w:t xml:space="preserve"> - Ruaridh Mollica, who plays Tommy Maximoff in Marvel's 'VisionQuest', addressed the character's bisexuality in a Variety interview, confirming it will not be erased despite Tommy only flirting with a woman in the series. Mollica, who is openly bisexual like his character, praised Marvel for casting a bisexual actor and called it an honour to represent that in the MCU. He said he feels 'really seen' by the role. Regarding Tommy's on-screen flirtation with Lisa Molinari, the actor explained that bisexuality is about internal identity and desire, not just who one dates. He hopes his portrayal helps audiences feel represented.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does-marvel-finally-have-its-first-openly-bi-superpowered-twin-ruaridh-mollica-weighs-in-20261019/" TargetMode="External"/><Relationship Id="rId10" Type="http://schemas.openxmlformats.org/officeDocument/2006/relationships/hyperlink" Target="https://www.breitbart.com/entertainment/2026/10/17/ruaridh-mollica-says-its-an-honor-being-a-bisexual-actor-playing-a-bisexual-character-in-disneys-visionquest-i-feel-so-seen/amp/" TargetMode="External"/><Relationship Id="rId11" Type="http://schemas.openxmlformats.org/officeDocument/2006/relationships/hyperlink" Target="https://thedirect.com/article/visionquest-ruaridh-mollica-marvel-hero-bisexuality" TargetMode="External"/><Relationship Id="rId12" Type="http://schemas.openxmlformats.org/officeDocument/2006/relationships/hyperlink" Target="https://gayety.com/ruaridh-mollica-bisexual-tommy-visionquest" TargetMode="External"/><Relationship Id="rId13" Type="http://schemas.openxmlformats.org/officeDocument/2006/relationships/hyperlink" Target="https://www.out.com/gay-tv-shows/visionquest-ruaridh-mollica-bisexual" TargetMode="External"/><Relationship Id="rId14" Type="http://schemas.openxmlformats.org/officeDocument/2006/relationships/hyperlink" Target="https://www.comicbasics.com/ruaridh-mollica-on-being-a-bisexual-actor-playing-a-bisexual-character-in-visionquest/" TargetMode="External"/><Relationship Id="rId15" Type="http://schemas.openxmlformats.org/officeDocument/2006/relationships/hyperlink" Target="https://www.newsminimalist.com/articles/visionquest-actor-confirms-tommys-bisexuality-remains-central-to-the-role-249a10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