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Junipero Is Sydney’s Must-Visit FLINTA*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turning to Junipero for more than a night out at Sydney’s Burdekin Hotel. The monthly FLINTA* event combines DJs, performers, dating, live music and a welcoming dance floor, giving women, lesbians, intersex, non-binary, trans and agender guests a place to connect, feel visible and have a genuinely brilliant time.</w:t>
      </w:r>
      <w:r/>
    </w:p>
    <w:p>
      <w:pPr>
        <w:pStyle w:val="Heading2"/>
      </w:pPr>
      <w:r>
        <w:t>Essential Takeaways</w:t>
      </w:r>
      <w:r/>
      <w:r/>
    </w:p>
    <w:p>
      <w:pPr>
        <w:pStyle w:val="ListBullet"/>
        <w:spacing w:line="240" w:lineRule="auto"/>
        <w:ind w:left="720"/>
      </w:pPr>
      <w:r/>
      <w:r>
        <w:rPr>
          <w:b/>
        </w:rPr>
        <w:t>Community-led:</w:t>
      </w:r>
      <w:r>
        <w:t xml:space="preserve"> Junipero is built around FLINTA* performers, DJs, staff and guests.</w:t>
      </w:r>
      <w:r/>
    </w:p>
    <w:p>
      <w:pPr>
        <w:pStyle w:val="ListBullet"/>
        <w:spacing w:line="240" w:lineRule="auto"/>
        <w:ind w:left="720"/>
      </w:pPr>
      <w:r/>
      <w:r>
        <w:rPr>
          <w:b/>
        </w:rPr>
        <w:t>More than clubbing:</w:t>
      </w:r>
      <w:r>
        <w:t xml:space="preserve"> Expect music, burlesque, pole performances, live acts and themed events.</w:t>
      </w:r>
      <w:r/>
    </w:p>
    <w:p>
      <w:pPr>
        <w:pStyle w:val="ListBullet"/>
        <w:spacing w:line="240" w:lineRule="auto"/>
        <w:ind w:left="720"/>
      </w:pPr>
      <w:r/>
      <w:r>
        <w:rPr>
          <w:b/>
        </w:rPr>
        <w:t>A safer atmosphere:</w:t>
      </w:r>
      <w:r>
        <w:t xml:space="preserve"> The party aims to make flirting, dancing and meeting people feel less self-conscious.</w:t>
      </w:r>
      <w:r/>
    </w:p>
    <w:p>
      <w:pPr>
        <w:pStyle w:val="ListBullet"/>
        <w:spacing w:line="240" w:lineRule="auto"/>
        <w:ind w:left="720"/>
      </w:pPr>
      <w:r/>
      <w:r>
        <w:rPr>
          <w:b/>
        </w:rPr>
        <w:t>Sydney base:</w:t>
      </w:r>
      <w:r>
        <w:t xml:space="preserve"> The monthly event takes place at the Burdekin Hotel, a long-standing city venue.</w:t>
      </w:r>
      <w:r/>
    </w:p>
    <w:p>
      <w:pPr>
        <w:pStyle w:val="ListBullet"/>
        <w:spacing w:line="240" w:lineRule="auto"/>
        <w:ind w:left="720"/>
      </w:pPr>
      <w:r/>
      <w:r>
        <w:rPr>
          <w:b/>
        </w:rPr>
        <w:t>Growing scene:</w:t>
      </w:r>
      <w:r>
        <w:t xml:space="preserve"> Junipero sits within a wider rise in sapphic and queer social events across Sydney.</w:t>
      </w:r>
      <w:r/>
      <w:r/>
    </w:p>
    <w:p>
      <w:pPr>
        <w:pStyle w:val="Heading2"/>
      </w:pPr>
      <w:r>
        <w:t>A dance floor designed with intention</w:t>
      </w:r>
      <w:r/>
    </w:p>
    <w:p>
      <w:r/>
      <w:r>
        <w:t xml:space="preserve">The first thing Junipero offers is simple but powerful: room to relax. At a typical club night, queer women and gender-diverse guests can still find themselves navigating unwanted attention, limited representation or the quiet pressure to stay alert. Junipero flips that feeling, creating a dance floor where people can chat, flirt and move freely. Event listings from the Burdekin Hotel describe it as a regular lesbian and queer party in Sydney. </w:t>
      </w:r>
      <w:hyperlink r:id="rId9">
        <w:r>
          <w:rPr>
            <w:color w:val="0000EE"/>
            <w:u w:val="single"/>
          </w:rPr>
          <w:t>[2]</w:t>
        </w:r>
      </w:hyperlink>
      <w:r>
        <w:t xml:space="preserve">, </w:t>
      </w:r>
      <w:hyperlink r:id="rId10">
        <w:r>
          <w:rPr>
            <w:color w:val="0000EE"/>
            <w:u w:val="single"/>
          </w:rPr>
          <w:t>[4]</w:t>
        </w:r>
      </w:hyperlink>
      <w:r/>
    </w:p>
    <w:p>
      <w:r/>
      <w:r>
        <w:t xml:space="preserve">That atmosphere matters because the night isn't built as a token queer add-on. Its identity comes through the people behind the decks, on stage, at the door and in the crowd. For many guests, that shared ownership is what makes the space feel warm rather than merely branded. Related listings show Junipero continuing to appear as a recurring fixture in Sydney's nightlife calendar. </w:t>
      </w:r>
      <w:hyperlink r:id="rId11">
        <w:r>
          <w:rPr>
            <w:color w:val="0000EE"/>
            <w:u w:val="single"/>
          </w:rPr>
          <w:t>[3]</w:t>
        </w:r>
      </w:hyperlink>
      <w:r>
        <w:t xml:space="preserve">, </w:t>
      </w:r>
      <w:hyperlink r:id="rId12">
        <w:r>
          <w:rPr>
            <w:color w:val="0000EE"/>
            <w:u w:val="single"/>
          </w:rPr>
          <w:t>[6]</w:t>
        </w:r>
      </w:hyperlink>
      <w:r/>
    </w:p>
    <w:p>
      <w:pPr>
        <w:pStyle w:val="Heading2"/>
      </w:pPr>
      <w:r>
        <w:t>What happens at Junipero?</w:t>
      </w:r>
      <w:r/>
    </w:p>
    <w:p>
      <w:r/>
      <w:r>
        <w:t xml:space="preserve">Junipero brings together the loose, joyful ingredients of a great night out. Grassroots DJs provide the soundtrack, while burlesque, pole performances and live musicians keep the evening moving between club energy and cabaret sparkle. There can also be plenty of social chemistry, whether guests arrive with friends or are hoping to meet someone new. Resident Advisor listings point to the party's continuing programme of queer nightlife events. </w:t>
      </w:r>
      <w:hyperlink r:id="rId11">
        <w:r>
          <w:rPr>
            <w:color w:val="0000EE"/>
            <w:u w:val="single"/>
          </w:rPr>
          <w:t>[3]</w:t>
        </w:r>
      </w:hyperlink>
      <w:r>
        <w:t xml:space="preserve">, </w:t>
      </w:r>
      <w:hyperlink r:id="rId13">
        <w:r>
          <w:rPr>
            <w:color w:val="0000EE"/>
            <w:u w:val="single"/>
          </w:rPr>
          <w:t>[5]</w:t>
        </w:r>
      </w:hyperlink>
      <w:r/>
    </w:p>
    <w:p>
      <w:r/>
      <w:r>
        <w:t xml:space="preserve">That mix is part of the appeal. You can dance for an hour, drift towards a performance, then end up having a surprisingly deep conversation near the bar. It feels less like a rigid club format and more like a lively neighbourhood gathering with a very good sound system. </w:t>
      </w:r>
      <w:hyperlink r:id="rId9">
        <w:r>
          <w:rPr>
            <w:color w:val="0000EE"/>
            <w:u w:val="single"/>
          </w:rPr>
          <w:t>[2]</w:t>
        </w:r>
      </w:hyperlink>
      <w:r>
        <w:t xml:space="preserve">, </w:t>
      </w:r>
      <w:hyperlink r:id="rId14">
        <w:r>
          <w:rPr>
            <w:color w:val="0000EE"/>
            <w:u w:val="single"/>
          </w:rPr>
          <w:t>[7]</w:t>
        </w:r>
      </w:hyperlink>
      <w:r/>
    </w:p>
    <w:p>
      <w:pPr>
        <w:pStyle w:val="Heading2"/>
      </w:pPr>
      <w:r>
        <w:t>Why FLINTA* spaces still matter</w:t>
      </w:r>
      <w:r/>
    </w:p>
    <w:p>
      <w:r/>
      <w:r>
        <w:t xml:space="preserve">FLINTA* is an umbrella term covering women, lesbians, intersex, non-binary, trans and agender people, with the asterisk acknowledging identities that aren't listed individually. The wording can vary between events, so checking the organiser's current entry guidance before attending is always sensible. Burdekin listings position Junipero specifically within Sydney's lesbian and queer party scene. </w:t>
      </w:r>
      <w:hyperlink r:id="rId9">
        <w:r>
          <w:rPr>
            <w:color w:val="0000EE"/>
            <w:u w:val="single"/>
          </w:rPr>
          <w:t>[2]</w:t>
        </w:r>
      </w:hyperlink>
      <w:r>
        <w:t xml:space="preserve">, </w:t>
      </w:r>
      <w:hyperlink r:id="rId10">
        <w:r>
          <w:rPr>
            <w:color w:val="0000EE"/>
            <w:u w:val="single"/>
          </w:rPr>
          <w:t>[4]</w:t>
        </w:r>
      </w:hyperlink>
      <w:r/>
    </w:p>
    <w:p>
      <w:r/>
      <w:r>
        <w:t xml:space="preserve">The wider point is representation. Queer venues can be welcoming without always being designed around FLINTA* experiences, and that difference can shape how comfortable people feel once they arrive. A dedicated space lets guests look around and see themselves reflected in the music, performances and crowd, rather than feeling like visitors in somebody else's night. </w:t>
      </w:r>
      <w:hyperlink r:id="rId13">
        <w:r>
          <w:rPr>
            <w:color w:val="0000EE"/>
            <w:u w:val="single"/>
          </w:rPr>
          <w:t>[5]</w:t>
        </w:r>
      </w:hyperlink>
      <w:r>
        <w:t xml:space="preserve">, </w:t>
      </w:r>
      <w:hyperlink r:id="rId12">
        <w:r>
          <w:rPr>
            <w:color w:val="0000EE"/>
            <w:u w:val="single"/>
          </w:rPr>
          <w:t>[6]</w:t>
        </w:r>
      </w:hyperlink>
      <w:r/>
    </w:p>
    <w:p>
      <w:pPr>
        <w:pStyle w:val="Heading2"/>
      </w:pPr>
      <w:r>
        <w:t>A party with memory, politics and play</w:t>
      </w:r>
      <w:r/>
    </w:p>
    <w:p>
      <w:r/>
      <w:r>
        <w:t xml:space="preserve">Junipero's appeal also stretches beyond dancing. Its broader programme has included conversations about queer history, drag king events and themed gatherings that let guests revisit milestones such as school dances on their own terms. That combination of celebration and education gives the night a little more depth without draining the fun from it. Event records show the party continuing to develop through varied queer-focused programming. </w:t>
      </w:r>
      <w:hyperlink r:id="rId11">
        <w:r>
          <w:rPr>
            <w:color w:val="0000EE"/>
            <w:u w:val="single"/>
          </w:rPr>
          <w:t>[3]</w:t>
        </w:r>
      </w:hyperlink>
      <w:r>
        <w:t xml:space="preserve">, </w:t>
      </w:r>
      <w:hyperlink r:id="rId13">
        <w:r>
          <w:rPr>
            <w:color w:val="0000EE"/>
            <w:u w:val="single"/>
          </w:rPr>
          <w:t>[5]</w:t>
        </w:r>
      </w:hyperlink>
      <w:r/>
    </w:p>
    <w:p>
      <w:r/>
      <w:r>
        <w:t xml:space="preserve">There's something lovely about that balance. One month might feel glittery and flirtatious; another may leave guests thinking about the people and movements that made today's queer spaces possible. For younger partygoers especially, it can be a social night and an informal history lesson rolled into one. </w:t>
      </w:r>
      <w:hyperlink r:id="rId12">
        <w:r>
          <w:rPr>
            <w:color w:val="0000EE"/>
            <w:u w:val="single"/>
          </w:rPr>
          <w:t>[6]</w:t>
        </w:r>
      </w:hyperlink>
      <w:r>
        <w:t xml:space="preserve">, </w:t>
      </w:r>
      <w:hyperlink r:id="rId14">
        <w:r>
          <w:rPr>
            <w:color w:val="0000EE"/>
            <w:u w:val="single"/>
          </w:rPr>
          <w:t>[7]</w:t>
        </w:r>
      </w:hyperlink>
      <w:r/>
    </w:p>
    <w:p>
      <w:pPr>
        <w:pStyle w:val="Heading2"/>
      </w:pPr>
      <w:r>
        <w:t>How to make the most of a Junipero night</w:t>
      </w:r>
      <w:r/>
    </w:p>
    <w:p>
      <w:r/>
      <w:r>
        <w:t xml:space="preserve">Check the latest event details before setting off, as themes, performers, ticket arrangements and entry policies can change. Arriving earlier can make it easier to settle in, find the venue layout and start conversations before the room reaches full volume. Comfortable shoes are also a wise investment, because this is not the sort of night where standing still comes naturally. </w:t>
      </w:r>
      <w:hyperlink r:id="rId9">
        <w:r>
          <w:rPr>
            <w:color w:val="0000EE"/>
            <w:u w:val="single"/>
          </w:rPr>
          <w:t>[2]</w:t>
        </w:r>
      </w:hyperlink>
      <w:r>
        <w:t xml:space="preserve">, </w:t>
      </w:r>
      <w:hyperlink r:id="rId10">
        <w:r>
          <w:rPr>
            <w:color w:val="0000EE"/>
            <w:u w:val="single"/>
          </w:rPr>
          <w:t>[4]</w:t>
        </w:r>
      </w:hyperlink>
      <w:r/>
    </w:p>
    <w:p>
      <w:r/>
      <w:r>
        <w:t xml:space="preserve">If you're new to FLINTA* events, go with a friend or use the party as a low-pressure chance to meet people through the music. Respect personal boundaries, ask before joining conversations or physical contact, and remember that a safer space still depends on considerate behaviour from everyone inside it. The continuing presence of Junipero across event listings suggests there's a strong appetite for that kind of community-led nightlife. </w:t>
      </w:r>
      <w:hyperlink r:id="rId11">
        <w:r>
          <w:rPr>
            <w:color w:val="0000EE"/>
            <w:u w:val="single"/>
          </w:rPr>
          <w:t>[3]</w:t>
        </w:r>
      </w:hyperlink>
      <w:r>
        <w:t xml:space="preserve">, </w:t>
      </w:r>
      <w:hyperlink r:id="rId12">
        <w:r>
          <w:rPr>
            <w:color w:val="0000EE"/>
            <w:u w:val="single"/>
          </w:rPr>
          <w:t>[6]</w:t>
        </w:r>
      </w:hyperlink>
      <w:r/>
    </w:p>
    <w:p>
      <w:r/>
      <w:r>
        <w:t xml:space="preserve">Junipero's staying power says plenty about Sydney's queer scene. People aren't only looking for louder parties or bigger venues; they're looking for places that feel recognisable, generous and genuinely theirs. </w:t>
      </w:r>
      <w:hyperlink r:id="rId13">
        <w:r>
          <w:rPr>
            <w:color w:val="0000EE"/>
            <w:u w:val="single"/>
          </w:rPr>
          <w:t>[5]</w:t>
        </w:r>
      </w:hyperlink>
      <w:r>
        <w:t xml:space="preserve">, </w:t>
      </w:r>
      <w:hyperlink r:id="rId14">
        <w:r>
          <w:rPr>
            <w:color w:val="0000EE"/>
            <w:u w:val="single"/>
          </w:rPr>
          <w:t>[7]</w:t>
        </w:r>
      </w:hyperlink>
      <w:r/>
    </w:p>
    <w:p>
      <w:r/>
      <w:r>
        <w:t>It's a small monthly ritual with a big communal heartbeat.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[6]</w:t>
        </w:r>
      </w:hyperlink>
      <w:r>
        <w:t xml:space="preserve">- Paragraph 11: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https://www.starobserver.com.au/artsentertainment/for-by-the-community-junipero-founder-erin-duncan-on-the-importance-of-flinta-spaces/244624</w:t>
        </w:r>
      </w:hyperlink>
      <w:r>
        <w:t xml:space="preserve"> - Please view link - unable to able to access data</w:t>
      </w:r>
      <w:r/>
    </w:p>
    <w:p>
      <w:pPr>
        <w:pStyle w:val="ListNumber"/>
        <w:spacing w:line="240" w:lineRule="auto"/>
        <w:ind w:left="720"/>
      </w:pPr>
      <w:r/>
      <w:hyperlink r:id="rId9">
        <w:r>
          <w:rPr>
            <w:color w:val="0000EE"/>
            <w:u w:val="single"/>
          </w:rPr>
          <w:t>https://burdekin.com.au/whats-on/junipero-lesbian-queer-party-sydney/</w:t>
        </w:r>
      </w:hyperlink>
      <w:r>
        <w:t xml:space="preserve"> - Junipero is a monthly event held at Sydney's Burdekin Hotel, catering to lesbians, queer women, trans, and non-binary individuals. Launched in 2023, it features diverse themes such as Jelly Wrestling, Masquerade Balls, and Wet T-Shirt competitions. The event showcases a range of local and national performers, including burlesque, drag, pole dancing, and live music. Junipero takes place every second Saturday of the month over two levels, offering a vibrant and inclusive atmosphere for the community.</w:t>
      </w:r>
      <w:r/>
    </w:p>
    <w:p>
      <w:pPr>
        <w:pStyle w:val="ListNumber"/>
        <w:spacing w:line="240" w:lineRule="auto"/>
        <w:ind w:left="720"/>
      </w:pPr>
      <w:r/>
      <w:hyperlink r:id="rId11">
        <w:r>
          <w:rPr>
            <w:color w:val="0000EE"/>
            <w:u w:val="single"/>
          </w:rPr>
          <w:t>https://ra.co/events/2344160</w:t>
        </w:r>
      </w:hyperlink>
      <w:r>
        <w:t xml:space="preserve"> - Junipero's Valentine's Day Sapphic Light Party is an annual event at the Burdekin Hotel in Sydney. Scheduled for February 14, 2026, the party invites attendees to wear specific colours to indicate their relationship status: green for single and open to meeting someone new, yellow for it's complicated, and red for taken but still here for dancing and socialising. The event features performances by artists such as Foxxy Moron, Pinot Bri, and Tynga Williams, along with a kissing booth and love letter confession box.</w:t>
      </w:r>
      <w:r/>
    </w:p>
    <w:p>
      <w:pPr>
        <w:pStyle w:val="ListNumber"/>
        <w:spacing w:line="240" w:lineRule="auto"/>
        <w:ind w:left="720"/>
      </w:pPr>
      <w:r/>
      <w:hyperlink r:id="rId10">
        <w:r>
          <w:rPr>
            <w:color w:val="0000EE"/>
            <w:u w:val="single"/>
          </w:rPr>
          <w:t>https://burdekin.com.au/whats-on/</w:t>
        </w:r>
      </w:hyperlink>
      <w:r>
        <w:t xml:space="preserve"> - The Burdekin Hotel in Sydney hosts a variety of events throughout the week. Regular events include 'Let's Get Quizzical' trivia night and 'Shook Thursdays' featuring drum &amp; bass and dubstep music. On Saturdays, the hotel hosts Junipero, a lesbian and queer party, as well as 'Spritz or Swallow,' a bottomless brunch event. The venue also offers function bookings with multiple spaces available to match different preferences and needs, ensuring a great experience for all attendees.</w:t>
      </w:r>
      <w:r/>
    </w:p>
    <w:p>
      <w:pPr>
        <w:pStyle w:val="ListNumber"/>
        <w:spacing w:line="240" w:lineRule="auto"/>
        <w:ind w:left="720"/>
      </w:pPr>
      <w:r/>
      <w:hyperlink r:id="rId13">
        <w:r>
          <w:rPr>
            <w:color w:val="0000EE"/>
            <w:u w:val="single"/>
          </w:rPr>
          <w:t>https://ra.co/events/2520903</w:t>
        </w:r>
      </w:hyperlink>
      <w:r>
        <w:t xml:space="preserve"> - Junipero's Slumber Party is a themed event at the Burdekin Hotel in Sydney, scheduled for September 12, 2026. The party draws inspiration from late-night sleepovers, featuring pillow fights, midnight snacks, and a late-night back-to-back DJ set. Attendees are encouraged to dress in lingerie, cutesy PJs, boxers, dressing gowns, or sleep masks. The event aims to recreate the teenage sleepover experience, blending nostalgia with a vibrant party atmosphere.</w:t>
      </w:r>
      <w:r/>
    </w:p>
    <w:p>
      <w:pPr>
        <w:pStyle w:val="ListNumber"/>
        <w:spacing w:line="240" w:lineRule="auto"/>
        <w:ind w:left="720"/>
      </w:pPr>
      <w:r/>
      <w:hyperlink r:id="rId12">
        <w:r>
          <w:rPr>
            <w:color w:val="0000EE"/>
            <w:u w:val="single"/>
          </w:rPr>
          <w:t>https://ra.co/events/2390089</w:t>
        </w:r>
      </w:hyperlink>
      <w:r>
        <w:t xml:space="preserve"> - Junipero's event at the Burdekin Hotel in Sydney, scheduled for April 11, 2026, offers a dancefloor that feels like home. The night features high-energy music selections from DJs Erfaan and Izata, with Prettyboi.Zeke making their Junipero debut. Resident DJ GK will also perform, ensuring a night filled with community and connection. The event is part of Junipero's ongoing efforts to provide a welcoming space for lesbians, queer women, trans, and non-binary individuals.</w:t>
      </w:r>
      <w:r/>
    </w:p>
    <w:p>
      <w:pPr>
        <w:pStyle w:val="ListNumber"/>
        <w:spacing w:line="240" w:lineRule="auto"/>
        <w:ind w:left="720"/>
      </w:pPr>
      <w:r/>
      <w:hyperlink r:id="rId14">
        <w:r>
          <w:rPr>
            <w:color w:val="0000EE"/>
            <w:u w:val="single"/>
          </w:rPr>
          <w:t>https://ra.co/events/2203712</w:t>
        </w:r>
      </w:hyperlink>
      <w:r>
        <w:t xml:space="preserve"> - Junipero's event with Ember Electra at the Burdekin Hotel in Sydney, scheduled for July 12, 2025, promises an immersive world of dancefloors for lesbians, queer women, trans, and non-binary people. The event features a photobooth and a no-discrimination policy, ensuring a welcoming environment for all attendees. Junipero acknowledges that the event takes place on the land of the Gadigal people of the Eora Nation and pays respects to the Elders, past, present, and emerging.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rdekin.com.au/whats-on/junipero-lesbian-queer-party-sydney/" TargetMode="External"/><Relationship Id="rId10" Type="http://schemas.openxmlformats.org/officeDocument/2006/relationships/hyperlink" Target="https://burdekin.com.au/whats-on/" TargetMode="External"/><Relationship Id="rId11" Type="http://schemas.openxmlformats.org/officeDocument/2006/relationships/hyperlink" Target="https://ra.co/events/2344160" TargetMode="External"/><Relationship Id="rId12" Type="http://schemas.openxmlformats.org/officeDocument/2006/relationships/hyperlink" Target="https://ra.co/events/2390089" TargetMode="External"/><Relationship Id="rId13" Type="http://schemas.openxmlformats.org/officeDocument/2006/relationships/hyperlink" Target="https://ra.co/events/2520903" TargetMode="External"/><Relationship Id="rId14" Type="http://schemas.openxmlformats.org/officeDocument/2006/relationships/hyperlink" Target="https://ra.co/events/2203712" TargetMode="External"/><Relationship Id="rId15" Type="http://schemas.openxmlformats.org/officeDocument/2006/relationships/hyperlink" Target="https://www.starobserver.com.au/artsentertainment/for-by-the-community-junipero-founder-erin-duncan-on-the-importance-of-flinta-spaces/2446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