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TLVFest returns with bold LGBTQ+ cinema and cult classics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Tel Aviv Cinematheque from October 22 to 31 for the 21st TLVFest, a lively LGBTQ+ celebration featuring award-winning international films, Israeli premieres, cult favourites and a new creative team. The festival also marks founder Yair Hochner's departure after two decades at its centre.</w:t>
      </w:r>
      <w:r/>
    </w:p>
    <w:p>
      <w:pPr>
        <w:pStyle w:val="Heading2"/>
      </w:pPr>
      <w:r>
        <w:t>Essential takeaways</w:t>
      </w:r>
      <w:r/>
      <w:r/>
    </w:p>
    <w:p>
      <w:pPr>
        <w:pStyle w:val="ListBullet"/>
        <w:spacing w:line="240" w:lineRule="auto"/>
        <w:ind w:left="720"/>
      </w:pPr>
      <w:r/>
      <w:r>
        <w:rPr>
          <w:b/>
        </w:rPr>
        <w:t>A new chapter:</w:t>
      </w:r>
      <w:r>
        <w:t xml:space="preserve"> Artistic director Gili Porat and producer Yael Lavi are leading the festival this year.</w:t>
      </w:r>
      <w:r/>
    </w:p>
    <w:p>
      <w:pPr>
        <w:pStyle w:val="ListBullet"/>
        <w:spacing w:line="240" w:lineRule="auto"/>
        <w:ind w:left="720"/>
      </w:pPr>
      <w:r/>
      <w:r>
        <w:rPr>
          <w:b/>
        </w:rPr>
        <w:t>Cult cinema on the big screen:</w:t>
      </w:r>
      <w:r>
        <w:t xml:space="preserve"> Audiences can catch a 35mm presentation of </w:t>
      </w:r>
      <w:r>
        <w:rPr>
          <w:i/>
        </w:rPr>
        <w:t>Bound</w:t>
      </w:r>
      <w:r>
        <w:t xml:space="preserve"> and a screening of </w:t>
      </w:r>
      <w:r>
        <w:rPr>
          <w:i/>
        </w:rPr>
        <w:t>The Rocky Horror Picture Show</w:t>
      </w:r>
      <w:r>
        <w:t>.</w:t>
      </w:r>
      <w:r/>
    </w:p>
    <w:p>
      <w:pPr>
        <w:pStyle w:val="ListBullet"/>
        <w:spacing w:line="240" w:lineRule="auto"/>
        <w:ind w:left="720"/>
      </w:pPr>
      <w:r/>
      <w:r>
        <w:rPr>
          <w:b/>
        </w:rPr>
        <w:t>Award-winning international films:</w:t>
      </w:r>
      <w:r>
        <w:t xml:space="preserve"> The programme includes </w:t>
      </w:r>
      <w:r>
        <w:rPr>
          <w:i/>
        </w:rPr>
        <w:t>Rose</w:t>
      </w:r>
      <w:r>
        <w:t xml:space="preserve">, </w:t>
      </w:r>
      <w:r>
        <w:rPr>
          <w:i/>
        </w:rPr>
        <w:t>Gugu's World</w:t>
      </w:r>
      <w:r>
        <w:t xml:space="preserve"> and </w:t>
      </w:r>
      <w:r>
        <w:rPr>
          <w:i/>
        </w:rPr>
        <w:t>Iván &amp; Hadoum</w:t>
      </w:r>
      <w:r>
        <w:t>, all linked to major festival recognition.</w:t>
      </w:r>
      <w:r/>
    </w:p>
    <w:p>
      <w:pPr>
        <w:pStyle w:val="ListBullet"/>
        <w:spacing w:line="240" w:lineRule="auto"/>
        <w:ind w:left="720"/>
      </w:pPr>
      <w:r/>
      <w:r>
        <w:rPr>
          <w:b/>
        </w:rPr>
        <w:t>Strong Israeli presence:</w:t>
      </w:r>
      <w:r>
        <w:t xml:space="preserve"> New local titles include </w:t>
      </w:r>
      <w:r>
        <w:rPr>
          <w:i/>
        </w:rPr>
        <w:t>A Man Walks Down the Street</w:t>
      </w:r>
      <w:r>
        <w:t xml:space="preserve">, </w:t>
      </w:r>
      <w:r>
        <w:rPr>
          <w:i/>
        </w:rPr>
        <w:t>Where To?</w:t>
      </w:r>
      <w:r>
        <w:t xml:space="preserve"> and </w:t>
      </w:r>
      <w:r>
        <w:rPr>
          <w:i/>
        </w:rPr>
        <w:t>Tell Me Everything</w:t>
      </w:r>
      <w:r>
        <w:t>.</w:t>
      </w:r>
      <w:r/>
    </w:p>
    <w:p>
      <w:pPr>
        <w:pStyle w:val="ListBullet"/>
        <w:spacing w:line="240" w:lineRule="auto"/>
        <w:ind w:left="720"/>
      </w:pPr>
      <w:r/>
      <w:r>
        <w:rPr>
          <w:b/>
        </w:rPr>
        <w:t>A changing festival:</w:t>
      </w:r>
      <w:r>
        <w:t xml:space="preserve"> Founder Yair Hochner is stepping away after 20 years as artistic director.</w:t>
      </w:r>
      <w:r/>
      <w:r/>
    </w:p>
    <w:p>
      <w:pPr>
        <w:pStyle w:val="Heading2"/>
      </w:pPr>
      <w:r>
        <w:t>A festival with a fresh point of view</w:t>
      </w:r>
      <w:r/>
    </w:p>
    <w:p>
      <w:r/>
      <w:r>
        <w:t>TLVFest is returning to the Tel Aviv Cinematheque from October 22 to 31 with an expanded programme and a new team at the helm. The festival's artistic direction now belongs to Gili Porat, with Yael Lavi producing, giving the event a clear sense of renewal without losing its established personality.</w:t>
      </w:r>
      <w:r/>
    </w:p>
    <w:p>
      <w:r/>
      <w:r>
        <w:t>The central question behind this year's selection is what changes when stories are viewed through a queer lens. That's an inviting idea rather than a dusty curatorial slogan, especially for a festival that mixes serious drama, camp comedy, documentary work and the kind of late-night crowd energy that makes cinema feel communal.</w:t>
      </w:r>
      <w:r/>
    </w:p>
    <w:p>
      <w:r/>
      <w:r>
        <w:t>Porat said the team wanted to pair familiar names with overlooked histories and emerging voices. In practice, that means audiences can choose between major European productions, new Israeli films and unexpected discoveries that may not have been on their radar at all.</w:t>
      </w:r>
      <w:r/>
    </w:p>
    <w:p>
      <w:pPr>
        <w:pStyle w:val="Heading2"/>
      </w:pPr>
      <w:r>
        <w:rPr>
          <w:i/>
        </w:rPr>
        <w:t>Bound</w:t>
      </w:r>
      <w:r>
        <w:t xml:space="preserve"> and </w:t>
      </w:r>
      <w:r>
        <w:rPr>
          <w:i/>
        </w:rPr>
        <w:t>Rocky Horror</w:t>
      </w:r>
      <w:r>
        <w:t xml:space="preserve"> bring the fun</w:t>
      </w:r>
      <w:r/>
    </w:p>
    <w:p>
      <w:r/>
      <w:r>
        <w:t xml:space="preserve">One of the most appealing events is a 35mm screening of </w:t>
      </w:r>
      <w:r>
        <w:rPr>
          <w:i/>
        </w:rPr>
        <w:t>Bound</w:t>
      </w:r>
      <w:r>
        <w:t>, the 1996 debut from Lana and Lilly Wachowski. The stylish crime thriller follows a gangster's girlfriend and an ex-con turned repairwoman as attraction, danger and a plan to steal money pull them together.</w:t>
      </w:r>
      <w:r/>
    </w:p>
    <w:p>
      <w:r/>
      <w:r>
        <w:t>Thirty years on, the film still has a sleek, tactile quality that suits the big screen. Its combination of noir shadows, sharp chemistry and tightly wound suspense makes it more than a nostalgia pick, while the 35mm presentation adds a pleasingly physical touch in an age of endless streaming menus.</w:t>
      </w:r>
      <w:r/>
    </w:p>
    <w:p>
      <w:r/>
      <w:r>
        <w:t xml:space="preserve">The festival will also screen </w:t>
      </w:r>
      <w:r>
        <w:rPr>
          <w:i/>
        </w:rPr>
        <w:t>The Rocky Horror Picture Show</w:t>
      </w:r>
      <w:r>
        <w:t>, a film practically designed for an audience that wants to dress up, shout back and enjoy the spectacle together. With the final night falling on Halloween, the costume potential is hardly subtle, and that's precisely the point.</w:t>
      </w:r>
      <w:r/>
    </w:p>
    <w:p>
      <w:pPr>
        <w:pStyle w:val="Heading2"/>
      </w:pPr>
      <w:r>
        <w:t>Major festival names meet new discoveries</w:t>
      </w:r>
      <w:r/>
    </w:p>
    <w:p>
      <w:r/>
      <w:r>
        <w:t xml:space="preserve">The international programme brings together well-known performers and films with strong festival credentials. Sandra Hüller leads </w:t>
      </w:r>
      <w:r>
        <w:rPr>
          <w:i/>
        </w:rPr>
        <w:t>Rose</w:t>
      </w:r>
      <w:r>
        <w:t xml:space="preserve">, playing a woman living under a concealed identity in 17th-century Europe, while the actress's reputation has grown rapidly through acclaimed work in </w:t>
      </w:r>
      <w:r>
        <w:rPr>
          <w:i/>
        </w:rPr>
        <w:t>Anatomy of a Fall</w:t>
      </w:r>
      <w:r>
        <w:t xml:space="preserve"> and </w:t>
      </w:r>
      <w:r>
        <w:rPr>
          <w:i/>
        </w:rPr>
        <w:t>The Zone of Interest</w:t>
      </w:r>
      <w:r>
        <w:t>.</w:t>
      </w:r>
      <w:r/>
    </w:p>
    <w:p>
      <w:r/>
      <w:r>
        <w:t xml:space="preserve">Other standouts include </w:t>
      </w:r>
      <w:r>
        <w:rPr>
          <w:i/>
        </w:rPr>
        <w:t>Gugu's World</w:t>
      </w:r>
      <w:r>
        <w:t>, about an effeminate Brazilian boy dreaming of becoming a football star while trying to protect his grandmother and avoid an intolerant father. The film's family story gives its coming-of-age drama a tender but uneasy emotional centre.</w:t>
      </w:r>
      <w:r/>
    </w:p>
    <w:p>
      <w:r/>
      <w:r>
        <w:t xml:space="preserve">Spanish drama </w:t>
      </w:r>
      <w:r>
        <w:rPr>
          <w:i/>
        </w:rPr>
        <w:t>Iván &amp; Hadoum</w:t>
      </w:r>
      <w:r>
        <w:t xml:space="preserve"> focuses on two greenhouse workers whose relationship develops in southern Spain, while </w:t>
      </w:r>
      <w:r>
        <w:rPr>
          <w:i/>
        </w:rPr>
        <w:t>Trial of Hein</w:t>
      </w:r>
      <w:r>
        <w:t xml:space="preserve"> follows a man forced to prove who he is after returning to an island community. Together, the films suggest a programme interested not only in romance, but also in belonging, memory and the pressure to perform an acceptable identity.</w:t>
      </w:r>
      <w:r/>
    </w:p>
    <w:p>
      <w:pPr>
        <w:pStyle w:val="Heading2"/>
      </w:pPr>
      <w:r>
        <w:t>From Cannes drama to RuPaul comedy</w:t>
      </w:r>
      <w:r/>
    </w:p>
    <w:p>
      <w:r/>
      <w:r>
        <w:t xml:space="preserve">The selection also has room for flamboyant genre play. </w:t>
      </w:r>
      <w:r>
        <w:rPr>
          <w:i/>
        </w:rPr>
        <w:t>Stop! That! Train!</w:t>
      </w:r>
      <w:r>
        <w:t>, produced by RuPaul, is a camp comedy set aboard a luxury train, where two attendants find themselves responsible for saving passengers during a storm. Ginger Minj and Jujubee appear, while RuPaul takes on the role of the US president.</w:t>
      </w:r>
      <w:r/>
    </w:p>
    <w:p>
      <w:r/>
      <w:r>
        <w:t xml:space="preserve">For something darker and more mischievous, </w:t>
      </w:r>
      <w:r>
        <w:rPr>
          <w:i/>
        </w:rPr>
        <w:t>The Wrong Girls</w:t>
      </w:r>
      <w:r>
        <w:t xml:space="preserve"> stars Kristen Stewart and Alia Shawkat as cash-strapped friends caught up with an experimental substance that gives them telepathic powers. Seth Rogen and Geena Davis add further star appeal to the crime comedy.</w:t>
      </w:r>
      <w:r/>
    </w:p>
    <w:p>
      <w:r/>
      <w:r>
        <w:t xml:space="preserve">The festival's international range stretches into European cinema too, with Bertrand Mandico's </w:t>
      </w:r>
      <w:r>
        <w:rPr>
          <w:i/>
        </w:rPr>
        <w:t>Roma elastica</w:t>
      </w:r>
      <w:r>
        <w:t xml:space="preserve">, starring Marion Cotillard and Noémie Merlant, and </w:t>
      </w:r>
      <w:r>
        <w:rPr>
          <w:i/>
        </w:rPr>
        <w:t>A Woman's Life</w:t>
      </w:r>
      <w:r>
        <w:t xml:space="preserve">, featuring Léa Drucker and Mélanie Thierry. </w:t>
      </w:r>
      <w:r>
        <w:rPr>
          <w:i/>
        </w:rPr>
        <w:t>Another Day</w:t>
      </w:r>
      <w:r>
        <w:t>, led by Adèle Exarchopoulos, follows an actress wrestling with alcoholism, adding a more bruised and intimate note to the line-up.</w:t>
      </w:r>
      <w:r/>
    </w:p>
    <w:p>
      <w:pPr>
        <w:pStyle w:val="Heading2"/>
      </w:pPr>
      <w:r>
        <w:t>Israeli stories take centre stage</w:t>
      </w:r>
      <w:r/>
    </w:p>
    <w:p>
      <w:r/>
      <w:r>
        <w:t xml:space="preserve">The local programme offers a similarly broad mix of relationships, identity and social history. </w:t>
      </w:r>
      <w:r>
        <w:rPr>
          <w:i/>
        </w:rPr>
        <w:t>A Man Walks Down the Street</w:t>
      </w:r>
      <w:r>
        <w:t>, directed by Yuval Hadadi, follows a man returning to Israel after 30 years and entering a relationship with a younger man.</w:t>
      </w:r>
      <w:r/>
    </w:p>
    <w:p>
      <w:r/>
      <w:r>
        <w:rPr>
          <w:i/>
        </w:rPr>
        <w:t>Where To?</w:t>
      </w:r>
      <w:r>
        <w:t xml:space="preserve"> centres on a Palestinian Uber driver and a young Israeli in Berlin, while </w:t>
      </w:r>
      <w:r>
        <w:rPr>
          <w:i/>
        </w:rPr>
        <w:t>Tell Me Everything</w:t>
      </w:r>
      <w:r>
        <w:t xml:space="preserve"> travels back to the height of the AIDS epidemic, when a boy discovers that his father is gay. The latter arrives with major Ophir Awards recognition, giving it particular weight within the Israeli competition.</w:t>
      </w:r>
      <w:r/>
    </w:p>
    <w:p>
      <w:r/>
      <w:r>
        <w:t xml:space="preserve">The late Nitzan Gilady's final feature, </w:t>
      </w:r>
      <w:r>
        <w:rPr>
          <w:i/>
        </w:rPr>
        <w:t>Thou Shalt Love</w:t>
      </w:r>
      <w:r>
        <w:t>, rounds out the programme with a story about an ultra-Orthodox yoga teacher whose marriage and faith begin to fracture. Alongside narrative films, TLVFest will present documentaries and competitions for both international and Israeli productions, offering a fuller snapshot of contemporary LGBTQ+ filmmaking.</w:t>
      </w:r>
      <w:r/>
    </w:p>
    <w:p>
      <w:pPr>
        <w:pStyle w:val="Heading2"/>
      </w:pPr>
      <w:r>
        <w:t>A new era after Hochner</w:t>
      </w:r>
      <w:r/>
    </w:p>
    <w:p>
      <w:r/>
      <w:r>
        <w:t>The festival's 21st edition is also an emotional handover. Yair Hochner, who founded TLVFest and served as its artistic director for 20 years, is leaving the role after helping establish it as a major platform for LGBTQ+ cinema in Israel.</w:t>
      </w:r>
      <w:r/>
    </w:p>
    <w:p>
      <w:r/>
      <w:r>
        <w:t>That legacy is visible in the festival's range, from influential international guests to local filmmakers and a loyal audience that keeps returning. The new team has inherited more than a calendar of screenings; it has inherited a community with its own traditions, its own taste and, on Halloween, presumably a wardrobe to match.</w:t>
      </w:r>
      <w:r/>
    </w:p>
    <w:p>
      <w:r/>
      <w:r>
        <w:t>For visitors, the best approach may be to plan around one or two must-see films, then leave space for a surprise. As Porat suggests, the most memorable screening might be the one you enter by chance.</w:t>
      </w:r>
      <w:r/>
    </w:p>
    <w:p>
      <w:r/>
      <w:r>
        <w:t>It's a small act of cinematic curiosity, but it can lead to a very good night out.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Paragraph 12: </w:t>
      </w:r>
      <w:hyperlink r:id="rId9">
        <w:r>
          <w:rPr>
            <w:color w:val="0000EE"/>
            <w:u w:val="single"/>
          </w:rPr>
          <w:t>[2]</w:t>
        </w:r>
      </w:hyperlink>
      <w:r>
        <w:t xml:space="preserve">- Paragraph 13: </w:t>
      </w:r>
      <w:hyperlink r:id="rId9">
        <w:r>
          <w:rPr>
            <w:color w:val="0000EE"/>
            <w:u w:val="single"/>
          </w:rPr>
          <w:t>[2]</w:t>
        </w:r>
      </w:hyperlink>
      <w:r>
        <w:t xml:space="preserve">- Paragraph 14: </w:t>
      </w:r>
      <w:hyperlink r:id="rId9">
        <w:r>
          <w:rPr>
            <w:color w:val="0000EE"/>
            <w:u w:val="single"/>
          </w:rPr>
          <w:t>[2]</w:t>
        </w:r>
      </w:hyperlink>
      <w:r>
        <w:t xml:space="preserve">- Paragraph 15: </w:t>
      </w:r>
      <w:hyperlink r:id="rId9">
        <w:r>
          <w:rPr>
            <w:color w:val="0000EE"/>
            <w:u w:val="single"/>
          </w:rPr>
          <w:t>[2]</w:t>
        </w:r>
      </w:hyperlink>
      <w:r>
        <w:t xml:space="preserve">- Paragraph 16: </w:t>
      </w:r>
      <w:hyperlink r:id="rId9">
        <w:r>
          <w:rPr>
            <w:color w:val="0000EE"/>
            <w:u w:val="single"/>
          </w:rPr>
          <w:t>[2]</w:t>
        </w:r>
      </w:hyperlink>
      <w:r>
        <w:t xml:space="preserve">- Paragraph 17: </w:t>
      </w:r>
      <w:hyperlink r:id="rId9">
        <w:r>
          <w:rPr>
            <w:color w:val="0000EE"/>
            <w:u w:val="single"/>
          </w:rPr>
          <w:t>[2]</w:t>
        </w:r>
      </w:hyperlink>
      <w:r>
        <w:t xml:space="preserve">- Paragraph 18: </w:t>
      </w:r>
      <w:hyperlink r:id="rId9">
        <w:r>
          <w:rPr>
            <w:color w:val="0000EE"/>
            <w:u w:val="single"/>
          </w:rPr>
          <w:t>[2]</w:t>
        </w:r>
      </w:hyperlink>
      <w:r>
        <w:t xml:space="preserve">- Paragraph 19: </w:t>
      </w:r>
      <w:hyperlink r:id="rId9">
        <w:r>
          <w:rPr>
            <w:color w:val="0000EE"/>
            <w:u w:val="single"/>
          </w:rPr>
          <w:t>[2]</w:t>
        </w:r>
      </w:hyperlink>
      <w:r>
        <w:t xml:space="preserve">- Paragraph 20: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https://www.jpost.com/israel-news/culture/article-912117</w:t>
        </w:r>
      </w:hyperlink>
      <w:r>
        <w:t xml:space="preserve"> - Please view link - unable to able to access data</w:t>
      </w:r>
      <w:r/>
    </w:p>
    <w:p>
      <w:pPr>
        <w:pStyle w:val="ListNumber"/>
        <w:spacing w:line="240" w:lineRule="auto"/>
        <w:ind w:left="720"/>
      </w:pPr>
      <w:r/>
      <w:hyperlink r:id="rId9">
        <w:r>
          <w:rPr>
            <w:color w:val="0000EE"/>
            <w:u w:val="single"/>
          </w:rPr>
          <w:t>https://www.jpost.com/israel-news/culture/article-912117</w:t>
        </w:r>
      </w:hyperlink>
      <w:r>
        <w:t xml:space="preserve"> - TLVFest, the International LGBT+ Film Festival founded by Yair Hochner, will take place at the Tel Aviv Cinematheque for the 21st year, with a new team and a diverse program, under the artistic direction of Gili Porat and produced by Yael Lavi. It will run October 22-31. Over two decades, the festival has hosted leading figures from the world of cinema, including Christine Vachon, producer of Carol and Far from Heaven; Wieland Speck, co-founder of the Teddy Award and former head of Panorama at the Berlinale; Kim Yutani, director of programming at the Sundance Film Festival; producer Jonathan King; and filmmakers Bruce LaBruce, Jamie Babbit, and Angela Robinson. Special events this year will include a 35-mm. screening of Bound, the feature debut of sisters Lana and Lilly Wachowski, who made The Matrix when they were known as the Wachowski brothers, marking the 30th anniversary of its release. Bound is a very sensual and violent story of the alliance and attraction between a gangster’s girlfriend (Jennifer Tilly) and an ex-con/repairwoman (Gina Gershon), who conspire to rob the gangster (Joe Pantoliano) of a fortune. A STILL from ‘Rose,’ which won Sandra Hüller the Silver Bear for Best Leading Performance in Berlin. (credit: Courtesy Lev Cinemas) There will also be a screening of one of the most beloved cult classics of all time, The Rocky Horror Picture Show. RuPaul, Hüller works lead diverse TLVFest lineup At the heart of the international program is Rose, directed by Markus Schleinzer, the film that won Sandra Hüller the Silver Bear for Best Leading Performance in Berlin. She plays a woman disguised as a man in the 17th century who comes to a new town and keeps her identity a secret. Hüller, who starred in Anatomy of a Fall and The Zone of Interest, is one of Europe’s leading actresses. Another highlight will be Gugu’s World, winner of the Crystal Bear and the Grand Prix of the International Jury in the Generation Kplus section at the Berlinale. Directed by Allan Deberton, the movie tells the story of an 11-year-old Brazilian boy who dreams of becoming a great soccer player, but who is considered effeminate in his community. Raised by his grandmother, who has Alzheimer’s, he will do anything to hide her illness so he won’t have to live with his father, who doesn’t accept him at all. Ian de la Rosa’s Iván &amp; Hadoum tells the story of the relationship between two greenhouse employees in southern Spain. It won the Teddy Award for Best Feature Film at Berlin. Trial of Hein, directed by Kai Stänicke, tells the story of a man who returns to his home village on a small German island after years away and is put on trial to prove his identity. Among the films that premiered at Cannes will be Roma elastica by Bertrand Mandico, starring Marion Cotillard and Noémie Merlant, about an actress in 1982 on the verge of collapse who goes to Rome to shoot what may be her final film. A Woman’s Life, with Léa Drucker and Mélanie Thierry, looks at a distinguished surgeon whose life changes suddenly when a novelist arrives to observe her for a book. Another Day, starring Adèle Exarchopoulos, tells the story of an actress struggling with alcoholism. Several new American films include Stop! That! Train! a camp comedy by Adam Shankman and produced by the drag icon RuPaul, which looks at the long-neglected world of train travel. It tells the story of two friends tapped to be attendants on a glamorous, luxury train line who save the passengers from a storm. It stars Ginger Minj and Jujubee, and RuPaul plays the US president. In the crime comedy The Wrong Girls by Dylan Meyer, Kristen Stewart and Alia Shawkat play broke best friends who become entangled with an experimental substance that gives them telepathic powers. The film also stars Seth Rogen and Geena Davis. In Noam Ash’s Bookends, starring F. Murray Abraham and Charlie Barnett, a young man moves in with his grandparents in a Jewish assisted-living facility and falls in love with his grandfather’s doctor. The Israeli program will premiere A Man Walks Down the Street, by Yuval Hadadi, starring Angel Bonanni and Uri Banai, about a man who returns to Israel after 30 years and becomes involved in a romance with a younger man. Also screening will be Where To? by Assaf Machnes, centered on the relationship between a Palestinian Uber driver and a young Israeli in Berlin, which just won Ophir Awards for its stars, Ehab Salami and Ido Tako; Tell Me Everything by Moshe Rosenthal, winner of the Ophir Award for Best Film and nine other Ophir Awards, which tells the story of a boy who, at the height of the AIDS epidemic, learns that his father is gay; and Thou Shalt Love, the final feature film by the late award-winning director Nitzan Gilady, starring Yael Elkana and Michael Moshonov, about an ultra-Orthodox yoga teacher whose marriage and faith begin to unravel. The festival will also screen documentaries, international competitions for narrative and documentary films, and host Israeli competitions for new local productions. Porat said in a statement, “When we built this year’s program, we asked what happens to the world when you look at it from a queer perspective. “Alongside familiar stars and films from the major festivals, it was important to us to discover new voices, bring forgotten histories back to the screen, and create a live encounter between film, audience and community. “I hope audiences will come not only for the films they already want to see, but will also walk into a theater by chance and walk out in love with something they didn’t know they were looking for.” Hochner departs from festival after 20 years as artistic director After 20 years, the festival bids farewell to its founder and artistic director Hochner, who established it as a central platform for LGBT+ cinema in Israel and nurtured generations of filmmakers and a loyal audience. It is one of Israel’s most anticipated film festivals every year, and one of the most fun. You can expect some interesting costumes among the audience on its final night, which falls on Halloween. The festival is supported by the Tel Aviv-Jaffa Municipality, the Culture Ministry, and Delta Air Lines.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post.com/israel-news/culture/article-9121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