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Orlando Pride Parade Photos Capture Downtown’s Joy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around downtown Orlando and Lake Eola for Come Out With Pride, turning a mild weekend into a bright, joyful showcase of colourful outfits, witty signs and community spirit. The latest photo galleries offer a vivid look at the people who made the parade feel welcoming, playful and unmistakably Orlando.</w:t>
      </w:r>
      <w:r/>
    </w:p>
    <w:p>
      <w:pPr>
        <w:pStyle w:val="Heading2"/>
      </w:pPr>
      <w:r>
        <w:t>Essential Takeaways</w:t>
      </w:r>
      <w:r/>
      <w:r/>
    </w:p>
    <w:p>
      <w:pPr>
        <w:pStyle w:val="ListBullet"/>
        <w:spacing w:line="240" w:lineRule="auto"/>
        <w:ind w:left="720"/>
      </w:pPr>
      <w:r/>
      <w:r>
        <w:rPr>
          <w:b/>
        </w:rPr>
        <w:t>A city-centre celebration:</w:t>
      </w:r>
      <w:r>
        <w:t xml:space="preserve"> The parade brought people together around downtown Orlando and Lake Eola.</w:t>
      </w:r>
      <w:r/>
    </w:p>
    <w:p>
      <w:pPr>
        <w:pStyle w:val="ListBullet"/>
        <w:spacing w:line="240" w:lineRule="auto"/>
        <w:ind w:left="720"/>
      </w:pPr>
      <w:r/>
      <w:r>
        <w:rPr>
          <w:b/>
        </w:rPr>
        <w:t>Style took centre stage:</w:t>
      </w:r>
      <w:r>
        <w:t xml:space="preserve"> Outfits, banners and clever signs supplied plenty of visual personality.</w:t>
      </w:r>
      <w:r/>
    </w:p>
    <w:p>
      <w:pPr>
        <w:pStyle w:val="ListBullet"/>
        <w:spacing w:line="240" w:lineRule="auto"/>
        <w:ind w:left="720"/>
      </w:pPr>
      <w:r/>
      <w:r>
        <w:rPr>
          <w:b/>
        </w:rPr>
        <w:t>Community was everywhere:</w:t>
      </w:r>
      <w:r>
        <w:t xml:space="preserve"> Families, friends, organisations and supporters shared the route.</w:t>
      </w:r>
      <w:r/>
    </w:p>
    <w:p>
      <w:pPr>
        <w:pStyle w:val="ListBullet"/>
        <w:spacing w:line="240" w:lineRule="auto"/>
        <w:ind w:left="720"/>
      </w:pPr>
      <w:r/>
      <w:r>
        <w:rPr>
          <w:b/>
        </w:rPr>
        <w:t>The weather helped:</w:t>
      </w:r>
      <w:r>
        <w:t xml:space="preserve"> Cooler conditions made standing, walking and watching more comfortable.</w:t>
      </w:r>
      <w:r/>
    </w:p>
    <w:p>
      <w:pPr>
        <w:pStyle w:val="ListBullet"/>
        <w:spacing w:line="240" w:lineRule="auto"/>
        <w:ind w:left="720"/>
      </w:pPr>
      <w:r/>
      <w:r>
        <w:rPr>
          <w:b/>
        </w:rPr>
        <w:t>The photographs tell the story:</w:t>
      </w:r>
      <w:r>
        <w:t xml:space="preserve"> Candid faces and crowd scenes capture the event’s warmth better than a formal summary ever could.</w:t>
      </w:r>
      <w:r/>
      <w:r/>
    </w:p>
    <w:p>
      <w:pPr>
        <w:pStyle w:val="Heading2"/>
      </w:pPr>
      <w:r>
        <w:t>Orlando showed up in full colour</w:t>
      </w:r>
      <w:r/>
    </w:p>
    <w:p>
      <w:r/>
      <w:r>
        <w:t>The strongest impression from the Come Out With Pride photographs is the sheer variety of people in the crowd. Some posed confidently for the camera, while others were caught laughing, chatting or waving from the parade route. Together, those small moments create a friendly, human portrait of Orlando’s LGBTQ+ community and its supporters.</w:t>
      </w:r>
      <w:r/>
    </w:p>
    <w:p>
      <w:r/>
      <w:r>
        <w:t>The celebration centred on downtown and Lake Eola, giving the event a recognisable urban backdrop without making it feel overly formal. According to Orlando Weekly’s gallery, the day was defined by camaraderie, creative signs and an unusually comfortable chill in the air. That combination made the celebration feel both energetic and relaxed.</w:t>
      </w:r>
      <w:r/>
    </w:p>
    <w:p>
      <w:pPr>
        <w:pStyle w:val="Heading2"/>
      </w:pPr>
      <w:r>
        <w:t>Why the signs and outfits matter</w:t>
      </w:r>
      <w:r/>
    </w:p>
    <w:p>
      <w:r/>
      <w:r>
        <w:t>Pride parades are visual by nature, but the best images aren’t only about sequins or rainbow colours. A hand-painted placard, a carefully chosen outfit or a shared joke can say something about identity, belonging and the freedom to be visible in public.</w:t>
      </w:r>
      <w:r/>
    </w:p>
    <w:p>
      <w:r/>
      <w:r>
        <w:t>WESH’s coverage also highlights the atmosphere through photographs, showing how personal style and public celebration sit side by side. There’s a pleasing lack of uniformity: polished looks appear alongside casual clothes, playful accessories and practical layers. In other words, there’s no single way to arrive at Pride, and the pictures make that point without needing a lecture.</w:t>
      </w:r>
      <w:r/>
    </w:p>
    <w:p>
      <w:pPr>
        <w:pStyle w:val="Heading2"/>
      </w:pPr>
      <w:r>
        <w:t>A parade built around people, not spectacle</w:t>
      </w:r>
      <w:r/>
    </w:p>
    <w:p>
      <w:r/>
      <w:r>
        <w:t>The most memorable scenes are often the quieter ones. A participant smiling at a friend, a supporter holding a sign or a group waiting patiently for the procession can convey more than a float passing by. It’s the sort of detail that makes a large event feel intimate.</w:t>
      </w:r>
      <w:r/>
    </w:p>
    <w:p>
      <w:r/>
      <w:r>
        <w:t>That people-first quality runs through Orlando Weekly’s earlier coverage of the 2024 parade as well. The images focus on expressions, gestures and shared moments rather than treating the event as a distant spectacle. For readers who couldn’t attend, that gives the galleries a useful role: they provide a sense of what it felt like to be there.</w:t>
      </w:r>
      <w:r/>
    </w:p>
    <w:p>
      <w:pPr>
        <w:pStyle w:val="Heading2"/>
      </w:pPr>
      <w:r>
        <w:t>Organisations joined the celebration too</w:t>
      </w:r>
      <w:r/>
    </w:p>
    <w:p>
      <w:r/>
      <w:r>
        <w:t>Pride events also offer a visible way for local groups and institutions to show support. Full Sail University’s Pride Club took part in the 2024 Come Out With Pride festival parade, adding a student and campus perspective to the wider celebration.</w:t>
      </w:r>
      <w:r/>
    </w:p>
    <w:p>
      <w:r/>
      <w:r>
        <w:t>The involvement of organisations can broaden the event beyond a single afternoon. It creates opportunities for people to meet, find support and see their communities represented in public. The Association of Apartment Owners and other local groups also listed the parade among their community events, underlining how widely the occasion reached across Orlando.</w:t>
      </w:r>
      <w:r/>
    </w:p>
    <w:p>
      <w:pPr>
        <w:pStyle w:val="Heading2"/>
      </w:pPr>
      <w:r>
        <w:t>What the photographs leave behind</w:t>
      </w:r>
      <w:r/>
    </w:p>
    <w:p>
      <w:r/>
      <w:r>
        <w:t>A photo gallery can’t reproduce the music, the conversation or the feeling of standing among a crowd, but it can preserve the details that memory tends to blur. The expressions, signs and brilliant flashes of colour become a visual record of a day when people gathered openly and joyfully.</w:t>
      </w:r>
      <w:r/>
    </w:p>
    <w:p>
      <w:r/>
      <w:r>
        <w:t>That may be why these galleries feel so appealing. They’re not simply documentation of a parade; they’re a collection of small reminders that Pride is made by ordinary people choosing to be visible together. And, frankly, a little sweater weather only makes the bright colours pop more.</w:t>
      </w:r>
      <w:r/>
    </w:p>
    <w:p>
      <w:r/>
      <w:r>
        <w:t>It's a small visual record of a big, welcoming day in Orlando.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[4]</w:t>
        </w:r>
      </w:hyperlink>
      <w:r>
        <w:t xml:space="preserve">, </w:t>
      </w:r>
      <w:hyperlink r:id="rId12">
        <w:r>
          <w:rPr>
            <w:color w:val="0000EE"/>
            <w:u w:val="single"/>
          </w:rPr>
          <w:t>[5]</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https://www.orlandoweekly.com/arts/photos-everyone-we-saw-at-orlandos-come-out-with-pride-parade/</w:t>
        </w:r>
      </w:hyperlink>
      <w:r>
        <w:t xml:space="preserve"> - Please view link - unable to able to access data</w:t>
      </w:r>
      <w:r/>
    </w:p>
    <w:p>
      <w:pPr>
        <w:pStyle w:val="ListNumber"/>
        <w:spacing w:line="240" w:lineRule="auto"/>
        <w:ind w:left="720"/>
      </w:pPr>
      <w:r/>
      <w:hyperlink r:id="rId9">
        <w:r>
          <w:rPr>
            <w:color w:val="0000EE"/>
            <w:u w:val="single"/>
          </w:rPr>
          <w:t>https://www.orlandoweekly.com/arts/photos-everyone-we-saw-at-orlandos-come-out-with-pride-parade/</w:t>
        </w:r>
      </w:hyperlink>
      <w:r>
        <w:t xml:space="preserve"> - This article showcases a photo gallery from Orlando's Come Out With Pride parade, highlighting the vibrant atmosphere, creative signs, and the community spirit of the event. The images capture attendees enjoying the festivities in downtown Orlando and Lake Eola Park, reflecting the camaraderie and celebratory mood of the LGBTQIA+ community during the parade.</w:t>
      </w:r>
      <w:r/>
    </w:p>
    <w:p>
      <w:pPr>
        <w:pStyle w:val="ListNumber"/>
        <w:spacing w:line="240" w:lineRule="auto"/>
        <w:ind w:left="720"/>
      </w:pPr>
      <w:r/>
      <w:hyperlink r:id="rId11">
        <w:r>
          <w:rPr>
            <w:color w:val="0000EE"/>
            <w:u w:val="single"/>
          </w:rPr>
          <w:t>https://www.orlandoweekly.com/arts/all-the-sights-and-smiles-we-saw-at-the-2024-come-out-with-pride-parade-in-orlando-38048196/</w:t>
        </w:r>
      </w:hyperlink>
      <w:r>
        <w:t xml:space="preserve"> - This piece provides an extensive photo gallery from the 2024 Come Out With Pride parade in Orlando, featuring images of the parade's participants, floats, and the enthusiastic crowd. The photos highlight the diversity and inclusivity of the event, capturing moments of joy and unity among attendees.</w:t>
      </w:r>
      <w:r/>
    </w:p>
    <w:p>
      <w:pPr>
        <w:pStyle w:val="ListNumber"/>
        <w:spacing w:line="240" w:lineRule="auto"/>
        <w:ind w:left="720"/>
      </w:pPr>
      <w:r/>
      <w:hyperlink r:id="rId10">
        <w:r>
          <w:rPr>
            <w:color w:val="0000EE"/>
            <w:u w:val="single"/>
          </w:rPr>
          <w:t>https://www.wesh.com/article/come-out-with-pride-orlando-pictures-2024/62658913</w:t>
        </w:r>
      </w:hyperlink>
      <w:r>
        <w:t xml:space="preserve"> - This article presents a collection of photographs from the 2024 Come Out With Pride parade in Orlando, showcasing the colourful and lively atmosphere of the event. The images depict participants in elaborate costumes, vibrant floats, and the enthusiastic crowd, reflecting the community's spirit and pride.</w:t>
      </w:r>
      <w:r/>
    </w:p>
    <w:p>
      <w:pPr>
        <w:pStyle w:val="ListNumber"/>
        <w:spacing w:line="240" w:lineRule="auto"/>
        <w:ind w:left="720"/>
      </w:pPr>
      <w:r/>
      <w:hyperlink r:id="rId12">
        <w:r>
          <w:rPr>
            <w:color w:val="0000EE"/>
            <w:u w:val="single"/>
          </w:rPr>
          <w:t>https://www.wesh.com/article/orlando-come-out-with-pride-2024-parade-gallery/62661538</w:t>
        </w:r>
      </w:hyperlink>
      <w:r>
        <w:t xml:space="preserve"> - This gallery features a selection of photographs from the 2024 Come Out With Pride parade in Orlando, capturing the diverse participants, creative floats, and the festive environment of the event. The images highlight the community's unity and the celebratory nature of the parade.</w:t>
      </w:r>
      <w:r/>
    </w:p>
    <w:p>
      <w:pPr>
        <w:pStyle w:val="ListNumber"/>
        <w:spacing w:line="240" w:lineRule="auto"/>
        <w:ind w:left="720"/>
      </w:pPr>
      <w:r/>
      <w:hyperlink r:id="rId13">
        <w:r>
          <w:rPr>
            <w:color w:val="0000EE"/>
            <w:u w:val="single"/>
          </w:rPr>
          <w:t>https://www.fullsail.edu/about/full-sail-stories/full-sail-pride-club-participates-in-2024-come-out-with-pride-festival-parade</w:t>
        </w:r>
      </w:hyperlink>
      <w:r>
        <w:t xml:space="preserve"> - This article details Full Sail University's Pride Club's participation in the 2024 Come Out With Pride Festival &amp; Parade in Orlando. It describes the club's pre-parade celebrations, including an afternoon dance party on campus, and their involvement in the parade, emphasising the university's commitment to diversity and inclusion.</w:t>
      </w:r>
      <w:r/>
    </w:p>
    <w:p>
      <w:pPr>
        <w:pStyle w:val="ListNumber"/>
        <w:spacing w:line="240" w:lineRule="auto"/>
        <w:ind w:left="720"/>
      </w:pPr>
      <w:r/>
      <w:hyperlink r:id="rId14">
        <w:r>
          <w:rPr>
            <w:color w:val="0000EE"/>
            <w:u w:val="single"/>
          </w:rPr>
          <w:t>https://www.aago.org/events/2024prideparade</w:t>
        </w:r>
      </w:hyperlink>
      <w:r>
        <w:t xml:space="preserve"> - This page provides information about the Apartment Association of Greater Orlando's (AAGO) participation in the 2024 Come Out With Pride Orlando Parade. It outlines the event details, including the date, time, and location, and invites members to join the parade to show support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weekly.com/arts/photos-everyone-we-saw-at-orlandos-come-out-with-pride-parade/" TargetMode="External"/><Relationship Id="rId10" Type="http://schemas.openxmlformats.org/officeDocument/2006/relationships/hyperlink" Target="https://www.wesh.com/article/come-out-with-pride-orlando-pictures-2024/62658913" TargetMode="External"/><Relationship Id="rId11" Type="http://schemas.openxmlformats.org/officeDocument/2006/relationships/hyperlink" Target="https://www.orlandoweekly.com/arts/all-the-sights-and-smiles-we-saw-at-the-2024-come-out-with-pride-parade-in-orlando-38048196/" TargetMode="External"/><Relationship Id="rId12" Type="http://schemas.openxmlformats.org/officeDocument/2006/relationships/hyperlink" Target="https://www.wesh.com/article/orlando-come-out-with-pride-2024-parade-gallery/62661538" TargetMode="External"/><Relationship Id="rId13" Type="http://schemas.openxmlformats.org/officeDocument/2006/relationships/hyperlink" Target="https://www.fullsail.edu/about/full-sail-stories/full-sail-pride-club-participates-in-2024-come-out-with-pride-festival-parade" TargetMode="External"/><Relationship Id="rId14" Type="http://schemas.openxmlformats.org/officeDocument/2006/relationships/hyperlink" Target="https://www.aago.org/events/2024pride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