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Niche Gay Halloween Costume Ideas for Last-Minute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turning Halloween into a runway for queer-coded internet jokes, camp icons and gloriously specific references. These easy gay Halloween costume ideas are made for anyone who wants something more original than another generic witch, while still being quick to assemble from clothes, make-up and a few well-chosen props.</w:t>
      </w:r>
      <w:r/>
    </w:p>
    <w:p>
      <w:pPr>
        <w:pStyle w:val="Heading2"/>
      </w:pPr>
      <w:r>
        <w:t>Essential Takeaways</w:t>
      </w:r>
      <w:r/>
      <w:r/>
    </w:p>
    <w:p>
      <w:pPr>
        <w:pStyle w:val="ListBullet"/>
        <w:spacing w:line="240" w:lineRule="auto"/>
        <w:ind w:left="720"/>
      </w:pPr>
      <w:r/>
      <w:r>
        <w:rPr>
          <w:b/>
        </w:rPr>
        <w:t>The joke is the point:</w:t>
      </w:r>
      <w:r>
        <w:t xml:space="preserve"> “Gay Halloween” refers to niche, often queer-coded online references rather than actual dislike of Halloween.</w:t>
      </w:r>
      <w:r/>
    </w:p>
    <w:p>
      <w:pPr>
        <w:pStyle w:val="ListBullet"/>
        <w:spacing w:line="240" w:lineRule="auto"/>
        <w:ind w:left="720"/>
      </w:pPr>
      <w:r/>
      <w:r>
        <w:rPr>
          <w:b/>
        </w:rPr>
        <w:t>Last-minute friendly:</w:t>
      </w:r>
      <w:r>
        <w:t xml:space="preserve"> Many ideas can be built with everyday clothes, simple make-up and one recognisable prop.</w:t>
      </w:r>
      <w:r/>
    </w:p>
    <w:p>
      <w:pPr>
        <w:pStyle w:val="ListBullet"/>
        <w:spacing w:line="240" w:lineRule="auto"/>
        <w:ind w:left="720"/>
      </w:pPr>
      <w:r/>
      <w:r>
        <w:rPr>
          <w:b/>
        </w:rPr>
        <w:t>Specific beats expensive:</w:t>
      </w:r>
      <w:r>
        <w:t xml:space="preserve"> The best costumes reward people who understand the reference, even if strangers look slightly puzzled.</w:t>
      </w:r>
      <w:r/>
    </w:p>
    <w:p>
      <w:pPr>
        <w:pStyle w:val="ListBullet"/>
        <w:spacing w:line="240" w:lineRule="auto"/>
        <w:ind w:left="720"/>
      </w:pPr>
      <w:r/>
      <w:r>
        <w:rPr>
          <w:b/>
        </w:rPr>
        <w:t>Couples have options:</w:t>
      </w:r>
      <w:r>
        <w:t xml:space="preserve"> Coordinated costumes can draw on queer pop culture, fictional pairings and playful contrasts.</w:t>
      </w:r>
      <w:r/>
    </w:p>
    <w:p>
      <w:pPr>
        <w:pStyle w:val="ListBullet"/>
        <w:spacing w:line="240" w:lineRule="auto"/>
        <w:ind w:left="720"/>
      </w:pPr>
      <w:r/>
      <w:r>
        <w:rPr>
          <w:b/>
        </w:rPr>
        <w:t>Comfort still matters:</w:t>
      </w:r>
      <w:r>
        <w:t xml:space="preserve"> Choose outfits you can move, dance and survive a crowded party in.</w:t>
      </w:r>
      <w:r/>
      <w:r/>
    </w:p>
    <w:p>
      <w:pPr>
        <w:pStyle w:val="Heading2"/>
      </w:pPr>
      <w:r>
        <w:t>Forget the Basic Witch Costume</w:t>
      </w:r>
      <w:r/>
    </w:p>
    <w:p>
      <w:r/>
      <w:r>
        <w:t>The strongest gay Halloween costume ideas don't need a large budget or an elaborate sewing pattern. They rely on recognition: one dramatic accessory, a knowing expression and a reference so niche that only three people at the party understand it. Naturally, those three people will become your new best friends.</w:t>
      </w:r>
      <w:r/>
    </w:p>
    <w:p>
      <w:r/>
      <w:r>
        <w:t>The trend sits somewhere between meme culture, queer nightlife and performance art. Her Campus describes it as dressing up as a very specific internet joke or campy cultural moment, often with a knowingly exaggerated edge. That makes the costume feel personal, rather than pulled from the same supermarket display as everyone else's plastic fangs.</w:t>
      </w:r>
      <w:r/>
    </w:p>
    <w:p>
      <w:pPr>
        <w:pStyle w:val="Heading2"/>
      </w:pPr>
      <w:r>
        <w:t>What Does “Gay Halloween” Actually Mean?</w:t>
      </w:r>
      <w:r/>
    </w:p>
    <w:p>
      <w:r/>
      <w:r>
        <w:t>The phrase isn't an attack on queer Halloween celebrations. It's an affectionate meme about costumes inspired by viral clips, pop stars, fictional characters and online moments that carry particular meaning within queer communities. The humour comes from how obscure the reference can be.</w:t>
      </w:r>
      <w:r/>
    </w:p>
    <w:p>
      <w:r/>
      <w:r>
        <w:t>That also explains why the format is so appealing. A polished costume might earn compliments, but an ultra-specific one creates a little social spark when someone recognises it. Related Her Campus guides have explored queer-coded costumes, feminist concepts and relationship-based dressing, showing how much room there is beyond the standard catalogue of horror characters.</w:t>
      </w:r>
      <w:r/>
    </w:p>
    <w:p>
      <w:pPr>
        <w:pStyle w:val="Heading2"/>
      </w:pPr>
      <w:r>
        <w:t>Easy Last-Minute Ideas That Still Feel Clever</w:t>
      </w:r>
      <w:r/>
    </w:p>
    <w:p>
      <w:r/>
      <w:r>
        <w:t>Start with what you already own. A bright top, sunglasses, a robe, a pair of boots or an over-the-top handbag can establish a character surprisingly quickly. Add a printed sign, a toy prop or a deliberately theatrical make-up choice, and the outfit becomes readable without needing a full explanation.</w:t>
      </w:r>
      <w:r/>
    </w:p>
    <w:p>
      <w:r/>
      <w:r>
        <w:t>For a sharper result, choose one central clue rather than piling on every possible detail. If the reference is visual, make the silhouette clear. If it's a phrase or meme, carry a sign or use a small card explaining the context. It may slightly reduce the mystery, but it saves you from repeating the same explanation all night.</w:t>
      </w:r>
      <w:r/>
    </w:p>
    <w:p>
      <w:pPr>
        <w:pStyle w:val="Heading2"/>
      </w:pPr>
      <w:r>
        <w:t>Couples Can Make the Reference Twice as Funny</w:t>
      </w:r>
      <w:r/>
    </w:p>
    <w:p>
      <w:r/>
      <w:r>
        <w:t>Queer couples have plenty of scope for costumes that work together without looking identical. Think opposites, iconic pairings or two halves of an internet joke. Her Campus's costume round-ups for queer couples suggest that coordination can be playful and recognisable without requiring matching outfits from head to toe.</w:t>
      </w:r>
      <w:r/>
    </w:p>
    <w:p>
      <w:r/>
      <w:r>
        <w:t>The same principle works for groups and non-traditional relationships. Assign each person a distinct role, colour or prop so the idea reads clearly in photographs. If you're dressing as a relationship dynamic rather than two individual characters, comfort and communication matter just as much as the visual gag.</w:t>
      </w:r>
      <w:r/>
    </w:p>
    <w:p>
      <w:pPr>
        <w:pStyle w:val="Heading2"/>
      </w:pPr>
      <w:r>
        <w:t>How to Make a Niche Costume Land</w:t>
      </w:r>
      <w:r/>
    </w:p>
    <w:p>
      <w:r/>
      <w:r>
        <w:t>A niche costume works best when the person wearing it commits fully. That doesn't mean spending hours on special effects; it means embracing the pose, catchphrase or dramatic attitude associated with the reference. A little confidence can turn a questionable outfit into an excellent one.</w:t>
      </w:r>
      <w:r/>
    </w:p>
    <w:p>
      <w:r/>
      <w:r>
        <w:t>There's also no need to make the costume difficult to wear. Choose shoes you can tolerate for several hours, keep props small enough for public transport and check that make-up won't melt under warm lights. Her Campus's broader Halloween coverage includes sexy, themed and identity-led ideas, but the practical lesson remains the same: the best outfit is one you'll actually enjoy wearing.</w:t>
      </w:r>
      <w:r/>
    </w:p>
    <w:p>
      <w:pPr>
        <w:pStyle w:val="Heading2"/>
      </w:pPr>
      <w:r>
        <w:t>The Future of Halloween Is Extremely Specific</w:t>
      </w:r>
      <w:r/>
    </w:p>
    <w:p>
      <w:r/>
      <w:r>
        <w:t>As online culture keeps moving at speed, costumes are becoming less about universal recognition and more about finding your people. One partygoer may arrive as a polished pop-culture icon, while another turns up as a ten-second clip that briefly dominated queer social media. Both are valid, and the second may prompt the better conversation.</w:t>
      </w:r>
      <w:r/>
    </w:p>
    <w:p>
      <w:r/>
      <w:r>
        <w:t>So yes, “gay Halloween” can be ridiculous, confusing and wonderfully overcommitted. That's part of its charm. If your costume makes one person gasp, another person ask for the explanation and a third person quietly whisper “I know exactly who you are”, you've probably got it right.</w:t>
      </w:r>
      <w:r/>
    </w:p>
    <w:p>
      <w:r/>
      <w:r>
        <w:t>It's a small, silly way to make Halloween feel more like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https://www.hercampus.com/culture/i-hate-gay-halloween-costume-ideas-easy-last-minute-niche/</w:t>
        </w:r>
      </w:hyperlink>
      <w:r>
        <w:t xml:space="preserve"> - Please view link - unable to able to access data</w:t>
      </w:r>
      <w:r/>
    </w:p>
    <w:p>
      <w:pPr>
        <w:pStyle w:val="ListNumber"/>
        <w:spacing w:line="240" w:lineRule="auto"/>
        <w:ind w:left="720"/>
      </w:pPr>
      <w:r/>
      <w:hyperlink r:id="rId10">
        <w:r>
          <w:rPr>
            <w:color w:val="0000EE"/>
            <w:u w:val="single"/>
          </w:rPr>
          <w:t>https://www.hercampus.com/wellness/queer-coded-halloween-costumes/</w:t>
        </w:r>
      </w:hyperlink>
      <w:r>
        <w:t xml:space="preserve"> - This article presents a selection of queer-coded Halloween costumes that are easy to assemble and iconic. It highlights characters like vampires, Jennifer from 'Jennifer’s Body', and others, emphasizing their queer subtexts and cultural significance. The piece aims to inspire readers with simple yet impactful costume ideas that celebrate queer representation during the Halloween season.</w:t>
      </w:r>
      <w:r/>
    </w:p>
    <w:p>
      <w:pPr>
        <w:pStyle w:val="ListNumber"/>
        <w:spacing w:line="240" w:lineRule="auto"/>
        <w:ind w:left="720"/>
      </w:pPr>
      <w:r/>
      <w:hyperlink r:id="rId12">
        <w:r>
          <w:rPr>
            <w:color w:val="0000EE"/>
            <w:u w:val="single"/>
          </w:rPr>
          <w:t>https://www.hercampus.com/school/cwu/killer-halloween-costume-ideas-for-queer-couples/</w:t>
        </w:r>
      </w:hyperlink>
      <w:r>
        <w:t xml:space="preserve"> - Tailored for queer couples, this article offers unique Halloween costume ideas to help partners stand out at parties. It emphasizes the joy of self-expression through fashion and provides creative suggestions that allow couples to showcase their individuality and shared love during the spooky season.</w:t>
      </w:r>
      <w:r/>
    </w:p>
    <w:p>
      <w:pPr>
        <w:pStyle w:val="ListNumber"/>
        <w:spacing w:line="240" w:lineRule="auto"/>
        <w:ind w:left="720"/>
      </w:pPr>
      <w:r/>
      <w:hyperlink r:id="rId11">
        <w:r>
          <w:rPr>
            <w:color w:val="0000EE"/>
            <w:u w:val="single"/>
          </w:rPr>
          <w:t>https://www.hercampus.com/life/17-sexy-halloween-costumes/</w:t>
        </w:r>
      </w:hyperlink>
      <w:r>
        <w:t xml:space="preserve"> - This piece provides a curated list of 17 sexy Halloween costumes, ranging from SWAT team members to goddesses. Each suggestion includes detailed descriptions and tips on how to assemble the look, catering to those seeking a seductive edge for their Halloween attire.</w:t>
      </w:r>
      <w:r/>
    </w:p>
    <w:p>
      <w:pPr>
        <w:pStyle w:val="ListNumber"/>
        <w:spacing w:line="240" w:lineRule="auto"/>
        <w:ind w:left="720"/>
      </w:pPr>
      <w:r/>
      <w:hyperlink r:id="rId13">
        <w:r>
          <w:rPr>
            <w:color w:val="0000EE"/>
            <w:u w:val="single"/>
          </w:rPr>
          <w:t>https://www.hercampus.com/school/exeter/iconic-costume-ideas-for-queer-couples-this-halloween/</w:t>
        </w:r>
      </w:hyperlink>
      <w:r>
        <w:t xml:space="preserve"> - Focusing on queer couples, this article suggests iconic costume ideas inspired by popular TV and film characters. It includes options like Ed and Stede from 'Our Flag Means Death', Marceline and Bubblegum from 'Adventure Time', and others, encouraging couples to express their creativity and shared interests through coordinated costumes.</w:t>
      </w:r>
      <w:r/>
    </w:p>
    <w:p>
      <w:pPr>
        <w:pStyle w:val="ListNumber"/>
        <w:spacing w:line="240" w:lineRule="auto"/>
        <w:ind w:left="720"/>
      </w:pPr>
      <w:r/>
      <w:hyperlink r:id="rId15">
        <w:r>
          <w:rPr>
            <w:color w:val="0000EE"/>
            <w:u w:val="single"/>
          </w:rPr>
          <w:t>https://www.hercampus.com/wellness/halloween-costume-ideas-polyamorous-relationships/</w:t>
        </w:r>
      </w:hyperlink>
      <w:r>
        <w:t xml:space="preserve"> - Addressing the lack of costume inspiration for polyamorous relationships, this article offers 12 unique Halloween costume ideas suitable for polyamorous couples. It emphasizes the importance of representation and provides creative suggestions that allow polyamorous individuals to celebrate their relationships during the Halloween season.</w:t>
      </w:r>
      <w:r/>
    </w:p>
    <w:p>
      <w:pPr>
        <w:pStyle w:val="ListNumber"/>
        <w:spacing w:line="240" w:lineRule="auto"/>
        <w:ind w:left="720"/>
      </w:pPr>
      <w:r/>
      <w:hyperlink r:id="rId14">
        <w:r>
          <w:rPr>
            <w:color w:val="0000EE"/>
            <w:u w:val="single"/>
          </w:rPr>
          <w:t>https://www.hercampus.com/school/nyu/20-feminist-halloween-costume-ideas/</w:t>
        </w:r>
      </w:hyperlink>
      <w:r>
        <w:t xml:space="preserve"> - This article presents 20 feminist Halloween costume ideas, including characters like Sabrina the Teenage Witch, Nancy Drew, and Kim Possible. Each suggestion is accompanied by detailed descriptions and tips on how to assemble the look, catering to those seeking empowering and creative costume options for the Halloween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culture/i-hate-gay-halloween-costume-ideas-easy-last-minute-niche/" TargetMode="External"/><Relationship Id="rId10" Type="http://schemas.openxmlformats.org/officeDocument/2006/relationships/hyperlink" Target="https://www.hercampus.com/wellness/queer-coded-halloween-costumes/" TargetMode="External"/><Relationship Id="rId11" Type="http://schemas.openxmlformats.org/officeDocument/2006/relationships/hyperlink" Target="https://www.hercampus.com/life/17-sexy-halloween-costumes/" TargetMode="External"/><Relationship Id="rId12" Type="http://schemas.openxmlformats.org/officeDocument/2006/relationships/hyperlink" Target="https://www.hercampus.com/school/cwu/killer-halloween-costume-ideas-for-queer-couples/" TargetMode="External"/><Relationship Id="rId13" Type="http://schemas.openxmlformats.org/officeDocument/2006/relationships/hyperlink" Target="https://www.hercampus.com/school/exeter/iconic-costume-ideas-for-queer-couples-this-halloween/" TargetMode="External"/><Relationship Id="rId14" Type="http://schemas.openxmlformats.org/officeDocument/2006/relationships/hyperlink" Target="https://www.hercampus.com/school/nyu/20-feminist-halloween-costume-ideas/" TargetMode="External"/><Relationship Id="rId15" Type="http://schemas.openxmlformats.org/officeDocument/2006/relationships/hyperlink" Target="https://www.hercampus.com/wellness/halloween-costume-ideas-polyamorous-relationshi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