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Halloween Costumes for 2026 Pop Culture Fans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 turning to bold LGBTQ+ pop culture references for Halloween 2026, from Chappell Roan's glittering country glamour to the instantly recognisable chemistry of Heated Rivalry. These costume ideas suit solo guests, couples and best friends, while giving fans a playful way to celebrate the year's biggest queer cultural moments.</w:t>
      </w:r>
      <w:r/>
    </w:p>
    <w:p>
      <w:pPr>
        <w:pStyle w:val="Heading2"/>
      </w:pPr>
      <w:r>
        <w:t>Essential Takeaways</w:t>
      </w:r>
      <w:r/>
      <w:r/>
    </w:p>
    <w:p>
      <w:pPr>
        <w:pStyle w:val="ListBullet"/>
        <w:spacing w:line="240" w:lineRule="auto"/>
        <w:ind w:left="720"/>
      </w:pPr>
      <w:r/>
      <w:r>
        <w:rPr>
          <w:b/>
        </w:rPr>
        <w:t>Chappell Roan is the easiest win:</w:t>
      </w:r>
      <w:r>
        <w:t xml:space="preserve"> Think cowboy boots, fringe, glitter and unapologetic colour.</w:t>
      </w:r>
      <w:r/>
    </w:p>
    <w:p>
      <w:pPr>
        <w:pStyle w:val="ListBullet"/>
        <w:spacing w:line="240" w:lineRule="auto"/>
        <w:ind w:left="720"/>
      </w:pPr>
      <w:r/>
      <w:r>
        <w:rPr>
          <w:b/>
        </w:rPr>
        <w:t>Couples have plenty of options:</w:t>
      </w:r>
      <w:r>
        <w:t xml:space="preserve"> Heated Rivalry, Hacks and Adults offer recognisable two-person costumes.</w:t>
      </w:r>
      <w:r/>
    </w:p>
    <w:p>
      <w:pPr>
        <w:pStyle w:val="ListBullet"/>
        <w:spacing w:line="240" w:lineRule="auto"/>
        <w:ind w:left="720"/>
      </w:pPr>
      <w:r/>
      <w:r>
        <w:rPr>
          <w:b/>
        </w:rPr>
        <w:t>Dolly Parton's look is wonderfully accessible:</w:t>
      </w:r>
      <w:r>
        <w:t xml:space="preserve"> Big hair, rhinestones and country glamour do most of the work.</w:t>
      </w:r>
      <w:r/>
    </w:p>
    <w:p>
      <w:pPr>
        <w:pStyle w:val="ListBullet"/>
        <w:spacing w:line="240" w:lineRule="auto"/>
        <w:ind w:left="720"/>
      </w:pPr>
      <w:r/>
      <w:r>
        <w:rPr>
          <w:b/>
        </w:rPr>
        <w:t>Niche references can be the most memorable:</w:t>
      </w:r>
      <w:r>
        <w:t xml:space="preserve"> Benedictwink and The Wicker Husband reward confident commitment.</w:t>
      </w:r>
      <w:r/>
    </w:p>
    <w:p>
      <w:pPr>
        <w:pStyle w:val="ListBullet"/>
        <w:spacing w:line="240" w:lineRule="auto"/>
        <w:ind w:left="720"/>
      </w:pPr>
      <w:r/>
      <w:r>
        <w:rPr>
          <w:b/>
        </w:rPr>
        <w:t>Comfort still matters:</w:t>
      </w:r>
      <w:r>
        <w:t xml:space="preserve"> Choose breathable layers and secure footwear if you're heading to a busy party.</w:t>
      </w:r>
      <w:r/>
      <w:r/>
    </w:p>
    <w:p>
      <w:pPr>
        <w:pStyle w:val="Heading2"/>
      </w:pPr>
      <w:r>
        <w:t>Chappell Roan brings the glitter</w:t>
      </w:r>
      <w:r/>
    </w:p>
    <w:p>
      <w:r/>
      <w:r>
        <w:t>If there's one star who seems tailor-made for Halloween, it's Chappell Roan. Her visual language is wonderfully theatrical, with campy country touches, dramatic make-up and enough sparkle to make an ordinary doorway feel like the entrance to the Pink Pony Club.</w:t>
      </w:r>
      <w:r/>
    </w:p>
    <w:p>
      <w:r/>
      <w:r>
        <w:t>The simplest route is a cowboy hat, boots, glittering fringe and a strong pink palette. Fashion coverage from ASOS and Vogue has highlighted the singer's expressive stage wardrobe, while costume guides from Manhattan Society and HerStyleCode show how easily those ideas can be adapted with high-street pieces.</w:t>
      </w:r>
      <w:r/>
    </w:p>
    <w:p>
      <w:r/>
      <w:r>
        <w:t>For a more elaborate interpretation, look towards her armour-inspired styling, statuesque green look or famously provocative red-carpet moments. The best Chappell Roan Halloween costume ideas don't need to copy every detail. They just need to feel big, playful and entirely unafraid of attention.</w:t>
      </w:r>
      <w:r/>
    </w:p>
    <w:p>
      <w:pPr>
        <w:pStyle w:val="Heading2"/>
      </w:pPr>
      <w:r>
        <w:t>Dolly Parton offers timeless country glamour</w:t>
      </w:r>
      <w:r/>
    </w:p>
    <w:p>
      <w:r/>
      <w:r>
        <w:t>Dolly Parton's appeal goes well beyond a single outfit, which makes her a particularly flexible choice. A towering blonde wig, rhinestone jewellery, a fitted dress and a little country sparkle can create the silhouette without requiring a costly replica wardrobe.</w:t>
      </w:r>
      <w:r/>
    </w:p>
    <w:p>
      <w:r/>
      <w:r>
        <w:t>Her legacy also gives the costume genuine emotional weight. History's account of Parton's career and cultural influence underlines why she remains such a beloved figure, including among LGBTQ+ audiences. Dressing as her feels celebratory rather than merely nostalgic.</w:t>
      </w:r>
      <w:r/>
    </w:p>
    <w:p>
      <w:r/>
      <w:r>
        <w:t>It's also practical. Unlike a niche film character, Dolly can be recognised from across a crowded room, and the individual pieces are easy to wear again. Add a guitar, bold sunglasses or a playful Southern drawl if you want to push the character further.</w:t>
      </w:r>
      <w:r/>
    </w:p>
    <w:p>
      <w:pPr>
        <w:pStyle w:val="Heading2"/>
      </w:pPr>
      <w:r>
        <w:t>Couples can turn chemistry into a costume</w:t>
      </w:r>
      <w:r/>
    </w:p>
    <w:p>
      <w:r/>
      <w:r>
        <w:t>For two people, Heated Rivalry is an obvious 2026 choice. Hockey jerseys make Shane and Ilya instantly legible, while a fleece, clubwear-inspired shirt or strategically chosen accessory can signal the characters to fans who know the details.</w:t>
      </w:r>
      <w:r/>
    </w:p>
    <w:p>
      <w:r/>
      <w:r>
        <w:t>The appeal is partly visual, but it's also about the relationship. Matching sportswear gives you the easy version, while contrasting off-duty looks and plenty of theatrical eye contact make the costume feel more specific. It works equally well for partners and friends who enjoy pretending to be rivals for the evening.</w:t>
      </w:r>
      <w:r/>
    </w:p>
    <w:p>
      <w:r/>
      <w:r>
        <w:t>Hacks offers another strong pairing. Deborah's sequins and leopard print can sit neatly beside Ava's relaxed, layered wardrobe, creating a satisfying contrast without forcing both wearers into matching outfits. Meanwhile, Paul and Anton from Adults give couples the option of graphic T-shirts, smart button-ups or matching campaign tops.</w:t>
      </w:r>
      <w:r/>
    </w:p>
    <w:p>
      <w:pPr>
        <w:pStyle w:val="Heading2"/>
      </w:pPr>
      <w:r>
        <w:t>The year's films are full of clever references</w:t>
      </w:r>
      <w:r/>
    </w:p>
    <w:p>
      <w:r/>
      <w:r>
        <w:t>Fans who prefer a darker or more cinematic costume have plenty to choose from. Elliot Page's Sinon in The Odyssey suggests ancient Greek armour, while Pillion's leather-clad biker look is a more adult, highly committed option for anyone already comfortable with motorcycle-inspired styling.</w:t>
      </w:r>
      <w:r/>
    </w:p>
    <w:p>
      <w:r/>
      <w:r>
        <w:t>Interview with the Vampire offers even more flexibility. Louis can be interpreted through polished period tailoring, Lestat through theatrical rock-star drama, and Daniel Molloy through glasses and a journalist's wardrobe. It means the reference can be subtle, glamorous or deliberately over-the-top.</w:t>
      </w:r>
      <w:r/>
    </w:p>
    <w:p>
      <w:r/>
      <w:r>
        <w:t>Then there's Teenage Sex and Death at Camp Miasma, where Billy's silky glamour and Kris's nerdy, layered look create a strong individual or paired costume. The blood-splattered version is especially effective, although it may be less convenient if you're visiting someone's carefully decorated home.</w:t>
      </w:r>
      <w:r/>
    </w:p>
    <w:p>
      <w:pPr>
        <w:pStyle w:val="Heading2"/>
      </w:pPr>
      <w:r>
        <w:t>Niche costumes reward a little confidence</w:t>
      </w:r>
      <w:r/>
    </w:p>
    <w:p>
      <w:r/>
      <w:r>
        <w:t>Some of the most entertaining ideas are the ones that make only a few people gasp with recognition. The viral young-Pope look known as Benedictwink needs little more than swept hair, white clothing and a small shoulder cape, but the wearer will need to embrace the joke fully.</w:t>
      </w:r>
      <w:r/>
    </w:p>
    <w:p>
      <w:r/>
      <w:r>
        <w:t>The Wicker Husband is far more ambitious. A wedding suit with woven-looking details may be enough for a casual interpretation, while crafty dressers can experiment with textured fabric, painted cardboard or lightweight wicker. Just make sure the finished costume doesn't become too heavy, hot or difficult to move in.</w:t>
      </w:r>
      <w:r/>
    </w:p>
    <w:p>
      <w:r/>
      <w:r>
        <w:t>He-Man sits somewhere between mainstream and niche. The harness, boots and bold physique-led styling are recognisable, but the character's long-standing queer appeal gives the costume an extra layer for fans who want to play with camp superhero imagery.</w:t>
      </w:r>
      <w:r/>
    </w:p>
    <w:p>
      <w:r/>
      <w:r>
        <w:t>Before buying anything, consider how quickly you get warm, whether you'll be travelling by public transport and how much room you'll need to sit down. A brilliant costume is still a poor choice if it pinches, sheds glitter everywhere or makes reaching the snack table impossible.</w:t>
      </w:r>
      <w:r/>
    </w:p>
    <w:p>
      <w:r/>
      <w:r>
        <w:t>It's the confidence and detail that turn a pop-culture reference into a memorable Halloween look.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0">
        <w:r>
          <w:rPr>
            <w:color w:val="0000EE"/>
            <w:u w:val="single"/>
          </w:rPr>
          <w:t>[3]</w:t>
        </w:r>
      </w:hyperlink>
      <w:r>
        <w:t xml:space="preserve">, </w:t>
      </w:r>
      <w:hyperlink r:id="rId11">
        <w:r>
          <w:rPr>
            <w:color w:val="0000EE"/>
            <w:u w:val="single"/>
          </w:rPr>
          <w:t>[5]</w:t>
        </w:r>
      </w:hyperlink>
      <w:r>
        <w:t xml:space="preserve">- Paragraph 3: </w:t>
      </w:r>
      <w:hyperlink r:id="rId12">
        <w:r>
          <w:rPr>
            <w:color w:val="0000EE"/>
            <w:u w:val="single"/>
          </w:rPr>
          <w:t>[6]</w:t>
        </w:r>
      </w:hyperlink>
      <w:r>
        <w:t xml:space="preserve">, </w:t>
      </w:r>
      <w:hyperlink r:id="rId13">
        <w:r>
          <w:rPr>
            <w:color w:val="0000EE"/>
            <w:u w:val="single"/>
          </w:rPr>
          <w:t>[7]</w:t>
        </w:r>
      </w:hyperlink>
      <w:r>
        <w:t xml:space="preserve">- Paragraph 4: </w:t>
      </w:r>
      <w:hyperlink r:id="rId14">
        <w:r>
          <w:rPr>
            <w:color w:val="0000EE"/>
            <w:u w:val="single"/>
          </w:rPr>
          <w:t>[4]</w:t>
        </w:r>
      </w:hyperlink>
      <w:r>
        <w:t xml:space="preserve">- Paragraph 5: </w:t>
      </w:r>
      <w:hyperlink r:id="rId9">
        <w:r>
          <w:rPr>
            <w:color w:val="0000EE"/>
            <w:u w:val="single"/>
          </w:rPr>
          <w:t>[2]</w:t>
        </w:r>
      </w:hyperlink>
      <w:r>
        <w:t xml:space="preserve">, </w:t>
      </w:r>
      <w:hyperlink r:id="rId12">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4">
        <w:r>
          <w:rPr>
            <w:color w:val="0000EE"/>
            <w:u w:val="single"/>
          </w:rPr>
          <w:t>[4]</w:t>
        </w:r>
      </w:hyperlink>
      <w:r>
        <w:t xml:space="preserve">- Paragraph 8: </w:t>
      </w:r>
      <w:hyperlink r:id="rId9">
        <w:r>
          <w:rPr>
            <w:color w:val="0000EE"/>
            <w:u w:val="single"/>
          </w:rPr>
          <w:t>[2]</w:t>
        </w:r>
      </w:hyperlink>
      <w:r>
        <w:t xml:space="preserve">, </w:t>
      </w:r>
      <w:hyperlink r:id="rId11">
        <w:r>
          <w:rPr>
            <w:color w:val="0000EE"/>
            <w:u w:val="single"/>
          </w:rPr>
          <w:t>[5]</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9">
        <w:r>
          <w:rPr>
            <w:color w:val="0000EE"/>
            <w:u w:val="single"/>
          </w:rPr>
          <w:t>[2]</w:t>
        </w:r>
      </w:hyperlink>
      <w:r>
        <w:t xml:space="preserve">, </w:t>
      </w:r>
      <w:hyperlink r:id="rId12">
        <w:r>
          <w:rPr>
            <w:color w:val="0000EE"/>
            <w:u w:val="single"/>
          </w:rPr>
          <w:t>[6]</w:t>
        </w:r>
      </w:hyperlink>
      <w:r>
        <w:t xml:space="preserve">- Paragraph 11: </w:t>
      </w:r>
      <w:hyperlink r:id="rId9">
        <w:r>
          <w:rPr>
            <w:color w:val="0000EE"/>
            <w:u w:val="single"/>
          </w:rPr>
          <w:t>[2]</w:t>
        </w:r>
      </w:hyperlink>
      <w:r>
        <w:t xml:space="preserve">, </w:t>
      </w:r>
      <w:hyperlink r:id="rId14">
        <w:r>
          <w:rPr>
            <w:color w:val="0000EE"/>
            <w:u w:val="single"/>
          </w:rPr>
          <w:t>[4]</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9">
        <w:r>
          <w:rPr>
            <w:color w:val="0000EE"/>
            <w:u w:val="single"/>
          </w:rPr>
          <w:t>[2]</w:t>
        </w:r>
      </w:hyperlink>
      <w:r>
        <w:t xml:space="preserve">, </w:t>
      </w:r>
      <w:hyperlink r:id="rId13">
        <w:r>
          <w:rPr>
            <w:color w:val="0000EE"/>
            <w:u w:val="single"/>
          </w:rPr>
          <w:t>[7]</w:t>
        </w:r>
      </w:hyperlink>
      <w:r>
        <w:t xml:space="preserve">- Paragraph 14: </w:t>
      </w:r>
      <w:hyperlink r:id="rId9">
        <w:r>
          <w:rPr>
            <w:color w:val="0000EE"/>
            <w:u w:val="single"/>
          </w:rPr>
          <w:t>[2]</w:t>
        </w:r>
      </w:hyperlink>
      <w:r>
        <w:t xml:space="preserve">, </w:t>
      </w:r>
      <w:hyperlink r:id="rId12">
        <w:r>
          <w:rPr>
            <w:color w:val="0000EE"/>
            <w:u w:val="single"/>
          </w:rPr>
          <w:t>[6]</w:t>
        </w:r>
      </w:hyperlink>
      <w:r>
        <w:t xml:space="preserve">- Paragraph 15: </w:t>
      </w:r>
      <w:hyperlink r:id="rId9">
        <w:r>
          <w:rPr>
            <w:color w:val="0000EE"/>
            <w:u w:val="single"/>
          </w:rPr>
          <w:t>[2]</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https://www.thepinknews.com/2026/10/19/lgbtq-pop-culture-2026-halloween-costumes-from-heated-rivalry-to-death-at-camp-miasma/</w:t>
        </w:r>
      </w:hyperlink>
      <w:r>
        <w:t xml:space="preserve"> - Please view link - unable to able to access data</w:t>
      </w:r>
      <w:r/>
    </w:p>
    <w:p>
      <w:pPr>
        <w:pStyle w:val="ListNumber"/>
        <w:spacing w:line="240" w:lineRule="auto"/>
        <w:ind w:left="720"/>
      </w:pPr>
      <w:r/>
      <w:hyperlink r:id="rId9">
        <w:r>
          <w:rPr>
            <w:color w:val="0000EE"/>
            <w:u w:val="single"/>
          </w:rPr>
          <w:t>https://www.thepinknews.com/2026/10/19/lgbtq-pop-culture-2026-halloween-costumes-from-heated-rivalry-to-death-at-camp-miasma/</w:t>
        </w:r>
      </w:hyperlink>
      <w:r>
        <w:t xml:space="preserve"> - This article presents a curated list of 2026 LGBTQ+ pop culture references that serve as inspiration for Halloween costumes. It highlights various figures and characters, including Chappell Roan, Dolly Parton, Elliot Page's portrayal of Sinon in 'The Odyssey', Pope Benedict XVI's youthful appearance, characters from the TV show 'Hacks', the film 'Heated Rivalry', 'Interview with the Vampire', 'Pillion', 'Teenage Sex and Death at Camp Miasma', 'The Wicker Husband', 'Adults', and 'Masters of the Universe'. Each section provides a brief overview of the character or figure, offering readers diverse ideas for their Halloween attire.</w:t>
      </w:r>
      <w:r/>
    </w:p>
    <w:p>
      <w:pPr>
        <w:pStyle w:val="ListNumber"/>
        <w:spacing w:line="240" w:lineRule="auto"/>
        <w:ind w:left="720"/>
      </w:pPr>
      <w:r/>
      <w:hyperlink r:id="rId10">
        <w:r>
          <w:rPr>
            <w:color w:val="0000EE"/>
            <w:u w:val="single"/>
          </w:rPr>
          <w:t>https://www.asos.com/us/women/fashion-feed/2024_09_03-tues/chappell-roan-looks/</w:t>
        </w:r>
      </w:hyperlink>
      <w:r>
        <w:t xml:space="preserve"> - This article delves into Chappell Roan's distinctive fashion style, highlighting her avant-garde aesthetic that draws parallels to icons like Cyndi Lauper and Lady Gaga. It showcases her eclectic wardrobe, including cowboy-inspired outfits and iconic makeup looks, emphasizing her versatility and creativity in fashion. The piece also features insights into her collaboration with stylist Genesis Webb, who has been instrumental in crafting Roan's unique image. The article provides readers with inspiration for recreating Roan's standout looks, making it a valuable resource for fashion enthusiasts and fans alike.</w:t>
      </w:r>
      <w:r/>
    </w:p>
    <w:p>
      <w:pPr>
        <w:pStyle w:val="ListNumber"/>
        <w:spacing w:line="240" w:lineRule="auto"/>
        <w:ind w:left="720"/>
      </w:pPr>
      <w:r/>
      <w:hyperlink r:id="rId14">
        <w:r>
          <w:rPr>
            <w:color w:val="0000EE"/>
            <w:u w:val="single"/>
          </w:rPr>
          <w:t>https://www.history.com/articles/dolly-parton-legacy</w:t>
        </w:r>
      </w:hyperlink>
      <w:r>
        <w:t xml:space="preserve"> - This article explores Dolly Parton's extensive influence beyond her music career, focusing on her significant contributions to LGBTQ+ rights. It details her longstanding support for the gay community, including her public endorsement of same-sex marriage in 2009 and her vocal opposition to anti-trans legislation in Tennessee in 2023. The piece highlights her inclusive worldview, as reflected in her 1991 song 'Family', and her proactive stance on marriage equality. It also touches upon her philanthropic efforts, such as supporting children's literacy and contributing to COVID-19 vaccine research, underscoring her multifaceted legacy.</w:t>
      </w:r>
      <w:r/>
    </w:p>
    <w:p>
      <w:pPr>
        <w:pStyle w:val="ListNumber"/>
        <w:spacing w:line="240" w:lineRule="auto"/>
        <w:ind w:left="720"/>
      </w:pPr>
      <w:r/>
      <w:hyperlink r:id="rId11">
        <w:r>
          <w:rPr>
            <w:color w:val="0000EE"/>
            <w:u w:val="single"/>
          </w:rPr>
          <w:t>https://www.vogue.com/article/chapell-roan-concert-outfits</w:t>
        </w:r>
      </w:hyperlink>
      <w:r>
        <w:t xml:space="preserve"> - This article examines the trend of concert-goers emulating Chappell Roan's distinctive fashion at her performances. It describes fans attending her 'Rise and Fall of a Midwestern Princess' tour dressed in a variety of outfits, from cozy fleece pajamas to provocative nightgowns and exposed lingerie. The piece highlights how Roan's avant-garde style has inspired her audience to express themselves through fashion, creating a unique concert experience that blurs the lines between performer and fan. It provides insight into the cultural impact of Roan's fashion choices on her fanbase.</w:t>
      </w:r>
      <w:r/>
    </w:p>
    <w:p>
      <w:pPr>
        <w:pStyle w:val="ListNumber"/>
        <w:spacing w:line="240" w:lineRule="auto"/>
        <w:ind w:left="720"/>
      </w:pPr>
      <w:r/>
      <w:hyperlink r:id="rId12">
        <w:r>
          <w:rPr>
            <w:color w:val="0000EE"/>
            <w:u w:val="single"/>
          </w:rPr>
          <w:t>https://www.manhattansociety.com/chappell-roan-halloween-costume-ideas/</w:t>
        </w:r>
      </w:hyperlink>
      <w:r>
        <w:t xml:space="preserve"> - This article offers a selection of Halloween costume ideas inspired by Chappell Roan's unique style. It features a variety of her iconic looks, including the 'Hot to Go' ensemble, the 'Pink Pony Club' aesthetic, and her Grammy after-party outfit with a red-wine dress and pig nose. The piece provides detailed descriptions and visual references to assist readers in recreating these costumes, making it a valuable resource for fans looking to embody Roan's distinctive fashion for Halloween.</w:t>
      </w:r>
      <w:r/>
    </w:p>
    <w:p>
      <w:pPr>
        <w:pStyle w:val="ListNumber"/>
        <w:spacing w:line="240" w:lineRule="auto"/>
        <w:ind w:left="720"/>
      </w:pPr>
      <w:r/>
      <w:hyperlink r:id="rId13">
        <w:r>
          <w:rPr>
            <w:color w:val="0000EE"/>
            <w:u w:val="single"/>
          </w:rPr>
          <w:t>https://www.herstylecode.com/outfits/chappell-roan-halloween-costume-ideas/</w:t>
        </w:r>
      </w:hyperlink>
      <w:r>
        <w:t xml:space="preserve"> - This article presents a collection of bold Halloween costume ideas inspired by Chappell Roan's eclectic fashion sense. It highlights her vibrant and eye-catching outfits, such as the 'Pink Pony Club' aesthetic, the 'Hot to Go' music video look, and the Statue of Liberty-inspired ensemble. The piece emphasizes the creativity and dedication required to replicate Roan's distinctive style, offering readers inspiration for making a statement at any festive gathering. It also provides insights into the elements that define Roan's fashion, including bold makeup, sequins, and fishnet tights.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news.com/2026/10/19/lgbtq-pop-culture-2026-halloween-costumes-from-heated-rivalry-to-death-at-camp-miasma/" TargetMode="External"/><Relationship Id="rId10" Type="http://schemas.openxmlformats.org/officeDocument/2006/relationships/hyperlink" Target="https://www.asos.com/us/women/fashion-feed/2024_09_03-tues/chappell-roan-looks/" TargetMode="External"/><Relationship Id="rId11" Type="http://schemas.openxmlformats.org/officeDocument/2006/relationships/hyperlink" Target="https://www.vogue.com/article/chapell-roan-concert-outfits" TargetMode="External"/><Relationship Id="rId12" Type="http://schemas.openxmlformats.org/officeDocument/2006/relationships/hyperlink" Target="https://www.manhattansociety.com/chappell-roan-halloween-costume-ideas/" TargetMode="External"/><Relationship Id="rId13" Type="http://schemas.openxmlformats.org/officeDocument/2006/relationships/hyperlink" Target="https://www.herstylecode.com/outfits/chappell-roan-halloween-costume-ideas/" TargetMode="External"/><Relationship Id="rId14" Type="http://schemas.openxmlformats.org/officeDocument/2006/relationships/hyperlink" Target="https://www.history.com/articles/dolly-parton-legac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