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comedy festival in Vancouver brings six days of laughs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Vancouver's Funny and Gay Comedy Festival will fill the city with queer stand-up, improv, drag and workshops from 10 to 15 November 2026. Built around local talent and familiar comedy nights, the festival offers audiences a lively way to discover the city's LGBTQ+ comedy scene, with shows spread across several venues.</w:t>
      </w:r>
      <w:r/>
    </w:p>
    <w:p>
      <w:pPr>
        <w:pStyle w:val="Heading2"/>
      </w:pPr>
      <w:r>
        <w:t>Essential Takeaways</w:t>
      </w:r>
      <w:r/>
      <w:r/>
    </w:p>
    <w:p>
      <w:pPr>
        <w:pStyle w:val="ListBullet"/>
        <w:spacing w:line="240" w:lineRule="auto"/>
        <w:ind w:left="720"/>
      </w:pPr>
      <w:r/>
      <w:r>
        <w:rPr>
          <w:b/>
        </w:rPr>
        <w:t>Six days of comedy:</w:t>
      </w:r>
      <w:r>
        <w:t xml:space="preserve"> The festival runs from 10 to 15 November 2026.</w:t>
      </w:r>
      <w:r/>
    </w:p>
    <w:p>
      <w:pPr>
        <w:pStyle w:val="ListBullet"/>
        <w:spacing w:line="240" w:lineRule="auto"/>
        <w:ind w:left="720"/>
      </w:pPr>
      <w:r/>
      <w:r>
        <w:rPr>
          <w:b/>
        </w:rPr>
        <w:t>A local line-up:</w:t>
      </w:r>
      <w:r>
        <w:t xml:space="preserve"> Expect stand-up, improv, drag performances and established queer comedy shows.</w:t>
      </w:r>
      <w:r/>
    </w:p>
    <w:p>
      <w:pPr>
        <w:pStyle w:val="ListBullet"/>
        <w:spacing w:line="240" w:lineRule="auto"/>
        <w:ind w:left="720"/>
      </w:pPr>
      <w:r/>
      <w:r>
        <w:rPr>
          <w:b/>
        </w:rPr>
        <w:t>More than evening gigs:</w:t>
      </w:r>
      <w:r>
        <w:t xml:space="preserve"> A drag brunch and stand-up workshop add variety to the programme.</w:t>
      </w:r>
      <w:r/>
    </w:p>
    <w:p>
      <w:pPr>
        <w:pStyle w:val="ListBullet"/>
        <w:spacing w:line="240" w:lineRule="auto"/>
        <w:ind w:left="720"/>
      </w:pPr>
      <w:r/>
      <w:r>
        <w:rPr>
          <w:b/>
        </w:rPr>
        <w:t>Venues across Vancouver:</w:t>
      </w:r>
      <w:r>
        <w:t xml:space="preserve"> Events take place in various locations, with ticket prices differing by show.</w:t>
      </w:r>
      <w:r/>
    </w:p>
    <w:p>
      <w:pPr>
        <w:pStyle w:val="ListBullet"/>
        <w:spacing w:line="240" w:lineRule="auto"/>
        <w:ind w:left="720"/>
      </w:pPr>
      <w:r/>
      <w:r>
        <w:rPr>
          <w:b/>
        </w:rPr>
        <w:t>A community focus:</w:t>
      </w:r>
      <w:r>
        <w:t xml:space="preserve"> The festival aims to give queer performers a bigger platform while bringing audiences together.</w:t>
      </w:r>
      <w:r/>
      <w:r/>
    </w:p>
    <w:p>
      <w:pPr>
        <w:pStyle w:val="Heading2"/>
      </w:pPr>
      <w:r>
        <w:t>Vancouver's queer comedy scene gets its own festival</w:t>
      </w:r>
      <w:r/>
    </w:p>
    <w:p>
      <w:r/>
      <w:r>
        <w:t>There is something especially appealing about a comedy festival that doesn't pretend its performers appeared from nowhere. Funny and Gay is built around Vancouver's existing LGBTQ+ comedy community, bringing familiar shows and new collaborations together under one bright, unapologetically cheerful banner.</w:t>
      </w:r>
      <w:r/>
    </w:p>
    <w:p>
      <w:r/>
      <w:r>
        <w:t xml:space="preserve">The result is a six-day programme running from 10 to 15 November 2026, with events taking place at various venues around the city. According to What's On Queer BC, the festival is designed as a celebration of queer comedy in Vancouver, rather than a one-off showcase with a single headliner. </w:t>
      </w:r>
      <w:r/>
    </w:p>
    <w:p>
      <w:pPr>
        <w:pStyle w:val="Heading2"/>
      </w:pPr>
      <w:r>
        <w:t>Stand-up, improv and drag make a lively mix</w:t>
      </w:r>
      <w:r/>
    </w:p>
    <w:p>
      <w:r/>
      <w:r>
        <w:t>The programme moves well beyond a standard night of stand-up. Audiences can expect improv, drag, workshops and comedy formats that make the festival feel more like a busy social calendar than a single stage show.</w:t>
      </w:r>
      <w:r/>
    </w:p>
    <w:p>
      <w:r/>
      <w:r>
        <w:t xml:space="preserve">Featured events include That's Gay!, Boy-ish, Comedy in the Afternoon, Camp! Comedy!, Punch Up! Comedy, QueerProv, Open Michelle and See Lai Comedy. Listings from Granville Island and Showpass also point to That's Gay! as part of the wider comedy offering, giving regular comedy-goers a few familiar doors to walk through. </w:t>
      </w:r>
      <w:r/>
    </w:p>
    <w:p>
      <w:r/>
      <w:r>
        <w:t>There is a drag brunch too, which seems like exactly the sort of event where the coffee arrives with a side of theatrical judgement. For aspiring performers, the stand-up workshop offers a chance to turn group-chat confidence into something that can survive a microphone.</w:t>
      </w:r>
      <w:r/>
    </w:p>
    <w:p>
      <w:pPr>
        <w:pStyle w:val="Heading2"/>
      </w:pPr>
      <w:r>
        <w:t>Why local talent is at the heart of it</w:t>
      </w:r>
      <w:r/>
    </w:p>
    <w:p>
      <w:r/>
      <w:r>
        <w:t>The festival was founded by Vancouver comedians Andrea Feltrin and Aron MacDonald, who saw an opportunity to connect the city's already active queer comedy spaces. MacDonald said in the festival announcement that he was struck by the number of vibrant queer spaces when he began performing stand-up.</w:t>
      </w:r>
      <w:r/>
    </w:p>
    <w:p>
      <w:r/>
      <w:r>
        <w:t>That approach matters. Instead of replacing existing shows, Funny and Gay brings them into the same conversation, making it easier for audiences to move between different styles and performers. What's On Queer BC's event coverage similarly presents the festival as a gathering point for local LGBTQ+ comedy, with community and visibility sitting alongside the laughs.</w:t>
      </w:r>
      <w:r/>
    </w:p>
    <w:p>
      <w:pPr>
        <w:pStyle w:val="Heading2"/>
      </w:pPr>
      <w:r>
        <w:t>How to choose the right Funny and Gay event</w:t>
      </w:r>
      <w:r/>
    </w:p>
    <w:p>
      <w:r/>
      <w:r>
        <w:t>If you're new to Vancouver's queer comedy circuit, a mixed bill of stand-up is likely the simplest starting point. It's a good way to sample several performers in one sitting, particularly if you prefer quick changes of pace and a room that feels energetic.</w:t>
      </w:r>
      <w:r/>
    </w:p>
    <w:p>
      <w:r/>
      <w:r>
        <w:t>Improv is a better bet if you enjoy unpredictable comedy, while drag brunch suits anyone who'd rather pair jokes with food and a daytime crowd. Check the individual listing before booking, as venues, schedules and prices vary across the festival. Showpass and local event listings can help clarify details for specific performances.</w:t>
      </w:r>
      <w:r/>
    </w:p>
    <w:p>
      <w:pPr>
        <w:pStyle w:val="Heading2"/>
      </w:pPr>
      <w:r>
        <w:t>A welcoming weekend for comedy fans and curious newcomers</w:t>
      </w:r>
      <w:r/>
    </w:p>
    <w:p>
      <w:r/>
      <w:r>
        <w:t>Funny and Gay has the makings of a useful introduction to Vancouver's LGBTQ+ comedy scene, but it should also reward people who already know the performers. Its strength is the breadth of the programme: there are polished recurring shows, special events and opportunities for new talent, all linked by a shared community.</w:t>
      </w:r>
      <w:r/>
    </w:p>
    <w:p>
      <w:r/>
      <w:r>
        <w:t>For audiences, that means the festival can be approached casually. Pick one show, build an evening around several events or simply follow the loudest laugh from one venue to the next. Either way, it offers something increasingly valuable in a crowded entertainment calendar: a chance to see local performers in rooms where the jokes feel close to home.</w:t>
      </w:r>
      <w:r/>
    </w:p>
    <w:p>
      <w:r/>
      <w:r>
        <w:t>It's a small festival idea with a big welcome.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https://www.straight.com/arts/jokes-are-queer-talent-is-local-and-laughs-are-anything-but-straight</w:t>
        </w:r>
      </w:hyperlink>
      <w:r>
        <w:t xml:space="preserve"> - Please view link - unable to able to access data</w:t>
      </w:r>
      <w:r/>
    </w:p>
    <w:p>
      <w:pPr>
        <w:pStyle w:val="ListNumber"/>
        <w:spacing w:line="240" w:lineRule="auto"/>
        <w:ind w:left="720"/>
      </w:pPr>
      <w:r/>
      <w:hyperlink r:id="rId10">
        <w:r>
          <w:rPr>
            <w:color w:val="0000EE"/>
            <w:u w:val="single"/>
          </w:rPr>
          <w:t>https://www.whatsonqueerbc.com/queer-events/funny-gay-comedy-fest</w:t>
        </w:r>
      </w:hyperlink>
      <w:r>
        <w:t xml:space="preserve"> - The Funny and Gay Comedy Festival is a six-day event in Vancouver from November 10 to 15, 2026, celebrating queer comedy with stand-up, improv, drag, and workshops. Founded by local comedians Andrea Feltrin and Aron MacDonald, the festival showcases Vancouver's vibrant LGBTQ+ comedy scene. The lineup includes shows like That's Gay!, Boy-ish, Comedy in the Afternoon, Camp! Comedy!, Punch Up! Comedy, QueerProv, Open Michelle, and See Lai Comedy, along with a drag brunch and a stand-up comedy workshop. Tickets are available through the festival's website.</w:t>
      </w:r>
      <w:r/>
    </w:p>
    <w:p>
      <w:pPr>
        <w:pStyle w:val="ListNumber"/>
        <w:spacing w:line="240" w:lineRule="auto"/>
        <w:ind w:left="720"/>
      </w:pPr>
      <w:r/>
      <w:hyperlink r:id="rId11">
        <w:r>
          <w:rPr>
            <w:color w:val="0000EE"/>
            <w:u w:val="single"/>
          </w:rPr>
          <w:t>https://www.whatsonqueerbc.com/woq-bc-stories/funny-and-gay-comedy-festival</w:t>
        </w:r>
      </w:hyperlink>
      <w:r>
        <w:t xml:space="preserve"> - The inaugural Funny and Gay Comedy Festival, running from November 10 to 15, 2026, brings together six days of queer stand-up, improv, drag, workshops, and more in Vancouver. Founded by comedians Andrea Feltrin and Aron MacDonald, the festival highlights the city's LGBTQ+ comedy scene. The lineup features established shows like That's Gay!, Boy-ish, Comedy in the Afternoon, Camp! Comedy!, Punch Up! Comedy, QueerProv, Open Michelle, and See Lai Comedy, as well as new collaborations and special events. Tickets are available on the festival's website.</w:t>
      </w:r>
      <w:r/>
    </w:p>
    <w:p>
      <w:pPr>
        <w:pStyle w:val="ListNumber"/>
        <w:spacing w:line="240" w:lineRule="auto"/>
        <w:ind w:left="720"/>
      </w:pPr>
      <w:r/>
      <w:hyperlink r:id="rId12">
        <w:r>
          <w:rPr>
            <w:color w:val="0000EE"/>
            <w:u w:val="single"/>
          </w:rPr>
          <w:t>https://www.showpass.com/thats-gay/?source_channel=discovery</w:t>
        </w:r>
      </w:hyperlink>
      <w:r>
        <w:t xml:space="preserve"> - That's Gay! Comedy is a popular queer comedy show in Vancouver, returning to Little Mountain Gallery on November 13, 2026. Hosted by Erin Purghart, the show features the city's funniest queer comedians. The event is open to all, regardless of sexual orientation, and tickets are available for purchase through Showpass.</w:t>
      </w:r>
      <w:r/>
    </w:p>
    <w:p>
      <w:pPr>
        <w:pStyle w:val="ListNumber"/>
        <w:spacing w:line="240" w:lineRule="auto"/>
        <w:ind w:left="720"/>
      </w:pPr>
      <w:r/>
      <w:hyperlink r:id="rId14">
        <w:r>
          <w:rPr>
            <w:color w:val="0000EE"/>
            <w:u w:val="single"/>
          </w:rPr>
          <w:t>https://vancouver.page/event/just-for-laughs-vancouver/</w:t>
        </w:r>
      </w:hyperlink>
      <w:r>
        <w:t xml:space="preserve"> - Just For Laughs Vancouver 2026 is Western Canada's largest comedy festival, taking place from February 12 to 22, 2026. The festival features stand-up, improv, podcasts, and sketch comedy, bringing together global superstars and rising stars across Vancouver's top theatres and comedy venues. Produced by NorthWest Comedy in partnership with Just For Entertainment Group, the festival blends world-class talent with the city's energetic comedy community.</w:t>
      </w:r>
      <w:r/>
    </w:p>
    <w:p>
      <w:pPr>
        <w:pStyle w:val="ListNumber"/>
        <w:spacing w:line="240" w:lineRule="auto"/>
        <w:ind w:left="720"/>
      </w:pPr>
      <w:r/>
      <w:hyperlink r:id="rId15">
        <w:r>
          <w:rPr>
            <w:color w:val="0000EE"/>
            <w:u w:val="single"/>
          </w:rPr>
          <w:t>https://comedycalendar.ca/event/up-next-with-emily-woods-mark-thomson/</w:t>
        </w:r>
      </w:hyperlink>
      <w:r>
        <w:t xml:space="preserve"> - Up Next with Emily Woods &amp; Mark Thomson is a comedy event at Little Mountain Gallery on September 27, 2026, as part of the 2026 Vancouver is Funny festival. The event features performances by Emily Woods and Mark Thomson, showcasing their unique comedic styles. Tickets are available through the Comedy Calendar website.</w:t>
      </w:r>
      <w:r/>
    </w:p>
    <w:p>
      <w:pPr>
        <w:pStyle w:val="ListNumber"/>
        <w:spacing w:line="240" w:lineRule="auto"/>
        <w:ind w:left="720"/>
      </w:pPr>
      <w:r/>
      <w:hyperlink r:id="rId13">
        <w:r>
          <w:rPr>
            <w:color w:val="0000EE"/>
            <w:u w:val="single"/>
          </w:rPr>
          <w:t>https://granvilleisland.com/event/thats-gay-comedy</w:t>
        </w:r>
      </w:hyperlink>
      <w:r>
        <w:t xml:space="preserve"> - That's Gay! Comedy is a queer comedy show in Vancouver, returning to the Revue Stage on Granville Island on February 22, 2026. Hosted by Erin Purghart, the show features Canada's funniest queer comedians. The event is open to all, regardless of sexual orientation, and tickets are available for purchase through Granville Island's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raight.com/arts/jokes-are-queer-talent-is-local-and-laughs-are-anything-but-straight" TargetMode="External"/><Relationship Id="rId10" Type="http://schemas.openxmlformats.org/officeDocument/2006/relationships/hyperlink" Target="https://www.whatsonqueerbc.com/queer-events/funny-gay-comedy-fest" TargetMode="External"/><Relationship Id="rId11" Type="http://schemas.openxmlformats.org/officeDocument/2006/relationships/hyperlink" Target="https://www.whatsonqueerbc.com/woq-bc-stories/funny-and-gay-comedy-festival" TargetMode="External"/><Relationship Id="rId12" Type="http://schemas.openxmlformats.org/officeDocument/2006/relationships/hyperlink" Target="https://www.showpass.com/thats-gay/?source_channel=discovery" TargetMode="External"/><Relationship Id="rId13" Type="http://schemas.openxmlformats.org/officeDocument/2006/relationships/hyperlink" Target="https://granvilleisland.com/event/thats-gay-comedy" TargetMode="External"/><Relationship Id="rId14" Type="http://schemas.openxmlformats.org/officeDocument/2006/relationships/hyperlink" Target="https://vancouver.page/event/just-for-laughs-vancouver/" TargetMode="External"/><Relationship Id="rId15" Type="http://schemas.openxmlformats.org/officeDocument/2006/relationships/hyperlink" Target="https://comedycalendar.ca/event/up-next-with-emily-woods-mark-thoms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