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CU Pride Fest 2026 Guide for Inclusive Community Events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gathered in downtown Urbana for CU Pride Fest 2026, a colourful week-long celebration of LGBTQ+ life, support and belonging. With workshops, family activities, performances, community stalls and a lively parade, the event offered a welcoming mix of practical resources and joyful moments for people across Champaign-Urbana.</w:t>
      </w:r>
      <w:r/>
    </w:p>
    <w:p>
      <w:pPr>
        <w:pStyle w:val="Heading2"/>
      </w:pPr>
      <w:r>
        <w:t>Essential Takeaways</w:t>
      </w:r>
      <w:r/>
      <w:r/>
    </w:p>
    <w:p>
      <w:pPr>
        <w:pStyle w:val="ListBullet"/>
        <w:spacing w:line="240" w:lineRule="auto"/>
        <w:ind w:left="720"/>
      </w:pPr>
      <w:r/>
      <w:r>
        <w:rPr>
          <w:b/>
        </w:rPr>
        <w:t>A week of events:</w:t>
      </w:r>
      <w:r>
        <w:t xml:space="preserve"> CU Pride Fest included discussions, workshops, family-friendly activities and entertainment.</w:t>
      </w:r>
      <w:r/>
    </w:p>
    <w:p>
      <w:pPr>
        <w:pStyle w:val="ListBullet"/>
        <w:spacing w:line="240" w:lineRule="auto"/>
        <w:ind w:left="720"/>
      </w:pPr>
      <w:r/>
      <w:r>
        <w:rPr>
          <w:b/>
        </w:rPr>
        <w:t>A colourful finale:</w:t>
      </w:r>
      <w:r>
        <w:t xml:space="preserve"> The parade and fair brought music, flags, costumes and local organisations to downtown Urbana.</w:t>
      </w:r>
      <w:r/>
    </w:p>
    <w:p>
      <w:pPr>
        <w:pStyle w:val="ListBullet"/>
        <w:spacing w:line="240" w:lineRule="auto"/>
        <w:ind w:left="720"/>
      </w:pPr>
      <w:r/>
      <w:r>
        <w:rPr>
          <w:b/>
        </w:rPr>
        <w:t>Open to everyone:</w:t>
      </w:r>
      <w:r>
        <w:t xml:space="preserve"> Organisers focused on creating a space where LGBTQ+ people, families and allies could feel welcome.</w:t>
      </w:r>
      <w:r/>
    </w:p>
    <w:p>
      <w:pPr>
        <w:pStyle w:val="ListBullet"/>
        <w:spacing w:line="240" w:lineRule="auto"/>
        <w:ind w:left="720"/>
      </w:pPr>
      <w:r/>
      <w:r>
        <w:rPr>
          <w:b/>
        </w:rPr>
        <w:t>Local support matters:</w:t>
      </w:r>
      <w:r>
        <w:t xml:space="preserve"> City programmes, transport services, churches, charities and small businesses helped make the celebration possible.</w:t>
      </w:r>
      <w:r/>
    </w:p>
    <w:p>
      <w:pPr>
        <w:pStyle w:val="ListBullet"/>
        <w:spacing w:line="240" w:lineRule="auto"/>
        <w:ind w:left="720"/>
      </w:pPr>
      <w:r/>
      <w:r>
        <w:rPr>
          <w:b/>
        </w:rPr>
        <w:t>Useful community links:</w:t>
      </w:r>
      <w:r>
        <w:t xml:space="preserve"> Visitors could discover resources alongside handmade goods, treats and cheerful festival activities.</w:t>
      </w:r>
      <w:r/>
      <w:r/>
    </w:p>
    <w:p>
      <w:pPr>
        <w:pStyle w:val="Heading2"/>
      </w:pPr>
      <w:r>
        <w:t>A colourful finale brought the community together</w:t>
      </w:r>
      <w:r/>
    </w:p>
    <w:p>
      <w:r/>
      <w:r>
        <w:t>The strongest image from CU Pride Fest 2026 was the simplest: families, friends and pets lining the streets in rainbow-coloured clothes as music drifted through downtown Urbana. The parade gave the festival a warm, open-air finale, while the adjoining fair added the friendly buzz of a local market.</w:t>
      </w:r>
      <w:r/>
    </w:p>
    <w:p>
      <w:r/>
      <w:r>
        <w:t>According to The Daily Illini, stalls offered everything from candles and baked treats to nail painting and community information. It was an easygoing combination, with serious support services sitting alongside small businesses and creative sellers.</w:t>
      </w:r>
      <w:r/>
    </w:p>
    <w:p>
      <w:r/>
      <w:r>
        <w:t>That mix is part of what makes a neighbourhood pride event feel accessible. People can arrive for the parade, stop for a conversation, find a useful organisation or simply enjoy the atmosphere without needing a fixed agenda.</w:t>
      </w:r>
      <w:r/>
    </w:p>
    <w:p>
      <w:pPr>
        <w:pStyle w:val="Heading2"/>
      </w:pPr>
      <w:r>
        <w:t>CU Pride Fest offered more than a parade</w:t>
      </w:r>
      <w:r/>
    </w:p>
    <w:p>
      <w:r/>
      <w:r>
        <w:t>The 2026 programme stretched across a full week, rather than concentrating all its energy into one afternoon. Uniting Pride promoted activities for different ages and interests, including workshops, family events, community conversations and drag performances.</w:t>
      </w:r>
      <w:r/>
    </w:p>
    <w:p>
      <w:r/>
      <w:r>
        <w:t>The organisation's official Pride Fest information described the programme as designed to offer something for everyone. That broad approach matters, particularly for visitors who may not feel comfortable in a loud parade setting but still want connection, information or a low-pressure way to participate.</w:t>
      </w:r>
      <w:r/>
    </w:p>
    <w:p>
      <w:r/>
      <w:r>
        <w:t>The University of Illinois Library also highlighted the festival's wider community role, placing it within a longer tradition of local events that bring people together. A parade may provide the big visual moment, but the quieter discussions and introductions can be just as meaningful.</w:t>
      </w:r>
      <w:r/>
    </w:p>
    <w:p>
      <w:pPr>
        <w:pStyle w:val="Heading2"/>
      </w:pPr>
      <w:r>
        <w:t>Why local backing makes a visible difference</w:t>
      </w:r>
      <w:r/>
    </w:p>
    <w:p>
      <w:r/>
      <w:r>
        <w:t>A celebration of this size depends on more than banners and floats. City departments, sponsors and community groups helped support the event, while Urbana's arts and culture programme joined local partners in backing the festival.</w:t>
      </w:r>
      <w:r/>
    </w:p>
    <w:p>
      <w:r/>
      <w:r>
        <w:t>The City of Urbana also published information about road closures connected with CU Pride Fest, a useful reminder that major public celebrations require plenty of behind-the-scenes planning. Temporary changes to traffic and access can be inconvenient, but they help create safer space for pedestrians and parade participants.</w:t>
      </w:r>
      <w:r/>
    </w:p>
    <w:p>
      <w:r/>
      <w:r>
        <w:t>Local sponsorship sends a message too. When public bodies and businesses visibly support LGBTQ+ events, their presence can make acceptance feel less abstract and more like part of everyday civic life.</w:t>
      </w:r>
      <w:r/>
    </w:p>
    <w:p>
      <w:pPr>
        <w:pStyle w:val="Heading2"/>
      </w:pPr>
      <w:r>
        <w:t>A welcoming message for LGBTQ+ young people</w:t>
      </w:r>
      <w:r/>
    </w:p>
    <w:p>
      <w:r/>
      <w:r>
        <w:t>Among the spectators was Kathy Brewer, whose "Free Mom Hugs" shirt carried a direct message of support for queer and transgender young people. Her point was especially powerful because it extended beyond friends and relatives, offering reassurance to anyone who may not receive acceptance at home.</w:t>
      </w:r>
      <w:r/>
    </w:p>
    <w:p>
      <w:r/>
      <w:r>
        <w:t>That kind of visible kindness can be small in effort but large in impact. A sign, a conversation or a welcoming organisation may give someone a sense that support exists nearby, even during a difficult period.</w:t>
      </w:r>
      <w:r/>
    </w:p>
    <w:p>
      <w:r/>
      <w:r>
        <w:t>Resources matter alongside celebration. Uniting Pride is also listed by the Disability Resource Expo as a community organisation, reinforcing the importance of connecting people with practical help as well as social events.</w:t>
      </w:r>
      <w:r/>
    </w:p>
    <w:p>
      <w:pPr>
        <w:pStyle w:val="Heading2"/>
      </w:pPr>
      <w:r>
        <w:t>Inclusion was on display from the floats to the fair</w:t>
      </w:r>
      <w:r/>
    </w:p>
    <w:p>
      <w:r/>
      <w:r>
        <w:t>Copper Creek Church used its parade float to make its position clear, with its band performing Chappell Roan's "Pink Pony Club" as the crowd clapped and sang along. The performance brought a playful pop-culture moment to the route, but its wider message was straightforward: LGBTQ+ people should know they have a place in the community.</w:t>
      </w:r>
      <w:r/>
    </w:p>
    <w:p>
      <w:r/>
      <w:r>
        <w:t>The festival's atmosphere reflected that combination of joy and reassurance. Children reached for giveaways, adults waved flags and participants danced in the street, creating a scene that felt celebratory without losing sight of why representation matters.</w:t>
      </w:r>
      <w:r/>
    </w:p>
    <w:p>
      <w:r/>
      <w:r>
        <w:t>For anyone considering attending future CU Pride Fest events, the best approach is simple: check the official programme, look out for access and travel updates, and allow time to explore the stalls as well as the main parade. The most memorable moments may happen between the headline activities.</w:t>
      </w:r>
      <w:r/>
    </w:p>
    <w:p>
      <w:r/>
      <w:r>
        <w:t>CU Pride Fest shows how celebration and practical support can share the same streets.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2">
        <w:r>
          <w:rPr>
            <w:color w:val="0000EE"/>
            <w:u w:val="single"/>
          </w:rPr>
          <w:t>[6]</w:t>
        </w:r>
      </w:hyperlink>
      <w:r>
        <w:t xml:space="preserve">, </w:t>
      </w:r>
      <w:hyperlink r:id="rId10">
        <w:r>
          <w:rPr>
            <w:color w:val="0000EE"/>
            <w:u w:val="single"/>
          </w:rPr>
          <w:t>[2]</w:t>
        </w:r>
      </w:hyperlink>
      <w:r>
        <w:t xml:space="preserve">- Paragraph 3: </w:t>
      </w:r>
      <w:hyperlink r:id="rId10">
        <w:r>
          <w:rPr>
            <w:color w:val="0000EE"/>
            <w:u w:val="single"/>
          </w:rPr>
          <w:t>[2]</w:t>
        </w:r>
      </w:hyperlink>
      <w:r>
        <w:t xml:space="preserve">, </w:t>
      </w:r>
      <w:hyperlink r:id="rId11">
        <w:r>
          <w:rPr>
            <w:color w:val="0000EE"/>
            <w:u w:val="single"/>
          </w:rPr>
          <w:t>[5]</w:t>
        </w:r>
      </w:hyperlink>
      <w:r>
        <w:t xml:space="preserve">- Paragraph 4: </w:t>
      </w:r>
      <w:hyperlink r:id="rId11">
        <w:r>
          <w:rPr>
            <w:color w:val="0000EE"/>
            <w:u w:val="single"/>
          </w:rPr>
          <w:t>[5]</w:t>
        </w:r>
      </w:hyperlink>
      <w:r>
        <w:t xml:space="preserve">, </w:t>
      </w:r>
      <w:hyperlink r:id="rId12">
        <w:r>
          <w:rPr>
            <w:color w:val="0000EE"/>
            <w:u w:val="single"/>
          </w:rPr>
          <w:t>[6]</w:t>
        </w:r>
      </w:hyperlink>
      <w:r>
        <w:t xml:space="preserve">- Paragraph 5: </w:t>
      </w:r>
      <w:hyperlink r:id="rId13">
        <w:r>
          <w:rPr>
            <w:color w:val="0000EE"/>
            <w:u w:val="single"/>
          </w:rPr>
          <w:t>[4]</w:t>
        </w:r>
      </w:hyperlink>
      <w:r>
        <w:t xml:space="preserve">, </w:t>
      </w:r>
      <w:hyperlink r:id="rId14">
        <w:r>
          <w:rPr>
            <w:color w:val="0000EE"/>
            <w:u w:val="single"/>
          </w:rPr>
          <w:t>[3]</w:t>
        </w:r>
      </w:hyperlink>
      <w:r>
        <w:t xml:space="preserve">- Paragraph 6: </w:t>
      </w:r>
      <w:hyperlink r:id="rId14">
        <w:r>
          <w:rPr>
            <w:color w:val="0000EE"/>
            <w:u w:val="single"/>
          </w:rPr>
          <w:t>[3]</w:t>
        </w:r>
      </w:hyperlink>
      <w:r>
        <w:t xml:space="preserve">, </w:t>
      </w:r>
      <w:hyperlink r:id="rId13">
        <w:r>
          <w:rPr>
            <w:color w:val="0000EE"/>
            <w:u w:val="single"/>
          </w:rPr>
          <w:t>[4]</w:t>
        </w:r>
      </w:hyperlink>
      <w:r>
        <w:t xml:space="preserve">- Paragraph 7: </w:t>
      </w:r>
      <w:hyperlink r:id="rId15">
        <w:r>
          <w:rPr>
            <w:color w:val="0000EE"/>
            <w:u w:val="single"/>
          </w:rPr>
          <w:t>[7]</w:t>
        </w:r>
      </w:hyperlink>
      <w:r>
        <w:t xml:space="preserve">, </w:t>
      </w:r>
      <w:hyperlink r:id="rId10">
        <w:r>
          <w:rPr>
            <w:color w:val="0000EE"/>
            <w:u w:val="single"/>
          </w:rPr>
          <w:t>[2]</w:t>
        </w:r>
      </w:hyperlink>
      <w:r>
        <w:t xml:space="preserve">- Paragraph 8: </w:t>
      </w:r>
      <w:hyperlink r:id="rId15">
        <w:r>
          <w:rPr>
            <w:color w:val="0000EE"/>
            <w:u w:val="single"/>
          </w:rPr>
          <w:t>[7]</w:t>
        </w:r>
      </w:hyperlink>
      <w:r>
        <w:t xml:space="preserve">, </w:t>
      </w:r>
      <w:hyperlink r:id="rId10">
        <w:r>
          <w:rPr>
            <w:color w:val="0000EE"/>
            <w:u w:val="single"/>
          </w:rPr>
          <w:t>[2]</w:t>
        </w:r>
      </w:hyperlink>
      <w:r>
        <w:t xml:space="preserve">- Paragraph 9: </w:t>
      </w:r>
      <w:hyperlink r:id="rId10">
        <w:r>
          <w:rPr>
            <w:color w:val="0000EE"/>
            <w:u w:val="single"/>
          </w:rPr>
          <w:t>[2]</w:t>
        </w:r>
      </w:hyperlink>
      <w:r>
        <w:t xml:space="preserve">, </w:t>
      </w:r>
      <w:hyperlink r:id="rId11">
        <w:r>
          <w:rPr>
            <w:color w:val="0000EE"/>
            <w:u w:val="single"/>
          </w:rPr>
          <w:t>[5]</w:t>
        </w:r>
      </w:hyperlink>
      <w:r>
        <w:t xml:space="preserve">- Paragraph 10: </w:t>
      </w:r>
      <w:hyperlink r:id="rId10">
        <w:r>
          <w:rPr>
            <w:color w:val="0000EE"/>
            <w:u w:val="single"/>
          </w:rPr>
          <w:t>[2]</w:t>
        </w:r>
      </w:hyperlink>
      <w:r>
        <w:t xml:space="preserve">, </w:t>
      </w:r>
      <w:hyperlink r:id="rId13">
        <w:r>
          <w:rPr>
            <w:color w:val="0000EE"/>
            <w:u w:val="single"/>
          </w:rPr>
          <w:t>[4]</w:t>
        </w:r>
      </w:hyperlink>
      <w:r>
        <w:t xml:space="preserve">- Paragraph 11: </w:t>
      </w:r>
      <w:hyperlink r:id="rId11">
        <w:r>
          <w:rPr>
            <w:color w:val="0000EE"/>
            <w:u w:val="single"/>
          </w:rPr>
          <w:t>[5]</w:t>
        </w:r>
      </w:hyperlink>
      <w:r>
        <w:t xml:space="preserve">, </w:t>
      </w:r>
      <w:hyperlink r:id="rId12">
        <w:r>
          <w:rPr>
            <w:color w:val="0000EE"/>
            <w:u w:val="single"/>
          </w:rPr>
          <w:t>[6]</w:t>
        </w:r>
      </w:hyperlink>
      <w:r>
        <w:t xml:space="preserve">- Paragraph 12: </w:t>
      </w:r>
      <w:hyperlink r:id="rId10">
        <w:r>
          <w:rPr>
            <w:color w:val="0000EE"/>
            <w:u w:val="single"/>
          </w:rPr>
          <w:t>[2]</w:t>
        </w:r>
      </w:hyperlink>
      <w:r>
        <w:t xml:space="preserve">, </w:t>
      </w:r>
      <w:hyperlink r:id="rId14">
        <w:r>
          <w:rPr>
            <w:color w:val="0000EE"/>
            <w:u w:val="single"/>
          </w:rPr>
          <w:t>[3]</w:t>
        </w:r>
      </w:hyperlink>
      <w:r>
        <w:t xml:space="preserve">- Paragraph 13: </w:t>
      </w:r>
      <w:hyperlink r:id="rId10">
        <w:r>
          <w:rPr>
            <w:color w:val="0000EE"/>
            <w:u w:val="single"/>
          </w:rPr>
          <w:t>[2]</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https://dailyillini.com/buzz-stories/buzz-community/2026/10/19/16th-annual-pride-fest/</w:t>
        </w:r>
      </w:hyperlink>
      <w:r>
        <w:t xml:space="preserve"> - Please view link - unable to able to access data</w:t>
      </w:r>
      <w:r/>
    </w:p>
    <w:p>
      <w:pPr>
        <w:pStyle w:val="ListNumber"/>
        <w:spacing w:line="240" w:lineRule="auto"/>
        <w:ind w:left="720"/>
      </w:pPr>
      <w:r/>
      <w:hyperlink r:id="rId10">
        <w:r>
          <w:rPr>
            <w:color w:val="0000EE"/>
            <w:u w:val="single"/>
          </w:rPr>
          <w:t>https://unitingpride.org/pridefest2026/</w:t>
        </w:r>
      </w:hyperlink>
      <w:r>
        <w:t xml:space="preserve"> - Uniting Pride's official page for the 2026 CU Pride Fest, scheduled for October 17, 2026. The page provides details on event registration, including vendor and parade tickets, and highlights the Drag Extravaganza featuring drag icon Jorgeous and local performers. It also outlines various sponsorship opportunities at different levels, such as Double Rainbow Sponsor and Rainbow Sponsors, to support the festival and its mission.</w:t>
      </w:r>
      <w:r/>
    </w:p>
    <w:p>
      <w:pPr>
        <w:pStyle w:val="ListNumber"/>
        <w:spacing w:line="240" w:lineRule="auto"/>
        <w:ind w:left="720"/>
      </w:pPr>
      <w:r/>
      <w:hyperlink r:id="rId14">
        <w:r>
          <w:rPr>
            <w:color w:val="0000EE"/>
            <w:u w:val="single"/>
          </w:rPr>
          <w:t>https://www.urbanail.gov/public-works/page/cu-pride-fest-related-road-closures-0</w:t>
        </w:r>
      </w:hyperlink>
      <w:r>
        <w:t xml:space="preserve"> - The City of Urbana's Public Works Department announced road closures for CU Pride Fest 2026 on October 17, 2026. Streets in downtown Urbana, including Main Street, Race Street, and Water Street, will be closed from approximately 8:30 am to 8 pm to accommodate the event's vendor fair and related activities. The parade is scheduled to start at 1 pm, with additional road closures on West Elm Street from 12 pm to 8 pm.</w:t>
      </w:r>
      <w:r/>
    </w:p>
    <w:p>
      <w:pPr>
        <w:pStyle w:val="ListNumber"/>
        <w:spacing w:line="240" w:lineRule="auto"/>
        <w:ind w:left="720"/>
      </w:pPr>
      <w:r/>
      <w:hyperlink r:id="rId13">
        <w:r>
          <w:rPr>
            <w:color w:val="0000EE"/>
            <w:u w:val="single"/>
          </w:rPr>
          <w:t>https://www.urbanail.gov/community-development-services/page/city-urbana-and-arts-culture-program-double-rainbow-sponsor-cu</w:t>
        </w:r>
      </w:hyperlink>
      <w:r>
        <w:t xml:space="preserve"> - The City of Urbana and its Arts &amp; Culture Program have been announced as the Double Rainbow Sponsor for CU Pride Fest 2026. This sponsorship reflects the city's commitment to equity, inclusion, and creating a welcoming environment for all individuals. The support aims to enhance and improve the living experience for residents and visitors during the festival.</w:t>
      </w:r>
      <w:r/>
    </w:p>
    <w:p>
      <w:pPr>
        <w:pStyle w:val="ListNumber"/>
        <w:spacing w:line="240" w:lineRule="auto"/>
        <w:ind w:left="720"/>
      </w:pPr>
      <w:r/>
      <w:hyperlink r:id="rId11">
        <w:r>
          <w:rPr>
            <w:color w:val="0000EE"/>
            <w:u w:val="single"/>
          </w:rPr>
          <w:t>https://www.library.illinois.edu/sousa/2026/10/15/one-community-together-pride-fest-show-returns-october-17-2026/</w:t>
        </w:r>
      </w:hyperlink>
      <w:r>
        <w:t xml:space="preserve"> - The Sousa Archives and Center for American Music at the University of Illinois announced the return of the 'One Community Together through Music' show as part of CU Pride Fest 2026. Scheduled for October 17, 2026, the event will feature music performances by local ensembles and children's educational activities. The OCT stage will be located at the intersection of Urbana’s Broadway and Main Streets, with all activities free and open to the public.</w:t>
      </w:r>
      <w:r/>
    </w:p>
    <w:p>
      <w:pPr>
        <w:pStyle w:val="ListNumber"/>
        <w:spacing w:line="240" w:lineRule="auto"/>
        <w:ind w:left="720"/>
      </w:pPr>
      <w:r/>
      <w:hyperlink r:id="rId12">
        <w:r>
          <w:rPr>
            <w:color w:val="0000EE"/>
            <w:u w:val="single"/>
          </w:rPr>
          <w:t>https://festivalnet.com/61151/Champaign-Illinois/Festivals/C-U-Pride-Festival</w:t>
        </w:r>
      </w:hyperlink>
      <w:r>
        <w:t xml:space="preserve"> - FestivalNet provides information about the C-U Pride Festival 2026, highlighting it as a significant event in Champaign, Illinois. The festival is scheduled for October 17, 2026, from 1 pm to 5 pm, featuring three stages of entertainment, a variety of food booths, and over 100 exhibitors. The event is free to attend and aims to celebrate and support the LGBTQ+ community in East Central Illinois.</w:t>
      </w:r>
      <w:r/>
    </w:p>
    <w:p>
      <w:pPr>
        <w:pStyle w:val="ListNumber"/>
        <w:spacing w:line="240" w:lineRule="auto"/>
        <w:ind w:left="720"/>
      </w:pPr>
      <w:r/>
      <w:hyperlink r:id="rId15">
        <w:r>
          <w:rPr>
            <w:color w:val="0000EE"/>
            <w:u w:val="single"/>
          </w:rPr>
          <w:t>https://www.disabilityresourceexpo.org/resource/uniting-pride/</w:t>
        </w:r>
      </w:hyperlink>
      <w:r>
        <w:t xml:space="preserve"> - The Disability Resource Expo features Uniting Pride as an exhibitor, highlighting the organization's role in advocating for the equality, wellness, and visibility of the LGBTQ+ community in Champaign County. Established in 2009, Uniting Pride offers support and social groups, community-building events, education, clothing drives, arts festivals, and political advocacy, aiming to create a community where individuals with marginalized gender and sexual identities can live fulfilling lives.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dailyillini.com/buzz-stories/buzz-community/2026/10/19/16th-annual-pride-fest/" TargetMode="External"/><Relationship Id="rId10" Type="http://schemas.openxmlformats.org/officeDocument/2006/relationships/hyperlink" Target="https://unitingpride.org/pridefest2026/" TargetMode="External"/><Relationship Id="rId11" Type="http://schemas.openxmlformats.org/officeDocument/2006/relationships/hyperlink" Target="https://www.library.illinois.edu/sousa/2026/10/15/one-community-together-pride-fest-show-returns-october-17-2026/" TargetMode="External"/><Relationship Id="rId12" Type="http://schemas.openxmlformats.org/officeDocument/2006/relationships/hyperlink" Target="https://festivalnet.com/61151/Champaign-Illinois/Festivals/C-U-Pride-Festival" TargetMode="External"/><Relationship Id="rId13" Type="http://schemas.openxmlformats.org/officeDocument/2006/relationships/hyperlink" Target="https://www.urbanail.gov/community-development-services/page/city-urbana-and-arts-culture-program-double-rainbow-sponsor-cu" TargetMode="External"/><Relationship Id="rId14" Type="http://schemas.openxmlformats.org/officeDocument/2006/relationships/hyperlink" Target="https://www.urbanail.gov/public-works/page/cu-pride-fest-related-road-closures-0" TargetMode="External"/><Relationship Id="rId15" Type="http://schemas.openxmlformats.org/officeDocument/2006/relationships/hyperlink" Target="https://www.disabilityresourceexpo.org/resource/uniting-prid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