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 Second Healing Creates LGBTQ+ Breast Cancer Support in Philadelphia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affected by breast cancer will gather in Philadelphia for a thoughtful evening of meditation, writing and art, offering LGBTQ+ survivors, carers and loved ones a gentle space to process grief, recognise survivorship and reconnect with community during Breast Cancer Awareness Month.</w:t>
      </w:r>
      <w:r/>
    </w:p>
    <w:p>
      <w:pPr>
        <w:pStyle w:val="Heading2"/>
      </w:pPr>
      <w:r>
        <w:t>Essential Takeaways</w:t>
      </w:r>
      <w:r/>
      <w:r/>
    </w:p>
    <w:p>
      <w:pPr>
        <w:pStyle w:val="ListBullet"/>
        <w:spacing w:line="240" w:lineRule="auto"/>
        <w:ind w:left="720"/>
      </w:pPr>
      <w:r/>
      <w:r>
        <w:rPr>
          <w:b/>
        </w:rPr>
        <w:t>A welcoming gathering:</w:t>
      </w:r>
      <w:r>
        <w:t xml:space="preserve"> The event is designed for LGBTQ+ people affected by breast cancer, including carers and those supporting loved ones.</w:t>
      </w:r>
      <w:r/>
    </w:p>
    <w:p>
      <w:pPr>
        <w:pStyle w:val="ListBullet"/>
        <w:spacing w:line="240" w:lineRule="auto"/>
        <w:ind w:left="720"/>
      </w:pPr>
      <w:r/>
      <w:r>
        <w:rPr>
          <w:b/>
        </w:rPr>
        <w:t>Creative ways to heal:</w:t>
      </w:r>
      <w:r>
        <w:t xml:space="preserve"> Attendees can try meditation, memoir writing and art rather than relying on one form of expression.</w:t>
      </w:r>
      <w:r/>
    </w:p>
    <w:p>
      <w:pPr>
        <w:pStyle w:val="ListBullet"/>
        <w:spacing w:line="240" w:lineRule="auto"/>
        <w:ind w:left="720"/>
      </w:pPr>
      <w:r/>
      <w:r>
        <w:rPr>
          <w:b/>
        </w:rPr>
        <w:t>A focus on survivorship:</w:t>
      </w:r>
      <w:r>
        <w:t xml:space="preserve"> The evening explores guilt, grief, recurrence fears and the emotional weight that can remain long after treatment.</w:t>
      </w:r>
      <w:r/>
    </w:p>
    <w:p>
      <w:pPr>
        <w:pStyle w:val="ListBullet"/>
        <w:spacing w:line="240" w:lineRule="auto"/>
        <w:ind w:left="720"/>
      </w:pPr>
      <w:r/>
      <w:r>
        <w:rPr>
          <w:b/>
        </w:rPr>
        <w:t>Practical inclusion:</w:t>
      </w:r>
      <w:r>
        <w:t xml:space="preserve"> Information will cover LGBTQ+ and trans experiences of breast cancer, including challenges when accessing healthcare.</w:t>
      </w:r>
      <w:r/>
    </w:p>
    <w:p>
      <w:pPr>
        <w:pStyle w:val="ListBullet"/>
        <w:spacing w:line="240" w:lineRule="auto"/>
        <w:ind w:left="720"/>
      </w:pPr>
      <w:r/>
      <w:r>
        <w:rPr>
          <w:b/>
        </w:rPr>
        <w:t>A quiet, human setting:</w:t>
      </w:r>
      <w:r>
        <w:t xml:space="preserve"> The programme combines reflection with conversation, creative materials and small touches intended to make the room feel less clinical.</w:t>
      </w:r>
      <w:r/>
      <w:r/>
    </w:p>
    <w:p>
      <w:pPr>
        <w:pStyle w:val="Heading2"/>
      </w:pPr>
      <w:r>
        <w:t>A softer kind of breast cancer support</w:t>
      </w:r>
      <w:r/>
    </w:p>
    <w:p>
      <w:r/>
      <w:r>
        <w:t>Breast cancer treatment may end, but the emotional aftershocks can linger. For many people, survivorship brings relief alongside anxiety, changed body image and the uneasy knowledge that recurrence is still possible.</w:t>
      </w:r>
      <w:r/>
    </w:p>
    <w:p>
      <w:r/>
      <w:r>
        <w:t>That is the thinking behind "A Second Healing: A Gathering", a Philadelphia event hosted by artist, memoir facilitator and breast cancer advocate Susan DiPronio. The evening will take place at The Church of Saint Luke &amp; The Epiphany, creating a setting that feels deliberately removed from the usual hospital environment.</w:t>
      </w:r>
      <w:r/>
    </w:p>
    <w:p>
      <w:r/>
      <w:r>
        <w:t>The event sits within a wider calendar of breast cancer support initiatives, from specialist summits listed by Living Beyond Breast Cancer and the Breast Cancer Recovery Association to community-led walks and sharing circles. Together, they reflect a growing understanding that support needs to continue well beyond diagnosis and treatment.</w:t>
      </w:r>
      <w:r/>
    </w:p>
    <w:p>
      <w:pPr>
        <w:pStyle w:val="Heading2"/>
      </w:pPr>
      <w:r>
        <w:t>Why an LGBTQ+ focused space matters</w:t>
      </w:r>
      <w:r/>
    </w:p>
    <w:p>
      <w:r/>
      <w:r>
        <w:t>Breast cancer doesn't affect every community in the same way. LGBTQ+ people may face added pressure around appearance, identity and disclosure, while some may hesitate to discuss their health with medical professionals who don't understand their needs.</w:t>
      </w:r>
      <w:r/>
    </w:p>
    <w:p>
      <w:r/>
      <w:r>
        <w:t>That gap can make an already exhausting experience feel lonelier. A gathering built specifically around LGBTQ+ experiences gives people permission to talk plainly, or not talk at all, without having to explain the basics of their identity first.</w:t>
      </w:r>
      <w:r/>
    </w:p>
    <w:p>
      <w:r/>
      <w:r>
        <w:t>This kind of tailored support also echoes the broader direction of breast cancer organisations and events, which increasingly combine medical information with peer connection. PinkSync's event programme, for example, points to the importance of bringing people together around shared experiences rather than treating support as a one-size-fits-all service.</w:t>
      </w:r>
      <w:r/>
    </w:p>
    <w:p>
      <w:pPr>
        <w:pStyle w:val="Heading2"/>
      </w:pPr>
      <w:r>
        <w:t>Writing, art and meditation offer different routes through grief</w:t>
      </w:r>
      <w:r/>
    </w:p>
    <w:p>
      <w:r/>
      <w:r>
        <w:t>The evening won't ask everyone to heal in the same way. A short meditation will open the gathering, followed by creative activities designed to help participants explore feelings that can be difficult to say aloud.</w:t>
      </w:r>
      <w:r/>
    </w:p>
    <w:p>
      <w:r/>
      <w:r>
        <w:t>One exercise invites attendees to write a letter of forgiveness to themselves for surviving, or to someone they've lost. It sounds simple, but that small change of perspective can make room for complicated emotions, including survivor's guilt and the sense that life has moved on while grief remains.</w:t>
      </w:r>
      <w:r/>
    </w:p>
    <w:p>
      <w:r/>
      <w:r>
        <w:t>Art supplies will also be available for anyone who finds images, colour or photography more natural than words. That flexibility matters, especially in a group where some people may be newly processing their experience and others may have been carrying it quietly for years.</w:t>
      </w:r>
      <w:r/>
    </w:p>
    <w:p>
      <w:pPr>
        <w:pStyle w:val="Heading2"/>
      </w:pPr>
      <w:r>
        <w:t>What attendees can expect from the evening</w:t>
      </w:r>
      <w:r/>
    </w:p>
    <w:p>
      <w:r/>
      <w:r>
        <w:t>The gathering is scheduled for 6pm to 8pm on 28 October at The Church of Saint Luke &amp; The Epiphany, 330 South 13th Street, Philadelphia. It is intended for people who have had breast cancer, supported a loved one or cared for someone affected by the disease.</w:t>
      </w:r>
      <w:r/>
    </w:p>
    <w:p>
      <w:r/>
      <w:r>
        <w:t>Participants can expect a mix of stillness, guided reflection and informal community. There will also be booklets covering LGBTQ+ concerns related to breast cancer, including information focused on trans experiences.</w:t>
      </w:r>
      <w:r/>
    </w:p>
    <w:p>
      <w:r/>
      <w:r>
        <w:t>For anyone considering attending a support event, the practical question is often whether they need to arrive ready to share. They don't. A good gathering should allow people to listen, create, write a few lines or simply sit with others who understand.</w:t>
      </w:r>
      <w:r/>
    </w:p>
    <w:p>
      <w:pPr>
        <w:pStyle w:val="Heading2"/>
      </w:pPr>
      <w:r>
        <w:t>The wider conversation is moving beyond awareness</w:t>
      </w:r>
      <w:r/>
    </w:p>
    <w:p>
      <w:r/>
      <w:r>
        <w:t>Breast Cancer Awareness Month often brings a flood of pink branding, fundraising and reminders to check symptoms. Those campaigns have value, but events like this add a more intimate layer: what happens after the posters come down?</w:t>
      </w:r>
      <w:r/>
    </w:p>
    <w:p>
      <w:r/>
      <w:r>
        <w:t>Across the sector, large conferences, online summits, fundraising events and local sharing circles offer different kinds of help. The Breast Cancer Summit listings and community events from organisations such as the Metastatic Breast Cancer Alliance show how support now spans education, recovery, advocacy and companionship.</w:t>
      </w:r>
      <w:r/>
    </w:p>
    <w:p>
      <w:r/>
      <w:r>
        <w:t>Still, there is no substitute for a room where people can speak honestly about the lasting impact of illness. As DiPronio's message suggests, survivorship isn't only about getting through treatment. It's also about learning to inhabit life afterwards, with all its uncertainty and possibility.</w:t>
      </w:r>
      <w:r/>
    </w:p>
    <w:p>
      <w:r/>
      <w:r>
        <w:t>A thoughtful space can make that next step feel a little less solitary.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[4]</w:t>
        </w:r>
      </w:hyperlink>
      <w:r>
        <w:t xml:space="preserve">- Paragraph 9: </w:t>
      </w:r>
      <w:hyperlink r:id="rId14">
        <w:r>
          <w:rPr>
            <w:color w:val="0000EE"/>
            <w:u w:val="single"/>
          </w:rPr>
          <w:t>[5]</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3">
        <w:r>
          <w:rPr>
            <w:color w:val="0000EE"/>
            <w:u w:val="single"/>
          </w:rPr>
          <w:t>[4]</w:t>
        </w:r>
      </w:hyperlink>
      <w:r>
        <w:t xml:space="preserve">, </w:t>
      </w:r>
      <w:hyperlink r:id="rId11">
        <w:r>
          <w:rPr>
            <w:color w:val="0000EE"/>
            <w:u w:val="single"/>
          </w:rPr>
          <w:t>[6]</w:t>
        </w:r>
      </w:hyperlink>
      <w:r>
        <w:t xml:space="preserve">- Paragraph 12: </w:t>
      </w:r>
      <w:hyperlink r:id="rId14">
        <w:r>
          <w:rPr>
            <w:color w:val="0000EE"/>
            <w:u w:val="single"/>
          </w:rPr>
          <w:t>[5]</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3">
        <w:r>
          <w:rPr>
            <w:color w:val="0000EE"/>
            <w:u w:val="single"/>
          </w:rPr>
          <w:t>[4]</w:t>
        </w:r>
      </w:hyperlink>
      <w:r>
        <w:t xml:space="preserve">- Paragraph 14: </w:t>
      </w:r>
      <w:hyperlink r:id="rId12">
        <w:r>
          <w:rPr>
            <w:color w:val="0000EE"/>
            <w:u w:val="single"/>
          </w:rPr>
          <w:t>[3]</w:t>
        </w:r>
      </w:hyperlink>
      <w:r>
        <w:t xml:space="preserve">, </w:t>
      </w:r>
      <w:hyperlink r:id="rId11">
        <w:r>
          <w:rPr>
            <w:color w:val="0000EE"/>
            <w:u w:val="single"/>
          </w:rPr>
          <w:t>[6]</w:t>
        </w:r>
      </w:hyperlink>
      <w:r>
        <w:t xml:space="preserve">- Paragraph 15: </w:t>
      </w:r>
      <w:hyperlink r:id="rId14">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3">
        <w:r>
          <w:rPr>
            <w:color w:val="0000EE"/>
            <w:u w:val="single"/>
          </w:rPr>
          <w:t>[4]</w:t>
        </w:r>
      </w:hyperlink>
      <w:r>
        <w:t xml:space="preserve">, </w:t>
      </w:r>
      <w:hyperlink r:id="rId11">
        <w:r>
          <w:rPr>
            <w:color w:val="0000EE"/>
            <w:u w:val="single"/>
          </w:rPr>
          <w:t>[6]</w:t>
        </w:r>
      </w:hyperlink>
      <w:r>
        <w:t xml:space="preserve">- Paragraph 18: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https://epgn.com/2026/10/19/upcoming-event-creates-space-for-lgbtq-people-affected-by-breast-cancer/</w:t>
        </w:r>
      </w:hyperlink>
      <w:r>
        <w:t xml:space="preserve"> - Please view link - unable to able to access data</w:t>
      </w:r>
      <w:r/>
    </w:p>
    <w:p>
      <w:pPr>
        <w:pStyle w:val="ListNumber"/>
        <w:spacing w:line="240" w:lineRule="auto"/>
        <w:ind w:left="720"/>
      </w:pPr>
      <w:r/>
      <w:hyperlink r:id="rId10">
        <w:r>
          <w:rPr>
            <w:color w:val="0000EE"/>
            <w:u w:val="single"/>
          </w:rPr>
          <w:t>https://www.lbbc.org/community/events/2026-breast-cancer-summit</w:t>
        </w:r>
      </w:hyperlink>
      <w:r>
        <w:t xml:space="preserve"> - The 2026 Living Beyond Breast Cancer Summit, held on October 3, 2026, in Philadelphia, offered attendees practical guidance on treatment decisions, testing, survivorship, nutrition, sexual health, and living well. The event featured a keynote address by Dr. Monique Gary, focusing on survivorship and thrivership, and included sessions on sexual health after a breast cancer diagnosis. The summit provided both in-person and virtual participation options, aiming to support individuals at various stages of their breast cancer journey.</w:t>
      </w:r>
      <w:r/>
    </w:p>
    <w:p>
      <w:pPr>
        <w:pStyle w:val="ListNumber"/>
        <w:spacing w:line="240" w:lineRule="auto"/>
        <w:ind w:left="720"/>
      </w:pPr>
      <w:r/>
      <w:hyperlink r:id="rId12">
        <w:r>
          <w:rPr>
            <w:color w:val="0000EE"/>
            <w:u w:val="single"/>
          </w:rPr>
          <w:t>https://www.breastcancersummit.com/</w:t>
        </w:r>
      </w:hyperlink>
      <w:r>
        <w:t xml:space="preserve"> - The 2026 Breast Cancer Summit, scheduled for October 21, 2026, at The Lannin in East Meadow, New York, is set to feature CNN Anchor and Senior National Correspondent Sara Sidner as the keynote speaker. Sidner, a breast cancer survivor and advocate, will share her experiences and insights. The event is currently at capacity, with registration closed, but a replay of the summit will be available in early November. For general inquiries, attendees are encouraged to contact BreastCancerSummit@lipsg.com.</w:t>
      </w:r>
      <w:r/>
    </w:p>
    <w:p>
      <w:pPr>
        <w:pStyle w:val="ListNumber"/>
        <w:spacing w:line="240" w:lineRule="auto"/>
        <w:ind w:left="720"/>
      </w:pPr>
      <w:r/>
      <w:hyperlink r:id="rId13">
        <w:r>
          <w:rPr>
            <w:color w:val="0000EE"/>
            <w:u w:val="single"/>
          </w:rPr>
          <w:t>https://www.pinksync.org/main-event</w:t>
        </w:r>
      </w:hyperlink>
      <w:r>
        <w:t xml:space="preserve"> - PINK SYNC's fourth annual main event, themed 'Summit Strong,' is scheduled for October 24, 2026, at Awardco Lindon in Lindon, Utah. The event aims to connect breast cancer patients and survivors with specialists and resources to support them through every stage of their journey. Attendees can expect inspiring speakers, practical breakout sessions, helpful vendors, lunch, giveaways, and more. Keynote speaker Megan Johnson, CEO and President of Spanish Fork Hospital and a recent breast cancer survivor, will share her insights.</w:t>
      </w:r>
      <w:r/>
    </w:p>
    <w:p>
      <w:pPr>
        <w:pStyle w:val="ListNumber"/>
        <w:spacing w:line="240" w:lineRule="auto"/>
        <w:ind w:left="720"/>
      </w:pPr>
      <w:r/>
      <w:hyperlink r:id="rId14">
        <w:r>
          <w:rPr>
            <w:color w:val="0000EE"/>
            <w:u w:val="single"/>
          </w:rPr>
          <w:t>https://www.bakesforbreastcancer.org/</w:t>
        </w:r>
      </w:hyperlink>
      <w:r>
        <w:t xml:space="preserve"> - Bakes for Breast Cancer is a fundraising initiative that partners with restaurants and bakeries to donate proceeds from dessert sales during designated event weeks. The 2026 event schedule includes locations in Maryland, Washington DC, Virginia, and other regions, with specific dates ranging from October 16 to October 22. The funds raised support breast cancer research, aiming to end cancer by funding prevention and treatment research. Since 1999, the initiative has funded over 20 up-and-coming breast cancer researchers.</w:t>
      </w:r>
      <w:r/>
    </w:p>
    <w:p>
      <w:pPr>
        <w:pStyle w:val="ListNumber"/>
        <w:spacing w:line="240" w:lineRule="auto"/>
        <w:ind w:left="720"/>
      </w:pPr>
      <w:r/>
      <w:hyperlink r:id="rId11">
        <w:r>
          <w:rPr>
            <w:color w:val="0000EE"/>
            <w:u w:val="single"/>
          </w:rPr>
          <w:t>https://www.breastcancerrecovery.org/breast-cancer-recovery-summit</w:t>
        </w:r>
      </w:hyperlink>
      <w:r>
        <w:t xml:space="preserve"> - The Breast Cancer Recovery Summit, organised by Well Beyond Breast Cancer, is set for November 15, 2026, from 12 to 4 PM at Home Studios in New York City. The event focuses on education, movement, and community, addressing challenges such as pain, fatigue, tightness, neuropathy, lymphedema, and changes in mobility that can persist after treatment. The summit aims to provide answers, practical ways to manage treatment-related side effects, and connections with experts and trusted resources.</w:t>
      </w:r>
      <w:r/>
    </w:p>
    <w:p>
      <w:pPr>
        <w:pStyle w:val="ListNumber"/>
        <w:spacing w:line="240" w:lineRule="auto"/>
        <w:ind w:left="720"/>
      </w:pPr>
      <w:r/>
      <w:hyperlink r:id="rId15">
        <w:r>
          <w:rPr>
            <w:color w:val="0000EE"/>
            <w:u w:val="single"/>
          </w:rPr>
          <w:t>https://www.bmcc.cuny.edu/event/breast-cancer-awareness-walk-and-sharing-circle/</w:t>
        </w:r>
      </w:hyperlink>
      <w:r>
        <w:t xml:space="preserve"> - BMCC is hosting a Breast Cancer Awareness Walk and Sharing Circle on October 20, 2026, from 12:00 PM to 2:00 PM at 199 Chambers Street, S-342. The event aims to honour survivors, remember those lost, and raise awareness about early detection and health equity. Organised by the Elizabeth Margaritis Butson Women’s Center, the gathering includes a walk along the Hudson, opportunities to share stories, connect to resources, and uplift one another in the spirit of healing and action.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pgn.com/2026/10/19/upcoming-event-creates-space-for-lgbtq-people-affected-by-breast-cancer/" TargetMode="External"/><Relationship Id="rId10" Type="http://schemas.openxmlformats.org/officeDocument/2006/relationships/hyperlink" Target="https://www.lbbc.org/community/events/2026-breast-cancer-summit" TargetMode="External"/><Relationship Id="rId11" Type="http://schemas.openxmlformats.org/officeDocument/2006/relationships/hyperlink" Target="https://www.breastcancerrecovery.org/breast-cancer-recovery-summit" TargetMode="External"/><Relationship Id="rId12" Type="http://schemas.openxmlformats.org/officeDocument/2006/relationships/hyperlink" Target="https://www.breastcancersummit.com/" TargetMode="External"/><Relationship Id="rId13" Type="http://schemas.openxmlformats.org/officeDocument/2006/relationships/hyperlink" Target="https://www.pinksync.org/main-event" TargetMode="External"/><Relationship Id="rId14" Type="http://schemas.openxmlformats.org/officeDocument/2006/relationships/hyperlink" Target="https://www.bakesforbreastcancer.org/" TargetMode="External"/><Relationship Id="rId15" Type="http://schemas.openxmlformats.org/officeDocument/2006/relationships/hyperlink" Target="https://www.bmcc.cuny.edu/event/breast-cancer-awareness-walk-and-sharing-circ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