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Transgender Day of Remembrance in Erie Offers Space to Reflect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members in Erie, Pennsylvania, will gather on 20 November at 6pm for Transgender Day of Remembrance, honouring transgender and gender-expressive people who died through anti-transgender violence, systemic pressures or suicide. The annual observance offers a quiet, human moment of remembrance, solidarity and shared reflection.</w:t>
      </w:r>
      <w:r/>
    </w:p>
    <w:p>
      <w:pPr>
        <w:pStyle w:val="Heading2"/>
      </w:pPr>
      <w:r>
        <w:t>Essential Takeaways</w:t>
      </w:r>
      <w:r/>
      <w:r/>
    </w:p>
    <w:p>
      <w:pPr>
        <w:pStyle w:val="ListBullet"/>
        <w:spacing w:line="240" w:lineRule="auto"/>
        <w:ind w:left="720"/>
      </w:pPr>
      <w:r/>
      <w:r>
        <w:rPr>
          <w:b/>
        </w:rPr>
        <w:t>When:</w:t>
      </w:r>
      <w:r>
        <w:t xml:space="preserve"> The remembrance takes place on 20 November at 6pm.</w:t>
      </w:r>
      <w:r/>
    </w:p>
    <w:p>
      <w:pPr>
        <w:pStyle w:val="ListBullet"/>
        <w:spacing w:line="240" w:lineRule="auto"/>
        <w:ind w:left="720"/>
      </w:pPr>
      <w:r/>
      <w:r>
        <w:rPr>
          <w:b/>
        </w:rPr>
        <w:t>Where:</w:t>
      </w:r>
      <w:r>
        <w:t xml:space="preserve"> The event is being held at the Unitarian Universalist Church, 7180 Perry Highway, Erie.</w:t>
      </w:r>
      <w:r/>
    </w:p>
    <w:p>
      <w:pPr>
        <w:pStyle w:val="ListBullet"/>
        <w:spacing w:line="240" w:lineRule="auto"/>
        <w:ind w:left="720"/>
      </w:pPr>
      <w:r/>
      <w:r>
        <w:rPr>
          <w:b/>
        </w:rPr>
        <w:t>Why it matters:</w:t>
      </w:r>
      <w:r>
        <w:t xml:space="preserve"> Attendees will remember transgender and gender-expressive people whose lives were lost.</w:t>
      </w:r>
      <w:r/>
    </w:p>
    <w:p>
      <w:pPr>
        <w:pStyle w:val="ListBullet"/>
        <w:spacing w:line="240" w:lineRule="auto"/>
        <w:ind w:left="720"/>
      </w:pPr>
      <w:r/>
      <w:r>
        <w:rPr>
          <w:b/>
        </w:rPr>
        <w:t>What to expect:</w:t>
      </w:r>
      <w:r>
        <w:t xml:space="preserve"> Participants will read names and share brief notes about those being honoured.</w:t>
      </w:r>
      <w:r/>
    </w:p>
    <w:p>
      <w:pPr>
        <w:pStyle w:val="ListBullet"/>
        <w:spacing w:line="240" w:lineRule="auto"/>
        <w:ind w:left="720"/>
      </w:pPr>
      <w:r/>
      <w:r>
        <w:rPr>
          <w:b/>
        </w:rPr>
        <w:t>Atmosphere:</w:t>
      </w:r>
      <w:r>
        <w:t xml:space="preserve"> It is intended as a solemn, respectful gathering rather than a celebratory event.</w:t>
      </w:r>
      <w:r/>
      <w:r/>
    </w:p>
    <w:p>
      <w:pPr>
        <w:pStyle w:val="Heading2"/>
      </w:pPr>
      <w:r>
        <w:t>Erie community prepares for a solemn evening</w:t>
      </w:r>
      <w:r/>
    </w:p>
    <w:p>
      <w:r/>
      <w:r>
        <w:t>The annual Transgender Day of Remembrance in Erie will centre on names, lives and the stories behind them. According to Erie Gay News, TransFamily of Northwestern Pennsylvania has invited the wider community to attend the observance at the Unitarian Universalist Church.</w:t>
      </w:r>
      <w:r/>
    </w:p>
    <w:p>
      <w:r/>
      <w:r>
        <w:t>Reading names aloud can feel simple, but it carries real weight. A name turns an abstract figure into a person, while a short note offers a glimpse of the life, relationships and individuality that violence and loss can otherwise reduce to a statistic.</w:t>
      </w:r>
      <w:r/>
    </w:p>
    <w:p>
      <w:pPr>
        <w:pStyle w:val="Heading2"/>
      </w:pPr>
      <w:r>
        <w:t>Why Transgender Day of Remembrance still matters</w:t>
      </w:r>
      <w:r/>
    </w:p>
    <w:p>
      <w:r/>
      <w:r>
        <w:t>The observance honours people who died as a result of anti-transgender violence, hate, related systemic pressures or suicide. That broad focus reflects the complicated realities facing many transgender and gender-expansive people, where direct violence can sit alongside isolation, discrimination and barriers to support.</w:t>
      </w:r>
      <w:r/>
    </w:p>
    <w:p>
      <w:r/>
      <w:r>
        <w:t>The gathering also creates room for grief without asking people to process it alone. For families, friends and allies, that shared presence can be a small but meaningful act of care.</w:t>
      </w:r>
      <w:r/>
    </w:p>
    <w:p>
      <w:pPr>
        <w:pStyle w:val="Heading2"/>
      </w:pPr>
      <w:r>
        <w:t>A church setting designed for reflection</w:t>
      </w:r>
      <w:r/>
    </w:p>
    <w:p>
      <w:r/>
      <w:r>
        <w:t>The event will take place at the Unitarian Universalist Church on Perry Highway. The church's public information describes its Erie facilities and community spaces, while its contact and visitor pages can help attendees find practical details before arriving.</w:t>
      </w:r>
      <w:r/>
    </w:p>
    <w:p>
      <w:r/>
      <w:r>
        <w:t>For anyone unfamiliar with the venue, checking directions in advance is sensible, particularly if you are attending with family members or need accessible parking. A quiet, prepared arrival can make the evening feel less daunting.</w:t>
      </w:r>
      <w:r/>
    </w:p>
    <w:p>
      <w:pPr>
        <w:pStyle w:val="Heading2"/>
      </w:pPr>
      <w:r>
        <w:t>What attendees can expect on the night</w:t>
      </w:r>
      <w:r/>
    </w:p>
    <w:p>
      <w:r/>
      <w:r>
        <w:t>Participants will have the opportunity to read the names of those being remembered, alongside a brief note about their lives. That format keeps the focus personal and gives attendees a way to take part, whether they come as relatives, friends, supporters or simply members of the local community.</w:t>
      </w:r>
      <w:r/>
    </w:p>
    <w:p>
      <w:r/>
      <w:r>
        <w:t>There is no need to arrive with the perfect words. Listening respectfully, allowing space for emotion and treating every name with care are more important than saying something polished. Sometimes presence is the most useful contribution.</w:t>
      </w:r>
      <w:r/>
    </w:p>
    <w:p>
      <w:pPr>
        <w:pStyle w:val="Heading2"/>
      </w:pPr>
      <w:r>
        <w:t>A shared invitation to remember</w:t>
      </w:r>
      <w:r/>
    </w:p>
    <w:p>
      <w:r/>
      <w:r>
        <w:t>TransFamily of Northwestern Pennsylvania's invitation is deliberately broad, welcoming everyone to an event that belongs to the whole community. The church's wider mission and facilities make it a natural setting for a public gathering rooted in dignity and reflection.</w:t>
      </w:r>
      <w:r/>
    </w:p>
    <w:p>
      <w:r/>
      <w:r>
        <w:t>As November approaches, the evening offers an opportunity to remember those lost while also recognising the importance of safer, more supportive communities. It is a serious occasion, but it needn't be faced in silence or isolation.</w:t>
      </w:r>
      <w:r/>
    </w:p>
    <w:p>
      <w:r/>
      <w:r>
        <w:t>A respectful gathering can help keep names, lives and memories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2">
        <w:r>
          <w:rPr>
            <w:color w:val="0000EE"/>
            <w:u w:val="single"/>
          </w:rPr>
          <w:t>[5]</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1">
        <w:r>
          <w:rPr>
            <w:color w:val="0000EE"/>
            <w:u w:val="single"/>
          </w:rPr>
          <w:t>[4]</w:t>
        </w:r>
      </w:hyperlink>
      <w:r>
        <w:t xml:space="preserve">- Paragraph 15: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https://www.eriegaynews.com/news/article.php?recordid=202611erietdorpromo&amp;sourceid=4&amp;sourcereason=RSSFeed</w:t>
        </w:r>
      </w:hyperlink>
      <w:r>
        <w:t xml:space="preserve"> - Please view link - unable to able to access data</w:t>
      </w:r>
      <w:r/>
    </w:p>
    <w:p>
      <w:pPr>
        <w:pStyle w:val="ListNumber"/>
        <w:spacing w:line="240" w:lineRule="auto"/>
        <w:ind w:left="720"/>
      </w:pPr>
      <w:r/>
      <w:hyperlink r:id="rId9">
        <w:r>
          <w:rPr>
            <w:color w:val="0000EE"/>
            <w:u w:val="single"/>
          </w:rPr>
          <w:t>https://www.eriegaynews.com/news/article.php?recordid=202611erietdorpromo&amp;sourceid=4&amp;sourcereason=RSSFeed</w:t>
        </w:r>
      </w:hyperlink>
      <w:r>
        <w:t xml:space="preserve"> - TransFamily of Northwestern Pennsylvania is hosting their annual Transgender Day of Remembrance on November 20 at 6:00 PM at the Unitarian Universalist Church, 7180 Perry Highway, Erie. The event honours transgender and gender-expressive individuals lost to anti-transgender violence, hate, and related systemic pressures or suicide. Attendees will read the names of those honoured, along with brief notes about their lives.</w:t>
      </w:r>
      <w:r/>
    </w:p>
    <w:p>
      <w:pPr>
        <w:pStyle w:val="ListNumber"/>
        <w:spacing w:line="240" w:lineRule="auto"/>
        <w:ind w:left="720"/>
      </w:pPr>
      <w:r/>
      <w:hyperlink r:id="rId10">
        <w:r>
          <w:rPr>
            <w:color w:val="0000EE"/>
            <w:u w:val="single"/>
          </w:rPr>
          <w:t>https://uuerie.org/</w:t>
        </w:r>
      </w:hyperlink>
      <w:r>
        <w:t xml:space="preserve"> - The Unitarian Universalist Congregation of Erie, located at 7180 Perry Highway, Erie, PA 16509, is a vibrant and inclusive religious community. They offer Sunday services at 10:30 AM and are known for their welcoming environment, embracing individuals of all genders and identities. The congregation actively engages in various social justice initiatives and provides a space for personal and spiritual growth.</w:t>
      </w:r>
      <w:r/>
    </w:p>
    <w:p>
      <w:pPr>
        <w:pStyle w:val="ListNumber"/>
        <w:spacing w:line="240" w:lineRule="auto"/>
        <w:ind w:left="720"/>
      </w:pPr>
      <w:r/>
      <w:hyperlink r:id="rId11">
        <w:r>
          <w:rPr>
            <w:color w:val="0000EE"/>
            <w:u w:val="single"/>
          </w:rPr>
          <w:t>https://uuerie.org/about-us/contact/</w:t>
        </w:r>
      </w:hyperlink>
      <w:r>
        <w:t xml:space="preserve"> - For inquiries or more information about the Unitarian Universalist Congregation of Erie, individuals can contact them via their website. The church is located at 7180 Perry Highway, Erie, PA 16509, and can be reached by phone at 814-864-9300. The congregation is committed to fostering a welcoming and inclusive community for all.</w:t>
      </w:r>
      <w:r/>
    </w:p>
    <w:p>
      <w:pPr>
        <w:pStyle w:val="ListNumber"/>
        <w:spacing w:line="240" w:lineRule="auto"/>
        <w:ind w:left="720"/>
      </w:pPr>
      <w:r/>
      <w:hyperlink r:id="rId12">
        <w:r>
          <w:rPr>
            <w:color w:val="0000EE"/>
            <w:u w:val="single"/>
          </w:rPr>
          <w:t>https://uuerie.org/about-us/our-facilities/tour/</w:t>
        </w:r>
      </w:hyperlink>
      <w:r>
        <w:t xml:space="preserve"> - The Unitarian Universalist Congregation of Erie offers a detailed tour of their facilities on their website. The church, established in 1898 and relocated to 7180 Perry Highway in 1960, features a stone and metal Flaming Chalice sculpture, the Olympia Brown Room for social gatherings, and the Chamberlain Memorial Garden, a serene spot for reflection.</w:t>
      </w:r>
      <w:r/>
    </w:p>
    <w:p>
      <w:pPr>
        <w:pStyle w:val="ListNumber"/>
        <w:spacing w:line="240" w:lineRule="auto"/>
        <w:ind w:left="720"/>
      </w:pPr>
      <w:r/>
      <w:hyperlink r:id="rId13">
        <w:r>
          <w:rPr>
            <w:color w:val="0000EE"/>
            <w:u w:val="single"/>
          </w:rPr>
          <w:t>https://uuerie.org/donate/</w:t>
        </w:r>
      </w:hyperlink>
      <w:r>
        <w:t xml:space="preserve"> - The Unitarian Universalist Congregation of Erie provides multiple avenues for donations to support their mission. Contributions can be made via check, text-to-give, or through their website. Donations support the congregation's efforts in bringing people together and advocating for justice, love, and peace within the community.</w:t>
      </w:r>
      <w:r/>
    </w:p>
    <w:p>
      <w:pPr>
        <w:pStyle w:val="ListNumber"/>
        <w:spacing w:line="240" w:lineRule="auto"/>
        <w:ind w:left="720"/>
      </w:pPr>
      <w:r/>
      <w:hyperlink r:id="rId14">
        <w:r>
          <w:rPr>
            <w:color w:val="0000EE"/>
            <w:u w:val="single"/>
          </w:rPr>
          <w:t>https://uuerie.org/tour-gallery/</w:t>
        </w:r>
      </w:hyperlink>
      <w:r>
        <w:t xml:space="preserve"> - The Unitarian Universalist Congregation of Erie showcases a gallery of their facilities on their website. The church, located at 7180 Perry Highway, Erie, PA 16509, includes features such as the Olympia Brown Room for social gatherings, a library with a collection of books, and the Chamberlain Memorial Garden, a contemplative spot cared for by congregation volunteers.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riegaynews.com/news/article.php?recordid=202611erietdorpromo&amp;sourceid=4&amp;sourcereason=RSSFeed" TargetMode="External"/><Relationship Id="rId10" Type="http://schemas.openxmlformats.org/officeDocument/2006/relationships/hyperlink" Target="https://uuerie.org/" TargetMode="External"/><Relationship Id="rId11" Type="http://schemas.openxmlformats.org/officeDocument/2006/relationships/hyperlink" Target="https://uuerie.org/about-us/contact/" TargetMode="External"/><Relationship Id="rId12" Type="http://schemas.openxmlformats.org/officeDocument/2006/relationships/hyperlink" Target="https://uuerie.org/about-us/our-facilities/tour/" TargetMode="External"/><Relationship Id="rId13" Type="http://schemas.openxmlformats.org/officeDocument/2006/relationships/hyperlink" Target="https://uuerie.org/donate/" TargetMode="External"/><Relationship Id="rId14" Type="http://schemas.openxmlformats.org/officeDocument/2006/relationships/hyperlink" Target="https://uuerie.org/tour-galle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