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Jamestown Pride 2026-2027 Events Guide and Dates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Jamestown Pride has unveiled a lively 2026-2027 calendar, giving local LGBTQ+ residents and allies plenty to look forward to, from remembrance events and World AIDS Day to the much-anticipated Pride Prom and summer festival.</w:t>
      </w:r>
      <w:r/>
    </w:p>
    <w:p>
      <w:pPr>
        <w:pStyle w:val="Heading2"/>
      </w:pPr>
      <w:r>
        <w:t>Essential Takeaways</w:t>
      </w:r>
      <w:r/>
      <w:r/>
    </w:p>
    <w:p>
      <w:pPr>
        <w:pStyle w:val="ListBullet"/>
        <w:spacing w:line="240" w:lineRule="auto"/>
        <w:ind w:left="720"/>
      </w:pPr>
      <w:r/>
      <w:r>
        <w:rPr>
          <w:b/>
        </w:rPr>
        <w:t>Pride Festival:</w:t>
      </w:r>
      <w:r>
        <w:t xml:space="preserve"> Jamestown's main celebration is scheduled for Saturday, 12 June 2027.</w:t>
      </w:r>
      <w:r/>
    </w:p>
    <w:p>
      <w:pPr>
        <w:pStyle w:val="ListBullet"/>
        <w:spacing w:line="240" w:lineRule="auto"/>
        <w:ind w:left="720"/>
      </w:pPr>
      <w:r/>
      <w:r>
        <w:rPr>
          <w:b/>
        </w:rPr>
        <w:t>Pride Prom:</w:t>
      </w:r>
      <w:r>
        <w:t xml:space="preserve"> The formal community event will take place on 27 February 2027.</w:t>
      </w:r>
      <w:r/>
    </w:p>
    <w:p>
      <w:pPr>
        <w:pStyle w:val="ListBullet"/>
        <w:spacing w:line="240" w:lineRule="auto"/>
        <w:ind w:left="720"/>
      </w:pPr>
      <w:r/>
      <w:r>
        <w:rPr>
          <w:b/>
        </w:rPr>
        <w:t>Seasonal observances:</w:t>
      </w:r>
      <w:r>
        <w:t xml:space="preserve"> The programme includes Transgender Day of Remembrance and World AIDS Day.</w:t>
      </w:r>
      <w:r/>
    </w:p>
    <w:p>
      <w:pPr>
        <w:pStyle w:val="ListBullet"/>
        <w:spacing w:line="240" w:lineRule="auto"/>
        <w:ind w:left="720"/>
      </w:pPr>
      <w:r/>
      <w:r>
        <w:rPr>
          <w:b/>
        </w:rPr>
        <w:t>Planning ahead:</w:t>
      </w:r>
      <w:r>
        <w:t xml:space="preserve"> Meetings for the 2027 Pride programme are expected in March, April and May.</w:t>
      </w:r>
      <w:r/>
    </w:p>
    <w:p>
      <w:pPr>
        <w:pStyle w:val="ListBullet"/>
        <w:spacing w:line="240" w:lineRule="auto"/>
        <w:ind w:left="720"/>
      </w:pPr>
      <w:r/>
      <w:r>
        <w:rPr>
          <w:b/>
        </w:rPr>
        <w:t>Stay informed:</w:t>
      </w:r>
      <w:r>
        <w:t xml:space="preserve"> Further details will be shared through Jamestown Pride's website and social channels.</w:t>
      </w:r>
      <w:r/>
      <w:r/>
    </w:p>
    <w:p>
      <w:pPr>
        <w:pStyle w:val="Heading2"/>
      </w:pPr>
      <w:r>
        <w:t>Jamestown Pride's 2026-2027 calendar brings the community together</w:t>
      </w:r>
      <w:r/>
    </w:p>
    <w:p>
      <w:r/>
      <w:r>
        <w:t>Jamestown Pride's new schedule stretches well beyond one colourful summer weekend. It combines celebration with reflection, creating a year-round rhythm of gatherings that acknowledges LGBTQ+ history, remembers lives lost and makes space for community connection.</w:t>
      </w:r>
      <w:r/>
    </w:p>
    <w:p>
      <w:r/>
      <w:r>
        <w:t>The season has already included an event for National Coming Out Day on 11 October. According to the published schedule, the next major observances will be Transgender Day of Remembrance in November and World AIDS Day on 1 December.</w:t>
      </w:r>
      <w:r/>
    </w:p>
    <w:p>
      <w:pPr>
        <w:pStyle w:val="Heading2"/>
      </w:pPr>
      <w:r>
        <w:t>Pride Prom offers a winter highlight</w:t>
      </w:r>
      <w:r/>
    </w:p>
    <w:p>
      <w:r/>
      <w:r>
        <w:t>February can feel like a long stretch of grey skies and early evenings, so a Pride Prom on 27 February 2027 gives the local calendar a welcome lift. It also offers a chance to dress up, meet friends and enjoy a celebration that puts LGBTQ+ people and their supporters centre stage.</w:t>
      </w:r>
      <w:r/>
    </w:p>
    <w:p>
      <w:r/>
      <w:r>
        <w:t>Pride proms have become an appealing part of community programming because they blend nostalgia with visibility. Whether guests arrive in formalwear, something playful or simply their favourite outfit, the evening promises a warmer alternative to the usual winter routine.</w:t>
      </w:r>
      <w:r/>
    </w:p>
    <w:p>
      <w:pPr>
        <w:pStyle w:val="Heading2"/>
      </w:pPr>
      <w:r>
        <w:t>Planning meetings will shape the summer celebration</w:t>
      </w:r>
      <w:r/>
    </w:p>
    <w:p>
      <w:r/>
      <w:r>
        <w:t>The organisation is expected to meet in March, April and May to plan Pride activities for 2027. Those gatherings could help determine the festival's final programme, including entertainment, community stalls, speakers and practical arrangements.</w:t>
      </w:r>
      <w:r/>
    </w:p>
    <w:p>
      <w:r/>
      <w:r>
        <w:t>For anyone hoping to contribute, planning meetings are often the easiest way to get involved before the bunting goes up. Volunteers can bring ideas, lend organisational help or simply offer an extra pair of hands when the schedule gets busy.</w:t>
      </w:r>
      <w:r/>
    </w:p>
    <w:p>
      <w:pPr>
        <w:pStyle w:val="Heading2"/>
      </w:pPr>
      <w:r>
        <w:t>The main event arrives in June</w:t>
      </w:r>
      <w:r/>
    </w:p>
    <w:p>
      <w:r/>
      <w:r>
        <w:t>The Jamestown Pride Festival is set for Saturday, 12 June 2027. While further details have yet to be announced, the date gives residents, visitors and community groups something firm to put in their diaries.</w:t>
      </w:r>
      <w:r/>
    </w:p>
    <w:p>
      <w:r/>
      <w:r>
        <w:t>A summer Pride festival is more than a single event. It can support local organisations, create room for conversations and offer a visible reminder that LGBTQ+ life belongs in the heart of the community. For many attendees, the most memorable moments are the simple ones: familiar faces, music in the air and a shared sense of belonging.</w:t>
      </w:r>
      <w:r/>
    </w:p>
    <w:p>
      <w:pPr>
        <w:pStyle w:val="Heading2"/>
      </w:pPr>
      <w:r>
        <w:t>How to keep up with Jamestown Pride news</w:t>
      </w:r>
      <w:r/>
    </w:p>
    <w:p>
      <w:r/>
      <w:r>
        <w:t>The best way to follow updates is through Jamestown Pride's official website and Facebook page. Organisers also say that additional information will appear in future issues of Erie Gay News, so dates and programme details may develop as planning continues.</w:t>
      </w:r>
      <w:r/>
    </w:p>
    <w:p>
      <w:r/>
      <w:r>
        <w:t>If you're considering attending, check the latest announcements before travelling, particularly for venue information, accessibility arrangements and any changes to timings. Marking the headline dates now is useful, but the smaller updates will shape the experience.</w:t>
      </w:r>
      <w:r/>
    </w:p>
    <w:p>
      <w:r/>
      <w:r>
        <w:t>A full year of events makes Pride feel less like a moment and more like an ongoing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[4]</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1">
        <w:r>
          <w:rPr>
            <w:color w:val="0000EE"/>
            <w:u w:val="single"/>
          </w:rPr>
          <w:t>[6]</w:t>
        </w:r>
      </w:hyperlink>
      <w:r>
        <w:t xml:space="preserve">, </w:t>
      </w:r>
      <w:hyperlink r:id="rId13">
        <w:r>
          <w:rPr>
            <w:color w:val="0000EE"/>
            <w:u w:val="single"/>
          </w:rPr>
          <w:t>[7]</w:t>
        </w:r>
      </w:hyperlink>
      <w:r>
        <w:t xml:space="preserve">- Paragraph 7: </w:t>
      </w:r>
      <w:hyperlink r:id="rId12">
        <w:r>
          <w:rPr>
            <w:color w:val="0000EE"/>
            <w:u w:val="single"/>
          </w:rPr>
          <w:t>[3]</w:t>
        </w:r>
      </w:hyperlink>
      <w:r>
        <w:t xml:space="preserve">, </w:t>
      </w:r>
      <w:hyperlink r:id="rId10">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https://www.eriegaynews.com/news/article.php?recordid=202611jamestownprideschedule&amp;sourceid=4&amp;sourcereason=RSSFeed</w:t>
        </w:r>
      </w:hyperlink>
      <w:r>
        <w:t xml:space="preserve"> - Please view link - unable to able to access data</w:t>
      </w:r>
      <w:r/>
    </w:p>
    <w:p>
      <w:pPr>
        <w:pStyle w:val="ListNumber"/>
        <w:spacing w:line="240" w:lineRule="auto"/>
        <w:ind w:left="720"/>
      </w:pPr>
      <w:r/>
      <w:hyperlink r:id="rId9">
        <w:r>
          <w:rPr>
            <w:color w:val="0000EE"/>
            <w:u w:val="single"/>
          </w:rPr>
          <w:t>https://www.eriegaynews.com/news/article.php?recordid=202611jamestownprideschedule&amp;sourceid=4&amp;sourcereason=RSSFeed</w:t>
        </w:r>
      </w:hyperlink>
      <w:r>
        <w:t xml:space="preserve"> - Jamestown Pride has announced an exciting schedule of Pride events for the 2026-2027 season. They have already held their October 11 National Coming Out Day event. They will observe Transgender Day of Remembrance in November, as well as World AIDS Day on December 1. For 2027, the Pride Prom will be on February 27. They will be meeting to plan Pride in March, April, and May. Finally, the Jamestown Pride Festival will be on Saturday, June 12. See more about Jamestown Pride at https://www.jamestownpride.org, on their Facebook page, or in upcoming issues of Erie Gay News.</w:t>
      </w:r>
      <w:r/>
    </w:p>
    <w:p>
      <w:pPr>
        <w:pStyle w:val="ListNumber"/>
        <w:spacing w:line="240" w:lineRule="auto"/>
        <w:ind w:left="720"/>
      </w:pPr>
      <w:r/>
      <w:hyperlink r:id="rId12">
        <w:r>
          <w:rPr>
            <w:color w:val="0000EE"/>
            <w:u w:val="single"/>
          </w:rPr>
          <w:t>https://www.jamestownartcenter.org/events-past/voices-of-uprisings</w:t>
        </w:r>
      </w:hyperlink>
      <w:r>
        <w:t xml:space="preserve"> - On June 10, 2026, Newport Pride and the Jamestown Arts Center presented 'Voices of Uprising: Art, Pride &amp; Protest at 250,' a collaborative community event exploring the intersection of art, activism, and LGBTQ+ history as the United States approaches its 250th anniversary. The evening featured a screening of the PBS documentary 'Stonewall Uprising,' archival footage from the Rhode Island Historical Society documenting Rhode Island’s first Gay Pride Parade, and performances by local spoken word artists sharing poetry and reflections on protest, resilience, and the ongoing pursuit of equality.</w:t>
      </w:r>
      <w:r/>
    </w:p>
    <w:p>
      <w:pPr>
        <w:pStyle w:val="ListNumber"/>
        <w:spacing w:line="240" w:lineRule="auto"/>
        <w:ind w:left="720"/>
      </w:pPr>
      <w:r/>
      <w:hyperlink r:id="rId10">
        <w:r>
          <w:rPr>
            <w:color w:val="0000EE"/>
            <w:u w:val="single"/>
          </w:rPr>
          <w:t>https://happeningnext.com/event/out-loud-national-coming-out-day-eid3a0e5otkks</w:t>
        </w:r>
      </w:hyperlink>
      <w:r>
        <w:t xml:space="preserve"> - Jamestown Pride celebrated National Coming Out Day with an event on October 10, 2026, at the Robert H. Jackson Center in Jamestown, NY. The event featured a mix of community members sharing their experiences, as well as an open-mic period for others in the community who wanted to share a testimony, celebrate themselves or a loved one, or provide support for the LGBT+ community. The event aimed to foster unity, peace, and acceptance, providing a space for individuals to celebrate their lives and testimonies.</w:t>
      </w:r>
      <w:r/>
    </w:p>
    <w:p>
      <w:pPr>
        <w:pStyle w:val="ListNumber"/>
        <w:spacing w:line="240" w:lineRule="auto"/>
        <w:ind w:left="720"/>
      </w:pPr>
      <w:r/>
      <w:hyperlink r:id="rId14">
        <w:r>
          <w:rPr>
            <w:color w:val="0000EE"/>
            <w:u w:val="single"/>
          </w:rPr>
          <w:t>https://www.wrfalp.com/pflag-chautauqua-jamestown-pride-hosting-pride-prom/</w:t>
        </w:r>
      </w:hyperlink>
      <w:r>
        <w:t xml:space="preserve"> - PFLAG Chautauqua and Jamestown Pride hosted 'Pride Prom: Over the Rainbow' on March 28, 2026, at Wicked Warren’s in Jamestown, NY. The event was a celebration for LGBTQ+ and allied individuals to experience a night of camaraderie, dancing, food, and fashion. The evening began with door prizes generously donated by local businesses and featured a special Royal Drag Court with entertainers Sabrina White and Justin Tyme to warm up the dance floor. Proceeds from the event helped raise funds to support PFLAG Chautauqua and Jamestown Pride.</w:t>
      </w:r>
      <w:r/>
    </w:p>
    <w:p>
      <w:pPr>
        <w:pStyle w:val="ListNumber"/>
        <w:spacing w:line="240" w:lineRule="auto"/>
        <w:ind w:left="720"/>
      </w:pPr>
      <w:r/>
      <w:hyperlink r:id="rId11">
        <w:r>
          <w:rPr>
            <w:color w:val="0000EE"/>
            <w:u w:val="single"/>
          </w:rPr>
          <w:t>https://www.roberthjackson.org/event/pride2026/</w:t>
        </w:r>
      </w:hyperlink>
      <w:r>
        <w:t xml:space="preserve"> - On June 6, 2026, the Robert H. Jackson Center hosted Jamestown Pride's kickoff event for Pride Month 2026. The morning included music, remarks, and a ceremonial Pride flag raising at the Jackson Center. The event was free and open to the public, aiming to celebrate and support the LGBTQ+ community in Jamestown, NY.</w:t>
      </w:r>
      <w:r/>
    </w:p>
    <w:p>
      <w:pPr>
        <w:pStyle w:val="ListNumber"/>
        <w:spacing w:line="240" w:lineRule="auto"/>
        <w:ind w:left="720"/>
      </w:pPr>
      <w:r/>
      <w:hyperlink r:id="rId13">
        <w:r>
          <w:rPr>
            <w:color w:val="0000EE"/>
            <w:u w:val="single"/>
          </w:rPr>
          <w:t>https://mychq.org/event/community-conversation-pride-panel/</w:t>
        </w:r>
      </w:hyperlink>
      <w:r>
        <w:t xml:space="preserve"> - On June 18, 2026, the Jamestown Justice Coalition hosted a 'Community Conversation: Pride Panel' at the Robert H. Jackson Center in Jamestown, NY. The event featured a conversation with leaders of Jamestown’s LGBTQ+ community about the state of Pride and life as an LGBTQ+ resident in the city. The panel aimed to foster dialogue and understanding within the community regarding LGBTQ+ issues and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jamestownprideschedule&amp;sourceid=4&amp;sourcereason=RSSFeed" TargetMode="External"/><Relationship Id="rId10" Type="http://schemas.openxmlformats.org/officeDocument/2006/relationships/hyperlink" Target="https://happeningnext.com/event/out-loud-national-coming-out-day-eid3a0e5otkks" TargetMode="External"/><Relationship Id="rId11" Type="http://schemas.openxmlformats.org/officeDocument/2006/relationships/hyperlink" Target="https://www.roberthjackson.org/event/pride2026/" TargetMode="External"/><Relationship Id="rId12" Type="http://schemas.openxmlformats.org/officeDocument/2006/relationships/hyperlink" Target="https://www.jamestownartcenter.org/events-past/voices-of-uprisings" TargetMode="External"/><Relationship Id="rId13" Type="http://schemas.openxmlformats.org/officeDocument/2006/relationships/hyperlink" Target="https://mychq.org/event/community-conversation-pride-panel/" TargetMode="External"/><Relationship Id="rId14" Type="http://schemas.openxmlformats.org/officeDocument/2006/relationships/hyperlink" Target="https://www.wrfalp.com/pflag-chautauqua-jamestown-pride-hosting-pride-pr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