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Southern Oregon Pride Parade Celebrates Community, Hope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in Ashland, Oregon, for the 16th annual Southern Oregon Pride Parade, turning an autumn afternoon into a colourful celebration of LGBTQ+ identity and allyship. With floats, food trucks, music and community stalls filling the route towards Lithia Park, the event offered a hopeful reminder of why local Pride celebrations still matter.</w:t>
      </w:r>
      <w:r/>
    </w:p>
    <w:p>
      <w:pPr>
        <w:pStyle w:val="Heading2"/>
      </w:pPr>
      <w:r>
        <w:t>Essential Takeaways</w:t>
      </w:r>
      <w:r/>
      <w:r/>
    </w:p>
    <w:p>
      <w:pPr>
        <w:pStyle w:val="ListBullet"/>
        <w:spacing w:line="240" w:lineRule="auto"/>
        <w:ind w:left="720"/>
      </w:pPr>
      <w:r/>
      <w:r>
        <w:rPr>
          <w:b/>
        </w:rPr>
        <w:t>A long-running celebration:</w:t>
      </w:r>
      <w:r>
        <w:t xml:space="preserve"> The Southern Oregon Pride Parade returned for its 16th year in Ashland.</w:t>
      </w:r>
      <w:r/>
    </w:p>
    <w:p>
      <w:pPr>
        <w:pStyle w:val="ListBullet"/>
        <w:spacing w:line="240" w:lineRule="auto"/>
        <w:ind w:left="720"/>
      </w:pPr>
      <w:r/>
      <w:r>
        <w:rPr>
          <w:b/>
        </w:rPr>
        <w:t>A lively route:</w:t>
      </w:r>
      <w:r>
        <w:t xml:space="preserve"> Hundreds of marchers, floats and supporters travelled from the Ashland Library towards Lithia Park.</w:t>
      </w:r>
      <w:r/>
    </w:p>
    <w:p>
      <w:pPr>
        <w:pStyle w:val="ListBullet"/>
        <w:spacing w:line="240" w:lineRule="auto"/>
        <w:ind w:left="720"/>
      </w:pPr>
      <w:r/>
      <w:r>
        <w:rPr>
          <w:b/>
        </w:rPr>
        <w:t>Community at the centre:</w:t>
      </w:r>
      <w:r>
        <w:t xml:space="preserve"> Drag performers, rainbow flags, local groups and allies helped create a warm, energetic atmosphere.</w:t>
      </w:r>
      <w:r/>
    </w:p>
    <w:p>
      <w:pPr>
        <w:pStyle w:val="ListBullet"/>
        <w:spacing w:line="240" w:lineRule="auto"/>
        <w:ind w:left="720"/>
      </w:pPr>
      <w:r/>
      <w:r>
        <w:rPr>
          <w:b/>
        </w:rPr>
        <w:t>A moment of tension:</w:t>
      </w:r>
      <w:r>
        <w:t xml:space="preserve"> A small group of protesters brought provocative signs, prompting event security and police to monitor the situation.</w:t>
      </w:r>
      <w:r/>
    </w:p>
    <w:p>
      <w:pPr>
        <w:pStyle w:val="ListBullet"/>
        <w:spacing w:line="240" w:lineRule="auto"/>
        <w:ind w:left="720"/>
      </w:pPr>
      <w:r/>
      <w:r>
        <w:rPr>
          <w:b/>
        </w:rPr>
        <w:t>The day continued:</w:t>
      </w:r>
      <w:r>
        <w:t xml:space="preserve"> Food trucks, stalls and festival activities kept the celebration going after the parade.</w:t>
      </w:r>
      <w:r/>
      <w:r/>
    </w:p>
    <w:p>
      <w:pPr>
        <w:pStyle w:val="Heading2"/>
      </w:pPr>
      <w:r>
        <w:t>Ashland turns Pride into a town-wide celebration</w:t>
      </w:r>
      <w:r/>
    </w:p>
    <w:p>
      <w:r/>
      <w:r>
        <w:t>The strongest impression from the Southern Oregon Pride Parade was its sheer sense of movement. People streamed through Ashland behind floats and vehicles, while cheers and whistles bounced along the route. The bright flags, warm sunshine and slow-moving parade gave the afternoon an almost festival-like feel.</w:t>
      </w:r>
      <w:r/>
    </w:p>
    <w:p>
      <w:r/>
      <w:r>
        <w:t xml:space="preserve">According to The Ashland Chronicle, the procession began near the Ashland Library before heading through town and towards Lithia Park. Hundreds of people took part, with the crowd becoming noticeably thicker as the parade approached the plaza. It was the sort of gathering where even passing traffic seemed to become part of the spectacle. </w:t>
      </w:r>
      <w:r/>
    </w:p>
    <w:p>
      <w:r/>
      <w:r>
        <w:t xml:space="preserve">The event's appeal wasn't limited to LGBTQ+ attendees. Allies, families and local residents joined in, creating a broad community atmosphere rather than a closed-off celebration. That openness is central to the event's identity, and it's also what makes a small-city Pride feel particularly personal. </w:t>
      </w:r>
      <w:r/>
    </w:p>
    <w:p>
      <w:pPr>
        <w:pStyle w:val="Heading2"/>
      </w:pPr>
      <w:r>
        <w:t>Sixteen years on, Southern Oregon Pride still feels fresh</w:t>
      </w:r>
      <w:r/>
    </w:p>
    <w:p>
      <w:r/>
      <w:r>
        <w:t>Local organisers and supporters described a celebration that remains strong after 16 years. Ashland City Councilor Gina DuQuenne told The Ashland Chronicle she was pleased to see Pride continuing to grow and said the event reflected the city's values of acceptance and inclusion.</w:t>
      </w:r>
      <w:r/>
    </w:p>
    <w:p>
      <w:r/>
      <w:r>
        <w:t>That sense of continuity matters. Pride parades can be colourful and joyful, but they also carry the memory of the people and communities that helped establish them. Passing responsibility between generations gives the occasion a little extra meaning, especially in a town where familiar faces often appear year after year.</w:t>
      </w:r>
      <w:r/>
    </w:p>
    <w:p>
      <w:r/>
      <w:r>
        <w:t xml:space="preserve">The Southern Oregon Pride organisation continues to promote local Pride events and parade information, while community listings place the parade and festival firmly within Ashland's wider calendar. For visitors, that makes it more than a quick march through town. It's a chance to experience the area's social life, independent businesses and welcoming atmosphere in one busy afternoon. </w:t>
      </w:r>
      <w:r/>
    </w:p>
    <w:p>
      <w:pPr>
        <w:pStyle w:val="Heading2"/>
      </w:pPr>
      <w:r>
        <w:t>Rainbow flags, drag queens and plenty of noise</w:t>
      </w:r>
      <w:r/>
    </w:p>
    <w:p>
      <w:r/>
      <w:r>
        <w:t>The parade had all the visual ingredients people hope for from a Pride event, but the details made it memorable. Drag performers travelled in the backs of trucks, engines revved along the route and a large rainbow flag was carried through the streets by a group of supporters.</w:t>
      </w:r>
      <w:r/>
    </w:p>
    <w:p>
      <w:r/>
      <w:r>
        <w:t>One participant joked that the sun had come out for the occasion. It's a small line, but it captures the mood: playful, affectionate and unafraid to enjoy the moment. Pride isn't meant to be a quiet affair, and Ashland's version embraced the colour and noise wholeheartedly.</w:t>
      </w:r>
      <w:r/>
    </w:p>
    <w:p>
      <w:r/>
      <w:r>
        <w:t xml:space="preserve">Once the procession reached Lithia Park, the pace changed. Booths, food trucks and festival activities gave people somewhere to linger, chat and refuel. Event information from Southern Oregon Pride and local listings highlights the park as an important part of the wider celebration, rather than simply an endpoint. </w:t>
      </w:r>
      <w:r/>
    </w:p>
    <w:p>
      <w:pPr>
        <w:pStyle w:val="Heading2"/>
      </w:pPr>
      <w:r>
        <w:t>A difficult backdrop, handled without losing the day</w:t>
      </w:r>
      <w:r/>
    </w:p>
    <w:p>
      <w:r/>
      <w:r>
        <w:t>The parade also unfolded alongside visible disagreement. A small group of protesters carried signs opposing the event, including imagery and messages designed to provoke. Event security met the group before it could move further into Lithia Park, while Ashland police officers helped monitor the situation.</w:t>
      </w:r>
      <w:r/>
    </w:p>
    <w:p>
      <w:r/>
      <w:r>
        <w:t>The confrontation remained relatively contained, but it inevitably added a sharper edge to an otherwise upbeat afternoon. The Ashland Chronicle reported a period of verbal tension between protesters and Pride supporters, with no substantial grounds for charges apparently emerging.</w:t>
      </w:r>
      <w:r/>
    </w:p>
    <w:p>
      <w:r/>
      <w:r>
        <w:t>That contrast is worth noting. Public Pride celebrations are designed to create visibility and belonging, yet that visibility can also attract hostility. In Ashland, the broader crowd appeared determined not to let a small protest define the event. The music, conversation and steady flow of families and allies continued around the disagreement.</w:t>
      </w:r>
      <w:r/>
    </w:p>
    <w:p>
      <w:pPr>
        <w:pStyle w:val="Heading2"/>
      </w:pPr>
      <w:r>
        <w:t>Why local Pride events continue to matter</w:t>
      </w:r>
      <w:r/>
    </w:p>
    <w:p>
      <w:r/>
      <w:r>
        <w:t>For first-time attendees, the parade offered an easy way into the community. One Ashland resident told The Ashland Chronicle that they valued seeing queer people and non-queer allies come together in support. That combination of celebration and solidarity is one reason local Pride events can feel so welcoming.</w:t>
      </w:r>
      <w:r/>
    </w:p>
    <w:p>
      <w:r/>
      <w:r>
        <w:t>The event also carried a note of hope. Denise Krause, speaking to The Ashland Chronicle while helping guide the parade into Lithia Park, described the day as a chance for people to be themselves, feel safe and celebrate diversity. Her comments reflected a wider mood among attendees who wanted a joyful gathering, but also a reminder that public acceptance shouldn't be taken for granted.</w:t>
      </w:r>
      <w:r/>
    </w:p>
    <w:p>
      <w:r/>
      <w:r>
        <w:t>Local government information and regional event listings point to Pride's place within Ashland's civic and cultural life. For anyone planning to attend a future Southern Oregon Pride parade, arriving early, checking the official event details and allowing time for the festival after the march are sensible moves. Comfortable shoes won't hurt either, especially if you plan to follow the colour and music all the way into the park.</w:t>
      </w:r>
      <w:r/>
    </w:p>
    <w:p>
      <w:r/>
      <w:r>
        <w:t xml:space="preserve">Ashland's 16th Pride parade ultimately offered something both celebratory and grounded: a loud, colourful day out, backed by a community willing to show up for one another. </w:t>
      </w:r>
      <w:r/>
    </w:p>
    <w:p>
      <w:r/>
      <w:r>
        <w:t>A bright parade can still carry a serious message, and Ashland made both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1">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3">
        <w:r>
          <w:rPr>
            <w:color w:val="0000EE"/>
            <w:u w:val="single"/>
          </w:rPr>
          <w:t>[5]</w:t>
        </w:r>
      </w:hyperlink>
      <w:r>
        <w:t xml:space="preserve">- Paragraph 17: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https://theashlandchronicle.com/ashland-celebrates-16th-annual-southern-oregon-pride-parade/</w:t>
        </w:r>
      </w:hyperlink>
      <w:r>
        <w:t xml:space="preserve"> - Please view link - unable to able to access data</w:t>
      </w:r>
      <w:r/>
    </w:p>
    <w:p>
      <w:pPr>
        <w:pStyle w:val="ListNumber"/>
        <w:spacing w:line="240" w:lineRule="auto"/>
        <w:ind w:left="720"/>
      </w:pPr>
      <w:r/>
      <w:hyperlink r:id="rId10">
        <w:r>
          <w:rPr>
            <w:color w:val="0000EE"/>
            <w:u w:val="single"/>
          </w:rPr>
          <w:t>https://southernoregonpride.org/event/soprideparade2026/</w:t>
        </w:r>
      </w:hyperlink>
      <w:r>
        <w:t xml:space="preserve"> - The Southern Oregon Pride Parade is scheduled for October 17, 2026, at 12:00 pm in Ashland, Oregon. The event invites the community to march, cheer, and celebrate along Main Street, showcasing local organizations, vibrant floats, and neighbours in a colourful display of Pride and solidarity. Attendees are encouraged to bring friends and flags to kick off the celebrations in full colour. The parade is organised by SoPride and will take place on Main Street in Ashland, Oregon 97520. (</w:t>
      </w:r>
      <w:hyperlink r:id="rId16">
        <w:r>
          <w:rPr>
            <w:color w:val="0000EE"/>
            <w:u w:val="single"/>
          </w:rPr>
          <w:t>southernoregonpride.org</w:t>
        </w:r>
      </w:hyperlink>
      <w:r>
        <w:t>)</w:t>
      </w:r>
      <w:r/>
    </w:p>
    <w:p>
      <w:pPr>
        <w:pStyle w:val="ListNumber"/>
        <w:spacing w:line="240" w:lineRule="auto"/>
        <w:ind w:left="720"/>
      </w:pPr>
      <w:r/>
      <w:hyperlink r:id="rId12">
        <w:r>
          <w:rPr>
            <w:color w:val="0000EE"/>
            <w:u w:val="single"/>
          </w:rPr>
          <w:t>https://www.inclusivity.org/pride/southern-oregon-pride</w:t>
        </w:r>
      </w:hyperlink>
      <w:r>
        <w:t xml:space="preserve"> - Southern Oregon Pride (SOPride) is a weekend event in downtown Ashland, Oregon, running from October 16-18, 2026. The celebration includes a parade down Main Street to Lithia Park, where the Butler Bandshell hosts a festival with vendors, food trucks, drag performances, and DJs. The weekend also features a Friday dance party and a Sunday drag brunch, with Pride week activities around town beforehand. Founded in 2010, SOPride aims to support LGBTQ+ individuals across the Rogue Valley, focusing on equality, peace, and acceptance. (</w:t>
      </w:r>
      <w:hyperlink r:id="rId17">
        <w:r>
          <w:rPr>
            <w:color w:val="0000EE"/>
            <w:u w:val="single"/>
          </w:rPr>
          <w:t>inclusivity.org</w:t>
        </w:r>
      </w:hyperlink>
      <w:r>
        <w:t>)</w:t>
      </w:r>
      <w:r/>
    </w:p>
    <w:p>
      <w:pPr>
        <w:pStyle w:val="ListNumber"/>
        <w:spacing w:line="240" w:lineRule="auto"/>
        <w:ind w:left="720"/>
      </w:pPr>
      <w:r/>
      <w:hyperlink r:id="rId11">
        <w:r>
          <w:rPr>
            <w:color w:val="0000EE"/>
            <w:u w:val="single"/>
          </w:rPr>
          <w:t>https://southernoregonpride.org/</w:t>
        </w:r>
      </w:hyperlink>
      <w:r>
        <w:t xml:space="preserve"> - Southern Oregon Pride is a diverse, all-inclusive group standing in solidarity to promote equality, peace, and acceptance for all humans. Founded in Ashland in 2010, SOPride has been hosting annual Pride weekends and year-round LGBTQ+ events for over 15 years. The organisation serves as a hub for Southern Oregon's LGBTQ+ community, offering resources and support. Their mission is to create a welcoming environment where everyone can be their authentic selves. (</w:t>
      </w:r>
      <w:hyperlink r:id="rId18">
        <w:r>
          <w:rPr>
            <w:color w:val="0000EE"/>
            <w:u w:val="single"/>
          </w:rPr>
          <w:t>southernoregonpride.org</w:t>
        </w:r>
      </w:hyperlink>
      <w:r>
        <w:t>)</w:t>
      </w:r>
      <w:r/>
    </w:p>
    <w:p>
      <w:pPr>
        <w:pStyle w:val="ListNumber"/>
        <w:spacing w:line="240" w:lineRule="auto"/>
        <w:ind w:left="720"/>
      </w:pPr>
      <w:r/>
      <w:hyperlink r:id="rId13">
        <w:r>
          <w:rPr>
            <w:color w:val="0000EE"/>
            <w:u w:val="single"/>
          </w:rPr>
          <w:t>https://www.storytownashland.com/events/southern-oregon-pride-parade-festival</w:t>
        </w:r>
      </w:hyperlink>
      <w:r>
        <w:t xml:space="preserve"> - The Southern Oregon Pride Parade &amp; Festival is set for Saturday, October 17, 2026, at 12:00 PM in downtown Ashland. The event features a parade down Main Street, followed by a community-centered festival at the historic Lithia Park Bandshell. The festival includes live DJ performances, drag shows, local food vendors, interactive activities, and community resource booths. The event is free, family-friendly, and open to all. (</w:t>
      </w:r>
      <w:hyperlink r:id="rId19">
        <w:r>
          <w:rPr>
            <w:color w:val="0000EE"/>
            <w:u w:val="single"/>
          </w:rPr>
          <w:t>storytownashland.com</w:t>
        </w:r>
      </w:hyperlink>
      <w:r>
        <w:t>)</w:t>
      </w:r>
      <w:r/>
    </w:p>
    <w:p>
      <w:pPr>
        <w:pStyle w:val="ListNumber"/>
        <w:spacing w:line="240" w:lineRule="auto"/>
        <w:ind w:left="720"/>
      </w:pPr>
      <w:r/>
      <w:hyperlink r:id="rId14">
        <w:r>
          <w:rPr>
            <w:color w:val="0000EE"/>
            <w:u w:val="single"/>
          </w:rPr>
          <w:t>https://www.ijpr.org/podcast/the-jefferson-exchange/2026-10-14/southern-oregon-pride-2026-ashland</w:t>
        </w:r>
      </w:hyperlink>
      <w:r>
        <w:t xml:space="preserve"> - Southern Oregon Pride founder Gina DuQuenne reflects on 16 years as the new president takes over. Founded in 2010, Southern Oregon Pride brings together LGBTQ+ people and allies from across the Rogue Valley. This year's celebration runs from October 11-18, with DuQuenne serving as grand marshal of the parade on Saturday, October 17. The event features a weekend of music, dancing, and community events, including a parade through downtown Ashland, a festival in Lithia Park, and a closing drag brunch. (</w:t>
      </w:r>
      <w:hyperlink r:id="rId20">
        <w:r>
          <w:rPr>
            <w:color w:val="0000EE"/>
            <w:u w:val="single"/>
          </w:rPr>
          <w:t>ijpr.org</w:t>
        </w:r>
      </w:hyperlink>
      <w:r>
        <w:t>)</w:t>
      </w:r>
      <w:r/>
    </w:p>
    <w:p>
      <w:pPr>
        <w:pStyle w:val="ListNumber"/>
        <w:spacing w:line="240" w:lineRule="auto"/>
        <w:ind w:left="720"/>
      </w:pPr>
      <w:r/>
      <w:hyperlink r:id="rId15">
        <w:r>
          <w:rPr>
            <w:color w:val="0000EE"/>
            <w:u w:val="single"/>
          </w:rPr>
          <w:t>https://www.ashlandoregon.gov/council</w:t>
        </w:r>
      </w:hyperlink>
      <w:r>
        <w:t xml:space="preserve"> - Gina DuQuenne serves as City Councilor for Ashland, Oregon. She was elected to the City Council in November 2020 and was re-elected in November 2024, with her term ending in December 2028. As a City Councilor, DuQuenne is involved in local governance and community initiatives, including supporting events like the Southern Oregon Pride Parade. Her role includes attending council meetings, engaging with constituents, and contributing to the development and implementation of city policies. (</w:t>
      </w:r>
      <w:hyperlink r:id="rId21">
        <w:r>
          <w:rPr>
            <w:color w:val="0000EE"/>
            <w:u w:val="single"/>
          </w:rPr>
          <w:t>ashlandoregon.gov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ashlandchronicle.com/ashland-celebrates-16th-annual-southern-oregon-pride-parade/" TargetMode="External"/><Relationship Id="rId10" Type="http://schemas.openxmlformats.org/officeDocument/2006/relationships/hyperlink" Target="https://southernoregonpride.org/event/soprideparade2026/" TargetMode="External"/><Relationship Id="rId11" Type="http://schemas.openxmlformats.org/officeDocument/2006/relationships/hyperlink" Target="https://southernoregonpride.org/" TargetMode="External"/><Relationship Id="rId12" Type="http://schemas.openxmlformats.org/officeDocument/2006/relationships/hyperlink" Target="https://www.inclusivity.org/pride/southern-oregon-pride" TargetMode="External"/><Relationship Id="rId13" Type="http://schemas.openxmlformats.org/officeDocument/2006/relationships/hyperlink" Target="https://www.storytownashland.com/events/southern-oregon-pride-parade-festival" TargetMode="External"/><Relationship Id="rId14" Type="http://schemas.openxmlformats.org/officeDocument/2006/relationships/hyperlink" Target="https://www.ijpr.org/podcast/the-jefferson-exchange/2026-10-14/southern-oregon-pride-2026-ashland" TargetMode="External"/><Relationship Id="rId15" Type="http://schemas.openxmlformats.org/officeDocument/2006/relationships/hyperlink" Target="https://www.ashlandoregon.gov/council" TargetMode="External"/><Relationship Id="rId16" Type="http://schemas.openxmlformats.org/officeDocument/2006/relationships/hyperlink" Target="https://southernoregonpride.org/event/soprideparade2026/?utm_source=openai" TargetMode="External"/><Relationship Id="rId17" Type="http://schemas.openxmlformats.org/officeDocument/2006/relationships/hyperlink" Target="https://www.inclusivity.org/pride/southern-oregon-pride?utm_source=openai" TargetMode="External"/><Relationship Id="rId18" Type="http://schemas.openxmlformats.org/officeDocument/2006/relationships/hyperlink" Target="https://southernoregonpride.org/?utm_source=openai" TargetMode="External"/><Relationship Id="rId19" Type="http://schemas.openxmlformats.org/officeDocument/2006/relationships/hyperlink" Target="https://www.storytownashland.com/events/southern-oregon-pride-parade-festival?utm_source=openai" TargetMode="External"/><Relationship Id="rId20" Type="http://schemas.openxmlformats.org/officeDocument/2006/relationships/hyperlink" Target="https://www.ijpr.org/podcast/the-jefferson-exchange/2026-10-14/southern-oregon-pride-2026-ashland?utm_source=openai" TargetMode="External"/><Relationship Id="rId21" Type="http://schemas.openxmlformats.org/officeDocument/2006/relationships/hyperlink" Target="https://www.ashlandoregon.gov/counci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