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Greenville Pride Centre Offers LGBTQ+ Connection and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gathered in Greenville as Flat River Pride opened a welcoming new Pride centre, giving local LGBTQ+ people a place to meet, find resources and build community. The launch reflects growing interest in accessible support across the area, while offering a warm, practical space for conversation, events and connection.</w:t>
      </w:r>
      <w:r/>
    </w:p>
    <w:p>
      <w:pPr>
        <w:pStyle w:val="Heading2"/>
      </w:pPr>
      <w:r>
        <w:t>Essential Takeaways</w:t>
      </w:r>
      <w:r/>
      <w:r/>
    </w:p>
    <w:p>
      <w:pPr>
        <w:pStyle w:val="ListBullet"/>
        <w:spacing w:line="240" w:lineRule="auto"/>
        <w:ind w:left="720"/>
      </w:pPr>
      <w:r/>
      <w:r>
        <w:rPr>
          <w:b/>
        </w:rPr>
        <w:t>A growing organisation:</w:t>
      </w:r>
      <w:r>
        <w:t xml:space="preserve"> Flat River Pride has expanded from a small local gathering into a broader community group.</w:t>
      </w:r>
      <w:r/>
    </w:p>
    <w:p>
      <w:pPr>
        <w:pStyle w:val="ListBullet"/>
        <w:spacing w:line="240" w:lineRule="auto"/>
        <w:ind w:left="720"/>
      </w:pPr>
      <w:r/>
      <w:r>
        <w:rPr>
          <w:b/>
        </w:rPr>
        <w:t>A dedicated home:</w:t>
      </w:r>
      <w:r>
        <w:t xml:space="preserve"> The new Pride centre gives LGBTQ+ residents a consistent place to meet and access information.</w:t>
      </w:r>
      <w:r/>
    </w:p>
    <w:p>
      <w:pPr>
        <w:pStyle w:val="ListBullet"/>
        <w:spacing w:line="240" w:lineRule="auto"/>
        <w:ind w:left="720"/>
      </w:pPr>
      <w:r/>
      <w:r>
        <w:rPr>
          <w:b/>
        </w:rPr>
        <w:t>Community first:</w:t>
      </w:r>
      <w:r>
        <w:t xml:space="preserve"> The space is designed around connection, support and visibility rather than one-off events.</w:t>
      </w:r>
      <w:r/>
    </w:p>
    <w:p>
      <w:pPr>
        <w:pStyle w:val="ListBullet"/>
        <w:spacing w:line="240" w:lineRule="auto"/>
        <w:ind w:left="720"/>
      </w:pPr>
      <w:r/>
      <w:r>
        <w:rPr>
          <w:b/>
        </w:rPr>
        <w:t>A practical resource:</w:t>
      </w:r>
      <w:r>
        <w:t xml:space="preserve"> Visitors can look for local programmes, activities and signposting to wider services.</w:t>
      </w:r>
      <w:r/>
    </w:p>
    <w:p>
      <w:pPr>
        <w:pStyle w:val="ListBullet"/>
        <w:spacing w:line="240" w:lineRule="auto"/>
        <w:ind w:left="720"/>
      </w:pPr>
      <w:r/>
      <w:r>
        <w:rPr>
          <w:b/>
        </w:rPr>
        <w:t>Room to grow:</w:t>
      </w:r>
      <w:r>
        <w:t xml:space="preserve"> The centre creates a foundation for future events and partnerships in Greenville.</w:t>
      </w:r>
      <w:r/>
      <w:r/>
    </w:p>
    <w:p>
      <w:pPr>
        <w:pStyle w:val="Heading2"/>
      </w:pPr>
      <w:r>
        <w:t>From a coffee conversation to a packed room</w:t>
      </w:r>
      <w:r/>
    </w:p>
    <w:p>
      <w:r/>
      <w:r>
        <w:t>The clearest sign of Flat River Pride's momentum wasn't a banner or a speech. It was the crowd. A small conversation that began around a coffee table two years ago has grown into a gathering large enough to test the limits of the new centre.</w:t>
      </w:r>
      <w:r/>
    </w:p>
    <w:p>
      <w:r/>
      <w:r>
        <w:t>That change says plenty about the need for places where people can show up without having to explain themselves first. According to Flat River Pride, its work centres on connection, resources and community-building in the Greenville area.</w:t>
      </w:r>
      <w:r/>
    </w:p>
    <w:p>
      <w:r/>
      <w:r>
        <w:t>The atmosphere at the opening was likely part celebration, part relief. For many smaller communities, a dedicated LGBTQ+ space can feel like a quiet but meaningful shift from being scattered to being visible.</w:t>
      </w:r>
      <w:r/>
    </w:p>
    <w:p>
      <w:pPr>
        <w:pStyle w:val="Heading2"/>
      </w:pPr>
      <w:r>
        <w:t>What the new Pride centre provides</w:t>
      </w:r>
      <w:r/>
    </w:p>
    <w:p>
      <w:r/>
      <w:r>
        <w:t>Flat River Pride's centre is intended to offer more than a backdrop for Pride season. Its online centre information presents the venue as a place for community activities, support and shared resources, giving residents a reliable point of contact throughout the year.</w:t>
      </w:r>
      <w:r/>
    </w:p>
    <w:p>
      <w:r/>
      <w:r>
        <w:t>That consistency matters. A public event can create excitement, but a regular space makes it easier to return, bring a friend or ask a question when the moment feels right. It also gives local organisers somewhere to develop projects without starting from scratch each time.</w:t>
      </w:r>
      <w:r/>
    </w:p>
    <w:p>
      <w:r/>
      <w:r>
        <w:t>For newcomers, the practical benefit may be simple: knowing where to go. A friendly room, clear information and familiar faces can make a community organisation feel much less intimidating.</w:t>
      </w:r>
      <w:r/>
    </w:p>
    <w:p>
      <w:pPr>
        <w:pStyle w:val="Heading2"/>
      </w:pPr>
      <w:r>
        <w:t>Why local LGBTQ+ spaces still matter</w:t>
      </w:r>
      <w:r/>
    </w:p>
    <w:p>
      <w:r/>
      <w:r>
        <w:t>Digital groups have made it easier to find information, but they haven't replaced the value of meeting people face to face. Community centres offer the small human details that online spaces can't quite replicate, from an informal chat by the door to the reassurance of seeing others turn up regularly.</w:t>
      </w:r>
      <w:r/>
    </w:p>
    <w:p>
      <w:r/>
      <w:r>
        <w:t>Coverage of the opening by local media highlighted the care and enthusiasm behind the project. That emotional investment is important because community spaces are built not only with funding and furniture, but also with trust.</w:t>
      </w:r>
      <w:r/>
    </w:p>
    <w:p>
      <w:r/>
      <w:r>
        <w:t>There is a wider pattern here, too. LGBTQ+ organisations are increasingly combining social events with practical signposting, educational opportunities and support networks. The result is a more useful kind of community hub, one that can be welcoming on a Saturday afternoon and genuinely helpful on a difficult weekday.</w:t>
      </w:r>
      <w:r/>
    </w:p>
    <w:p>
      <w:pPr>
        <w:pStyle w:val="Heading2"/>
      </w:pPr>
      <w:r>
        <w:t>How residents can make the most of it</w:t>
      </w:r>
      <w:r/>
    </w:p>
    <w:p>
      <w:r/>
      <w:r>
        <w:t>If you're visiting a new Pride centre for the first time, start with the basics. Check the organisation's website for opening information, upcoming events and any guidance about accessibility or age-specific activities before setting off.</w:t>
      </w:r>
      <w:r/>
    </w:p>
    <w:p>
      <w:r/>
      <w:r>
        <w:t>It's also worth looking beyond headline celebrations. Regular meet-ups, volunteer opportunities and resource sessions are often where the strongest connections form. You don't need to arrive with a plan, either; turning up, listening and having one conversation is a perfectly good beginning.</w:t>
      </w:r>
      <w:r/>
    </w:p>
    <w:p>
      <w:r/>
      <w:r>
        <w:t>Those who want to support Flat River Pride can consider volunteering, sharing event information or helping connect the organisation with local groups. Small contributions tend to matter more than grand gestures, especially for a growing community organisation.</w:t>
      </w:r>
      <w:r/>
    </w:p>
    <w:p>
      <w:pPr>
        <w:pStyle w:val="Heading2"/>
      </w:pPr>
      <w:r>
        <w:t>A promising next chapter for Greenville</w:t>
      </w:r>
      <w:r/>
    </w:p>
    <w:p>
      <w:r/>
      <w:r>
        <w:t>Flat River Pride's new home gives the organisation something every expanding group eventually needs: a place that can hold its ambitions. The centre can support a fuller calendar, stronger partnerships and a more visible presence across Greenville.</w:t>
      </w:r>
      <w:r/>
    </w:p>
    <w:p>
      <w:r/>
      <w:r>
        <w:t>Its team page and public event information suggest a structure that is continuing to develop, rather than a project that ends with an opening ceremony. That forward motion will be worth watching as the organisation builds relationships and responds to what local residents need.</w:t>
      </w:r>
      <w:r/>
    </w:p>
    <w:p>
      <w:r/>
      <w:r>
        <w:t>For visitors, though, the message is already straightforward. There is now a place to find community, resources and a little more room to be yourself.</w:t>
      </w:r>
      <w:r/>
    </w:p>
    <w:p>
      <w:r/>
      <w:r>
        <w:t>A welcoming local space can change the feel of a whole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2">
        <w:r>
          <w:rPr>
            <w:color w:val="0000EE"/>
            <w:u w:val="single"/>
          </w:rPr>
          <w:t>[3]</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4">
        <w:r>
          <w:rPr>
            <w:color w:val="0000EE"/>
            <w:u w:val="single"/>
          </w:rPr>
          <w:t>[6]</w:t>
        </w:r>
      </w:hyperlink>
      <w:r>
        <w:t xml:space="preserve">- Paragraph 9: </w:t>
      </w:r>
      <w:hyperlink r:id="rId12">
        <w:r>
          <w:rPr>
            <w:color w:val="0000EE"/>
            <w:u w:val="single"/>
          </w:rPr>
          <w:t>[3]</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3">
        <w:r>
          <w:rPr>
            <w:color w:val="0000EE"/>
            <w:u w:val="single"/>
          </w:rPr>
          <w:t>[5]</w:t>
        </w:r>
      </w:hyperlink>
      <w:r>
        <w:t xml:space="preserve">- Paragraph 15: </w:t>
      </w:r>
      <w:hyperlink r:id="rId12">
        <w:r>
          <w:rPr>
            <w:color w:val="0000EE"/>
            <w:u w:val="single"/>
          </w:rPr>
          <w:t>[3]</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https://www.thedailynews.cc/articles/flat-river-pride-opens-pride-center-as-growing-organization-seeks-to-provide-connection-resources-in-greenville/</w:t>
        </w:r>
      </w:hyperlink>
      <w:r>
        <w:t xml:space="preserve"> - Please view link - unable to able to access data</w:t>
      </w:r>
      <w:r/>
    </w:p>
    <w:p>
      <w:pPr>
        <w:pStyle w:val="ListNumber"/>
        <w:spacing w:line="240" w:lineRule="auto"/>
        <w:ind w:left="720"/>
      </w:pPr>
      <w:r/>
      <w:hyperlink r:id="rId10">
        <w:r>
          <w:rPr>
            <w:color w:val="0000EE"/>
            <w:u w:val="single"/>
          </w:rPr>
          <w:t>https://www.vfrp.org/</w:t>
        </w:r>
      </w:hyperlink>
      <w:r>
        <w:t xml:space="preserve"> - Voices of Flat River Pride (VFRP) is a grassroots nonprofit organisation based in Michigan, dedicated to celebrating, supporting, and empowering the LGBTQIA+ community and allies. They aim to create safe and inclusive spaces through community events, education, advocacy, and outreach, promoting mental health and wellness, and providing resources for youth, families, and individuals across rural communities. Their mission is to build a welcoming Flat River community where everyone can live openly and authentically with the support they deserve.</w:t>
      </w:r>
      <w:r/>
    </w:p>
    <w:p>
      <w:pPr>
        <w:pStyle w:val="ListNumber"/>
        <w:spacing w:line="240" w:lineRule="auto"/>
        <w:ind w:left="720"/>
      </w:pPr>
      <w:r/>
      <w:hyperlink r:id="rId12">
        <w:r>
          <w:rPr>
            <w:color w:val="0000EE"/>
            <w:u w:val="single"/>
          </w:rPr>
          <w:t>https://www.vfrp.org/center</w:t>
        </w:r>
      </w:hyperlink>
      <w:r>
        <w:t xml:space="preserve"> - The VFRP Pride Center, located at 11294 W Carson City Rd., Unit 1, Greenville, MI 48838, serves as a community hub offering resources such as counseling and recovery support. The centre accepts donations of new or gently used items, including artwork from local artists, Pride-themed décor, board games, LGBTQIA+ books, and toys for youth and family spaces. These contributions help create a welcoming environment for the LGBTQIA+ community and allies.</w:t>
      </w:r>
      <w:r/>
    </w:p>
    <w:p>
      <w:pPr>
        <w:pStyle w:val="ListNumber"/>
        <w:spacing w:line="240" w:lineRule="auto"/>
        <w:ind w:left="720"/>
      </w:pPr>
      <w:r/>
      <w:hyperlink r:id="rId11">
        <w:r>
          <w:rPr>
            <w:color w:val="0000EE"/>
            <w:u w:val="single"/>
          </w:rPr>
          <w:t>https://newzino.com/story/greenville-flat-river-pride-opens-pride-center-as-growing-organization-se-0d71df</w:t>
        </w:r>
      </w:hyperlink>
      <w:r>
        <w:t xml:space="preserve"> - Voices of Flat River Pride opened its first Pride Center in Greenville, Michigan, on September 28, providing a dedicated space for rural LGBTQ residents to gather, connect, and access counselling and recovery services. The organisation began in 2021 as a small Facebook group, and after their first coffee meetup in October 2025 drew eight people, attendance quickly grew to 35 the next month, prompting the group to secure a building and transform it into a dedicated space.</w:t>
      </w:r>
      <w:r/>
    </w:p>
    <w:p>
      <w:pPr>
        <w:pStyle w:val="ListNumber"/>
        <w:spacing w:line="240" w:lineRule="auto"/>
        <w:ind w:left="720"/>
      </w:pPr>
      <w:r/>
      <w:hyperlink r:id="rId13">
        <w:r>
          <w:rPr>
            <w:color w:val="0000EE"/>
            <w:u w:val="single"/>
          </w:rPr>
          <w:t>https://www.fox17online.com/news/local-news/greenville-ionia-belding-lowell/a-lot-of-love-has-gone-into-this-new-pride-center-opens-in-greenville</w:t>
        </w:r>
      </w:hyperlink>
      <w:r>
        <w:t xml:space="preserve"> - Voices of Flat River Pride opened its new Pride Center in Greenville, offering a place for individuals to find resources, connect with others, and access support. The centre provides services ranging from counselling to recovery support. Director Amanda Estill emphasised the importance of community and togetherness in mental health, stating that building something together aligns with values in mental health and recovery.</w:t>
      </w:r>
      <w:r/>
    </w:p>
    <w:p>
      <w:pPr>
        <w:pStyle w:val="ListNumber"/>
        <w:spacing w:line="240" w:lineRule="auto"/>
        <w:ind w:left="720"/>
      </w:pPr>
      <w:r/>
      <w:hyperlink r:id="rId14">
        <w:r>
          <w:rPr>
            <w:color w:val="0000EE"/>
            <w:u w:val="single"/>
          </w:rPr>
          <w:t>https://www.vfrp.org/team</w:t>
        </w:r>
      </w:hyperlink>
      <w:r>
        <w:t xml:space="preserve"> - The leadership team of Voices of Flat River Pride includes Chair Joslyn, who leads the board in setting the vision and direction of VFRP; Secretary Daniel, who maintains records and ensures smooth communication; Treasurer Taylor, who oversees the organisation’s finances; Vice Chair Zach, who supports the Chair and strengthens community partnerships; and Director of Inclusive Community Events Lee, who plans and coordinates events that bring people together.</w:t>
      </w:r>
      <w:r/>
    </w:p>
    <w:p>
      <w:pPr>
        <w:pStyle w:val="ListNumber"/>
        <w:spacing w:line="240" w:lineRule="auto"/>
        <w:ind w:left="720"/>
      </w:pPr>
      <w:r/>
      <w:hyperlink r:id="rId15">
        <w:r>
          <w:rPr>
            <w:color w:val="0000EE"/>
            <w:u w:val="single"/>
          </w:rPr>
          <w:t>https://grtransfoundation.org/event/flat-river-pride-2026/</w:t>
        </w:r>
      </w:hyperlink>
      <w:r>
        <w:t xml:space="preserve"> - Flat River Pride 2026 is a vibrant, family-friendly celebration of LGBTQIA+ joy, visibility, and belonging. Hosted by Voices of Flat River Pride and Flat River Community Library, this second annual Pride event returns to Black Field in Greenville, Michigan, on Saturday, June 13, 2026. The event features live music, food, local vendors, community organisations, activities, and connection in a welcoming space for the LGBTQIA+ community and allies.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dailynews.cc/articles/flat-river-pride-opens-pride-center-as-growing-organization-seeks-to-provide-connection-resources-in-greenville/" TargetMode="External"/><Relationship Id="rId10" Type="http://schemas.openxmlformats.org/officeDocument/2006/relationships/hyperlink" Target="https://www.vfrp.org/" TargetMode="External"/><Relationship Id="rId11" Type="http://schemas.openxmlformats.org/officeDocument/2006/relationships/hyperlink" Target="https://newzino.com/story/greenville-flat-river-pride-opens-pride-center-as-growing-organization-se-0d71df" TargetMode="External"/><Relationship Id="rId12" Type="http://schemas.openxmlformats.org/officeDocument/2006/relationships/hyperlink" Target="https://www.vfrp.org/center" TargetMode="External"/><Relationship Id="rId13" Type="http://schemas.openxmlformats.org/officeDocument/2006/relationships/hyperlink" Target="https://www.fox17online.com/news/local-news/greenville-ionia-belding-lowell/a-lot-of-love-has-gone-into-this-new-pride-center-opens-in-greenville" TargetMode="External"/><Relationship Id="rId14" Type="http://schemas.openxmlformats.org/officeDocument/2006/relationships/hyperlink" Target="https://www.vfrp.org/team" TargetMode="External"/><Relationship Id="rId15" Type="http://schemas.openxmlformats.org/officeDocument/2006/relationships/hyperlink" Target="https://grtransfoundation.org/event/flat-river-prid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