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Country Documentary Explores LGBTQ+ Canadian Music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Viewers are discovering a new Canadian documentary about LGBTQ+ country musicians, their stories and the changing sound of the scene. Directed by Colette Johnson-Vosberg, </w:t>
      </w:r>
      <w:r>
        <w:rPr>
          <w:b/>
          <w:i/>
        </w:rPr>
        <w:t>Don’t Fence Me In: Queer Country</w:t>
      </w:r>
      <w:r>
        <w:rPr>
          <w:b/>
        </w:rPr>
        <w:t xml:space="preserve"> follows artists creating room for themselves in a genre often associated with tradition, offering a timely look at identity, belonging and musical freedom.</w:t>
      </w:r>
      <w:r/>
    </w:p>
    <w:p>
      <w:pPr>
        <w:pStyle w:val="Heading2"/>
      </w:pPr>
      <w:r>
        <w:t>Essential Takeaways</w:t>
      </w:r>
      <w:r/>
      <w:r/>
    </w:p>
    <w:p>
      <w:pPr>
        <w:pStyle w:val="ListBullet"/>
        <w:spacing w:line="240" w:lineRule="auto"/>
        <w:ind w:left="720"/>
      </w:pPr>
      <w:r/>
      <w:r>
        <w:rPr>
          <w:b/>
        </w:rPr>
        <w:t>A Canadian focus:</w:t>
      </w:r>
      <w:r>
        <w:t xml:space="preserve"> The documentary centres LGBTQ+ musicians working within Canada’s country music community.</w:t>
      </w:r>
      <w:r/>
    </w:p>
    <w:p>
      <w:pPr>
        <w:pStyle w:val="ListBullet"/>
        <w:spacing w:line="240" w:lineRule="auto"/>
        <w:ind w:left="720"/>
      </w:pPr>
      <w:r/>
      <w:r>
        <w:rPr>
          <w:b/>
        </w:rPr>
        <w:t>A fresh perspective:</w:t>
      </w:r>
      <w:r>
        <w:t xml:space="preserve"> It examines how artists are challenging old assumptions about who belongs in country music.</w:t>
      </w:r>
      <w:r/>
    </w:p>
    <w:p>
      <w:pPr>
        <w:pStyle w:val="ListBullet"/>
        <w:spacing w:line="240" w:lineRule="auto"/>
        <w:ind w:left="720"/>
      </w:pPr>
      <w:r/>
      <w:r>
        <w:rPr>
          <w:b/>
        </w:rPr>
        <w:t>Key contributors:</w:t>
      </w:r>
      <w:r>
        <w:t xml:space="preserve"> Bobby Dove, Drake Jensen and Shawnee Kish are among the featured performers.</w:t>
      </w:r>
      <w:r/>
    </w:p>
    <w:p>
      <w:pPr>
        <w:pStyle w:val="ListBullet"/>
        <w:spacing w:line="240" w:lineRule="auto"/>
        <w:ind w:left="720"/>
      </w:pPr>
      <w:r/>
      <w:r>
        <w:rPr>
          <w:b/>
        </w:rPr>
        <w:t>Feature-length viewing:</w:t>
      </w:r>
      <w:r>
        <w:t xml:space="preserve"> The film runs for roughly 89 minutes and is presented in English with subtitles available.</w:t>
      </w:r>
      <w:r/>
    </w:p>
    <w:p>
      <w:pPr>
        <w:pStyle w:val="ListBullet"/>
        <w:spacing w:line="240" w:lineRule="auto"/>
        <w:ind w:left="720"/>
      </w:pPr>
      <w:r/>
      <w:r>
        <w:rPr>
          <w:b/>
        </w:rPr>
        <w:t>A wider conversation:</w:t>
      </w:r>
      <w:r>
        <w:t xml:space="preserve"> Its themes connect with a growing international movement for greater LGBTQ+ visibility in country music.</w:t>
      </w:r>
      <w:r/>
      <w:r/>
    </w:p>
    <w:p>
      <w:pPr>
        <w:pStyle w:val="Heading2"/>
      </w:pPr>
      <w:r>
        <w:t>A different sound is taking centre stage</w:t>
      </w:r>
      <w:r/>
    </w:p>
    <w:p>
      <w:r/>
      <w:r>
        <w:t xml:space="preserve">Country music has never been as narrow as its stereotypes suggest. Canada has produced stars including Shania Twain, Hank Snow, Anne Murray and k.d. lang, but </w:t>
      </w:r>
      <w:r>
        <w:rPr>
          <w:i/>
        </w:rPr>
        <w:t>Don’t Fence Me In: Queer Country</w:t>
      </w:r>
      <w:r>
        <w:t xml:space="preserve"> turns the spotlight towards artists whose experiences have often sat outside the genre’s traditional image.</w:t>
      </w:r>
      <w:r/>
    </w:p>
    <w:p>
      <w:r/>
      <w:r>
        <w:t>The film’s central idea is straightforward but powerful: country music can hold more stories than the industry has historically allowed. As the documentary follows LGBTQ+ performers, the result feels less like a challenge to country’s identity and more like an overdue expansion of it.</w:t>
      </w:r>
      <w:r/>
    </w:p>
    <w:p>
      <w:pPr>
        <w:pStyle w:val="Heading2"/>
      </w:pPr>
      <w:r>
        <w:t>Why this documentary matters now</w:t>
      </w:r>
      <w:r/>
    </w:p>
    <w:p>
      <w:r/>
      <w:r>
        <w:t>The film arrives during a broader shift in country music, where queer artists and audiences are asking for greater visibility both on stage and behind the scenes. Reporting from Axios has highlighted the growing presence of LGBTQ+ voices around Nashville’s country events, while Country Queer has helped build a platform for artists and stories that don't always fit the mainstream mould.</w:t>
      </w:r>
      <w:r/>
    </w:p>
    <w:p>
      <w:r/>
      <w:r>
        <w:t>That context gives the documentary extra weight. It's not only about individual musicians pursuing a career; it's also about the quiet work of making venues, festivals and fan communities feel more welcoming. For viewers unfamiliar with the scene, the film offers an accessible entry point without losing sight of the personal stakes.</w:t>
      </w:r>
      <w:r/>
    </w:p>
    <w:p>
      <w:pPr>
        <w:pStyle w:val="Heading2"/>
      </w:pPr>
      <w:r>
        <w:t>Meet the artists reshaping Canadian country</w:t>
      </w:r>
      <w:r/>
    </w:p>
    <w:p>
      <w:r/>
      <w:r>
        <w:t>Bobby Dove, Drake Jensen and Shawnee Kish are named among the documentary's featured artists. Their inclusion signals a deliberately varied portrait of queer country rather than a single, polished narrative.</w:t>
      </w:r>
      <w:r/>
    </w:p>
    <w:p>
      <w:r/>
      <w:r>
        <w:t>That variety matters because LGBTQ+ musicians aren't a monolith. Their music can be tender, political, playful or rooted in classic country storytelling, sometimes all at once. The documentary appears to use those differences to show that representation works best when it feels lived-in, rather than reduced to a marketing label.</w:t>
      </w:r>
      <w:r/>
    </w:p>
    <w:p>
      <w:pPr>
        <w:pStyle w:val="Heading2"/>
      </w:pPr>
      <w:r>
        <w:t>What viewers can expect from the film</w:t>
      </w:r>
      <w:r/>
    </w:p>
    <w:p>
      <w:r/>
      <w:r>
        <w:t xml:space="preserve">Directed by Colette Johnson-Vosberg, </w:t>
      </w:r>
      <w:r>
        <w:rPr>
          <w:i/>
        </w:rPr>
        <w:t>Don’t Fence Me In: Queer Country</w:t>
      </w:r>
      <w:r>
        <w:t xml:space="preserve"> is a feature documentary with a reported runtime of around 89 minutes. Listings from Apple TV and Moviefone place it within the documentary category, while festival information from TIFF gives it a place in the wider Canadian film conversation.</w:t>
      </w:r>
      <w:r/>
    </w:p>
    <w:p>
      <w:r/>
      <w:r>
        <w:t>For anyone choosing what to watch, this looks best suited to viewers who enjoy music documentaries with a social and cultural edge. It isn't simply a concert film, and nor is it a conventional history of Canadian country. Instead, expect a people-focused story about artists, visibility and the emotional cost of having to prove that you belong.</w:t>
      </w:r>
      <w:r/>
    </w:p>
    <w:p>
      <w:pPr>
        <w:pStyle w:val="Heading2"/>
      </w:pPr>
      <w:r>
        <w:t>A small film with a bigger conversation behind it</w:t>
      </w:r>
      <w:r/>
    </w:p>
    <w:p>
      <w:r/>
      <w:r>
        <w:t>The documentary's title carries a clear message, but the most interesting question is what happens after the fence comes down. As queer artists gain more platforms, the conversation can move beyond acceptance towards something more useful: who gets signed, booked, reviewed and remembered.</w:t>
      </w:r>
      <w:r/>
    </w:p>
    <w:p>
      <w:r/>
      <w:r>
        <w:t xml:space="preserve">That makes </w:t>
      </w:r>
      <w:r>
        <w:rPr>
          <w:i/>
        </w:rPr>
        <w:t>Don’t Fence Me In: Queer Country</w:t>
      </w:r>
      <w:r>
        <w:t xml:space="preserve"> feel timely even for viewers who don't usually seek out music documentaries. At its heart, it's about the freedom to make honest music in a genre built on plainspoken emotion. And that is a country story in its own right.</w:t>
      </w:r>
      <w:r/>
    </w:p>
    <w:p>
      <w:r/>
      <w:r>
        <w:t>Explore the film for a thoughtful look at Canada’s evolving queer country scene.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https://films.waploaded.com/movie/924442/don-t-fence-me-in-queer-count</w:t>
        </w:r>
      </w:hyperlink>
      <w:r>
        <w:t xml:space="preserve"> - Please view link - unable to able to access data</w:t>
      </w:r>
      <w:r/>
    </w:p>
    <w:p>
      <w:pPr>
        <w:pStyle w:val="ListNumber"/>
        <w:spacing w:line="240" w:lineRule="auto"/>
        <w:ind w:left="720"/>
      </w:pPr>
      <w:r/>
      <w:hyperlink r:id="rId10">
        <w:r>
          <w:rPr>
            <w:color w:val="0000EE"/>
            <w:u w:val="single"/>
          </w:rPr>
          <w:t>https://www.moviefone.com/movie/dont-fence-me-in-queer-country/Ye8N1l4dIIY9P2jJw2Wny2/main/</w:t>
        </w:r>
      </w:hyperlink>
      <w:r>
        <w:t xml:space="preserve"> - 'Don't Fence Me In: Queer Country' is a documentary that highlights LGBTQ+ musicians redefining Canadian country music. Directed by Colette Johnson-Vosberg, the film features artists like Bobby Dove, Drake Jensen, and Shawnee Kish, who share personal stories of identity, tradition, and artistry while challenging stereotypes. The documentary showcases their resilience, creativity, and talent, celebrating both established figures like k.d. lang and emerging artists, offering an intimate look at how these musicians are illuminating the genre with authenticity and pride. (</w:t>
      </w:r>
      <w:hyperlink r:id="rId16">
        <w:r>
          <w:rPr>
            <w:color w:val="0000EE"/>
            <w:u w:val="single"/>
          </w:rPr>
          <w:t>moviefone.com</w:t>
        </w:r>
      </w:hyperlink>
      <w:r>
        <w:t>)</w:t>
      </w:r>
      <w:r/>
    </w:p>
    <w:p>
      <w:pPr>
        <w:pStyle w:val="ListNumber"/>
        <w:spacing w:line="240" w:lineRule="auto"/>
        <w:ind w:left="720"/>
      </w:pPr>
      <w:r/>
      <w:hyperlink r:id="rId11">
        <w:r>
          <w:rPr>
            <w:color w:val="0000EE"/>
            <w:u w:val="single"/>
          </w:rPr>
          <w:t>https://tv.apple.com/ca/movie/dont-fence-me-in-queer-country/umc.cmc.4nkhdi7robyfwafxwo362fsby</w:t>
        </w:r>
      </w:hyperlink>
      <w:r>
        <w:t xml:space="preserve"> - 'Don't Fence Me In: Queer Country' is a 48-minute documentary directed by Colette Johnson-Vosberg, focusing on LGBTQ+ musicians redefining Canadian country music. The film features personal stories of identity, tradition, and artistry, challenging stereotypes and highlighting the resilience and creativity of artists like Bobby Dove, Drake Jensen, and Shawnee Kish. The documentary is available for streaming on Apple TV. (</w:t>
      </w:r>
      <w:hyperlink r:id="rId17">
        <w:r>
          <w:rPr>
            <w:color w:val="0000EE"/>
            <w:u w:val="single"/>
          </w:rPr>
          <w:t>tv.apple.com</w:t>
        </w:r>
      </w:hyperlink>
      <w:r>
        <w:t>)</w:t>
      </w:r>
      <w:r/>
    </w:p>
    <w:p>
      <w:pPr>
        <w:pStyle w:val="ListNumber"/>
        <w:spacing w:line="240" w:lineRule="auto"/>
        <w:ind w:left="720"/>
      </w:pPr>
      <w:r/>
      <w:hyperlink r:id="rId12">
        <w:r>
          <w:rPr>
            <w:color w:val="0000EE"/>
            <w:u w:val="single"/>
          </w:rPr>
          <w:t>https://www.filmfestapp.com/tiff/films/don-t-fence-me-in-queer-country</w:t>
        </w:r>
      </w:hyperlink>
      <w:r>
        <w:t xml:space="preserve"> - 'Don't Fence Me In: Queer Country' is a documentary directed by Colette Johnson-Vosberg, focusing on LGBTQ+ musicians redefining Canadian country music. The film features artists like Bobby Dove, Drake Jensen, and Shawnee Kish, sharing personal stories of identity, tradition, and artistry while challenging stereotypes. The documentary was showcased at the Toronto International Film Festival (TIFF) on September 16, 2026. (</w:t>
      </w:r>
      <w:hyperlink r:id="rId18">
        <w:r>
          <w:rPr>
            <w:color w:val="0000EE"/>
            <w:u w:val="single"/>
          </w:rPr>
          <w:t>filmfestapp.com</w:t>
        </w:r>
      </w:hyperlink>
      <w:r>
        <w:t>)</w:t>
      </w:r>
      <w:r/>
    </w:p>
    <w:p>
      <w:pPr>
        <w:pStyle w:val="ListNumber"/>
        <w:spacing w:line="240" w:lineRule="auto"/>
        <w:ind w:left="720"/>
      </w:pPr>
      <w:r/>
      <w:hyperlink r:id="rId13">
        <w:r>
          <w:rPr>
            <w:color w:val="0000EE"/>
            <w:u w:val="single"/>
          </w:rPr>
          <w:t>https://www.chopso.org/colette-johnson-vosbergs-dont-fence-me-in-the-new-documentary-on-queer-country-music-premieres-october-17-on-outtv/</w:t>
        </w:r>
      </w:hyperlink>
      <w:r>
        <w:t xml:space="preserve"> - 'Don't Fence Me In: Queer Country' is a documentary directed by Colette Johnson-Vosberg, focusing on LGBTQ+ musicians redefining Canadian country music. The film features artists like Bobby Dove, Drake Jensen, Shawnee Kish, Amanda Rheaume, and Patrick Masse, sharing personal stories of identity, tradition, and artistry while challenging stereotypes. The documentary premiered on OUTtv on October 17, 2026. (</w:t>
      </w:r>
      <w:hyperlink r:id="rId19">
        <w:r>
          <w:rPr>
            <w:color w:val="0000EE"/>
            <w:u w:val="single"/>
          </w:rPr>
          <w:t>chopso.org</w:t>
        </w:r>
      </w:hyperlink>
      <w:r>
        <w:t>)</w:t>
      </w:r>
      <w:r/>
    </w:p>
    <w:p>
      <w:pPr>
        <w:pStyle w:val="ListNumber"/>
        <w:spacing w:line="240" w:lineRule="auto"/>
        <w:ind w:left="720"/>
      </w:pPr>
      <w:r/>
      <w:hyperlink r:id="rId14">
        <w:r>
          <w:rPr>
            <w:color w:val="0000EE"/>
            <w:u w:val="single"/>
          </w:rPr>
          <w:t>https://www.axios.com/local/nashville/2022/06/09/lgbtq-country-music-cma-fest-nashville</w:t>
        </w:r>
      </w:hyperlink>
      <w:r>
        <w:t xml:space="preserve"> - In June 2022, a groundbreaking event at CMA Fest in Nashville celebrated LGBTQ+ country artists, marking a significant step forward in a historically exclusive genre. The event, supported by the Country Music Association and CMT, aimed to highlight LGBTQ+ talent in country music. Artists like Chely Wright, Ty Herndon, T.J. Osborne, Orville Peck, and Brandy Clark represent a slow yet hopeful shift toward greater acceptance in the industry. (</w:t>
      </w:r>
      <w:hyperlink r:id="rId20">
        <w:r>
          <w:rPr>
            <w:color w:val="0000EE"/>
            <w:u w:val="single"/>
          </w:rPr>
          <w:t>axios.com</w:t>
        </w:r>
      </w:hyperlink>
      <w:r>
        <w:t>)</w:t>
      </w:r>
      <w:r/>
    </w:p>
    <w:p>
      <w:pPr>
        <w:pStyle w:val="ListNumber"/>
        <w:spacing w:line="240" w:lineRule="auto"/>
        <w:ind w:left="720"/>
      </w:pPr>
      <w:r/>
      <w:hyperlink r:id="rId15">
        <w:r>
          <w:rPr>
            <w:color w:val="0000EE"/>
            <w:u w:val="single"/>
          </w:rPr>
          <w:t>https://en.wikipedia.org/wiki/Country_Queer</w:t>
        </w:r>
      </w:hyperlink>
      <w:r>
        <w:t xml:space="preserve"> - Country Queer is an online music magazine founded in 2019, focusing on LGBTQ+ musical artists in Country and Americana music. Established by Dale Henry Geist, the publication aims to address the absence of queer representation in music media, particularly in these genres. The magazine has featured interviews with artists like Orville Peck and Brandy Clark, contributing to the visibility and inclusion of LGBTQ+ voices in country music. (</w:t>
      </w:r>
      <w:hyperlink r:id="rId21">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ilms.waploaded.com/movie/924442/don-t-fence-me-in-queer-count" TargetMode="External"/><Relationship Id="rId10" Type="http://schemas.openxmlformats.org/officeDocument/2006/relationships/hyperlink" Target="https://www.moviefone.com/movie/dont-fence-me-in-queer-country/Ye8N1l4dIIY9P2jJw2Wny2/main/" TargetMode="External"/><Relationship Id="rId11" Type="http://schemas.openxmlformats.org/officeDocument/2006/relationships/hyperlink" Target="https://tv.apple.com/ca/movie/dont-fence-me-in-queer-country/umc.cmc.4nkhdi7robyfwafxwo362fsby" TargetMode="External"/><Relationship Id="rId12" Type="http://schemas.openxmlformats.org/officeDocument/2006/relationships/hyperlink" Target="https://www.filmfestapp.com/tiff/films/don-t-fence-me-in-queer-country" TargetMode="External"/><Relationship Id="rId13" Type="http://schemas.openxmlformats.org/officeDocument/2006/relationships/hyperlink" Target="https://www.chopso.org/colette-johnson-vosbergs-dont-fence-me-in-the-new-documentary-on-queer-country-music-premieres-october-17-on-outtv/" TargetMode="External"/><Relationship Id="rId14" Type="http://schemas.openxmlformats.org/officeDocument/2006/relationships/hyperlink" Target="https://www.axios.com/local/nashville/2022/06/09/lgbtq-country-music-cma-fest-nashville" TargetMode="External"/><Relationship Id="rId15" Type="http://schemas.openxmlformats.org/officeDocument/2006/relationships/hyperlink" Target="https://en.wikipedia.org/wiki/Country_Queer" TargetMode="External"/><Relationship Id="rId16" Type="http://schemas.openxmlformats.org/officeDocument/2006/relationships/hyperlink" Target="https://www.moviefone.com/movie/dont-fence-me-in-queer-country/Ye8N1l4dIIY9P2jJw2Wny2/main/?utm_source=openai" TargetMode="External"/><Relationship Id="rId17" Type="http://schemas.openxmlformats.org/officeDocument/2006/relationships/hyperlink" Target="https://tv.apple.com/ca/movie/dont-fence-me-in-queer-country/umc.cmc.4nkhdi7robyfwafxwo362fsby?utm_source=openai" TargetMode="External"/><Relationship Id="rId18" Type="http://schemas.openxmlformats.org/officeDocument/2006/relationships/hyperlink" Target="https://www.filmfestapp.com/tiff/films/don-t-fence-me-in-queer-country?utm_source=openai" TargetMode="External"/><Relationship Id="rId19" Type="http://schemas.openxmlformats.org/officeDocument/2006/relationships/hyperlink" Target="https://www.chopso.org/colette-johnson-vosbergs-dont-fence-me-in-the-new-documentary-on-queer-country-music-premieres-october-17-on-outtv/?utm_source=openai" TargetMode="External"/><Relationship Id="rId20" Type="http://schemas.openxmlformats.org/officeDocument/2006/relationships/hyperlink" Target="https://www.axios.com/local/nashville/2022/06/09/lgbtq-country-music-cma-fest-nashville?utm_source=openai" TargetMode="External"/><Relationship Id="rId21" Type="http://schemas.openxmlformats.org/officeDocument/2006/relationships/hyperlink" Target="https://en.wikipedia.org/wiki/Country_Quee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