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pop culture moments worth watching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getting a brisk new round of LGBTQ+ entertainment news, from Darren Criss preparing for a Royal Albert Hall show in London to Romeo Beckham’s first queer tennis romance trailer. Add TikTok mischief, celebrity costumes and a few online disputes, and the week has plenty to talk about.</w:t>
      </w:r>
      <w:r/>
    </w:p>
    <w:p>
      <w:pPr>
        <w:pStyle w:val="Heading2"/>
      </w:pPr>
      <w:r>
        <w:t>Essential Takeaways</w:t>
      </w:r>
      <w:r/>
      <w:r/>
    </w:p>
    <w:p>
      <w:pPr>
        <w:pStyle w:val="ListBullet"/>
        <w:spacing w:line="240" w:lineRule="auto"/>
        <w:ind w:left="720"/>
      </w:pPr>
      <w:r/>
      <w:r>
        <w:rPr>
          <w:b/>
        </w:rPr>
        <w:t>Darren Criss is dressing up:</w:t>
      </w:r>
      <w:r>
        <w:t xml:space="preserve"> The performer is leaning into a playful, theatrical mood ahead of his Royal Albert Hall dates.</w:t>
      </w:r>
      <w:r/>
    </w:p>
    <w:p>
      <w:pPr>
        <w:pStyle w:val="ListBullet"/>
        <w:spacing w:line="240" w:lineRule="auto"/>
        <w:ind w:left="720"/>
      </w:pPr>
      <w:r/>
      <w:r>
        <w:rPr>
          <w:b/>
        </w:rPr>
        <w:t>London gets another show:</w:t>
      </w:r>
      <w:r>
        <w:t xml:space="preserve"> Extra demand led to an additional Darren Criss performance, according to BroadwayWorld.</w:t>
      </w:r>
      <w:r/>
    </w:p>
    <w:p>
      <w:pPr>
        <w:pStyle w:val="ListBullet"/>
        <w:spacing w:line="240" w:lineRule="auto"/>
        <w:ind w:left="720"/>
      </w:pPr>
      <w:r/>
      <w:r>
        <w:rPr>
          <w:b/>
        </w:rPr>
        <w:t>Romeo Beckham makes his film debut:</w:t>
      </w:r>
      <w:r>
        <w:t xml:space="preserve"> </w:t>
      </w:r>
      <w:r>
        <w:rPr>
          <w:i/>
        </w:rPr>
        <w:t>Forty Love</w:t>
      </w:r>
      <w:r>
        <w:t xml:space="preserve"> introduces him in a gay tennis romance.</w:t>
      </w:r>
      <w:r/>
    </w:p>
    <w:p>
      <w:pPr>
        <w:pStyle w:val="ListBullet"/>
        <w:spacing w:line="240" w:lineRule="auto"/>
        <w:ind w:left="720"/>
      </w:pPr>
      <w:r/>
      <w:r>
        <w:rPr>
          <w:b/>
        </w:rPr>
        <w:t>The trailer is causing a stir:</w:t>
      </w:r>
      <w:r>
        <w:t xml:space="preserve"> Early footage presents a polished sports setting with romance at its centre.</w:t>
      </w:r>
      <w:r/>
    </w:p>
    <w:p>
      <w:pPr>
        <w:pStyle w:val="ListBullet"/>
        <w:spacing w:line="240" w:lineRule="auto"/>
        <w:ind w:left="720"/>
      </w:pPr>
      <w:r/>
      <w:r>
        <w:rPr>
          <w:b/>
        </w:rPr>
        <w:t>TikTok remains gloriously chaotic:</w:t>
      </w:r>
      <w:r>
        <w:t xml:space="preserve"> Celebrity clips, queer commentary and backstage moments continue to drive the conversation.</w:t>
      </w:r>
      <w:r/>
      <w:r/>
    </w:p>
    <w:p>
      <w:pPr>
        <w:pStyle w:val="Heading2"/>
      </w:pPr>
      <w:r>
        <w:t>Darren Criss brings theatre-kid energy to London</w:t>
      </w:r>
      <w:r/>
    </w:p>
    <w:p>
      <w:r/>
      <w:r>
        <w:t xml:space="preserve">Darren Criss appears to be treating his upcoming Royal Albert Hall performances as more than a standard concert. In a social-media clip, he plays with costume and character while teasing a set that mixes his own material with familiar </w:t>
      </w:r>
      <w:r>
        <w:rPr>
          <w:i/>
        </w:rPr>
        <w:t>Glee</w:t>
      </w:r>
      <w:r>
        <w:t xml:space="preserve"> associations. The result feels knowingly camp, polished and just a little bit mischievous.</w:t>
      </w:r>
      <w:r/>
    </w:p>
    <w:p>
      <w:r/>
      <w:r>
        <w:t>BroadwayWorld reported that Criss was booked to perform live at the London venue in October, with a further date later added. That extra show is a useful sign of audience appetite, particularly for a performer whose appeal stretches from television fandom to theatre audiences and LGBTQ+ pop culture.</w:t>
      </w:r>
      <w:r/>
    </w:p>
    <w:p>
      <w:r/>
      <w:r>
        <w:t>There’s something satisfying about seeing a major concert presented with this much dressing-up. It makes the event feel less like a gig and more like a night out with a storyline, which is exactly the sort of promise that can turn casual interest into a sold-out seat.</w:t>
      </w:r>
      <w:r/>
    </w:p>
    <w:p>
      <w:pPr>
        <w:pStyle w:val="Heading2"/>
      </w:pPr>
      <w:r>
        <w:t>Romeo Beckham steps into a queer tennis romance</w:t>
      </w:r>
      <w:r/>
    </w:p>
    <w:p>
      <w:r/>
      <w:r>
        <w:t xml:space="preserve">The biggest fresh screen development is </w:t>
      </w:r>
      <w:r>
        <w:rPr>
          <w:i/>
        </w:rPr>
        <w:t>Forty Love</w:t>
      </w:r>
      <w:r>
        <w:t>, which marks Romeo Beckham’s acting debut. The trailer places him in a glossy tennis world, where competition, attraction and public image appear to overlap rather neatly.</w:t>
      </w:r>
      <w:r/>
    </w:p>
    <w:p>
      <w:r/>
      <w:r>
        <w:t xml:space="preserve">ComingSoon and </w:t>
      </w:r>
      <w:r>
        <w:rPr>
          <w:i/>
        </w:rPr>
        <w:t>Vanguardia</w:t>
      </w:r>
      <w:r>
        <w:t xml:space="preserve"> both highlighted the film’s queer romantic premise, while OutLoud Culture described it as Beckham’s first acting role. Just Jared also drew attention to the trailer’s release, putting the project firmly on the entertainment radar before the film arrives.</w:t>
      </w:r>
      <w:r/>
    </w:p>
    <w:p>
      <w:r/>
      <w:r>
        <w:t xml:space="preserve">Sports romances have always understood the appeal of uniforms, rivalry and close physical proximity. Tennis adds its own particular sheen: crisp whites, sunlit courts and the pressure of being watched. If </w:t>
      </w:r>
      <w:r>
        <w:rPr>
          <w:i/>
        </w:rPr>
        <w:t>Forty Love</w:t>
      </w:r>
      <w:r>
        <w:t xml:space="preserve"> can give its central relationship emotional weight alongside the glamour, it could offer more than a stylish trailer.</w:t>
      </w:r>
      <w:r/>
    </w:p>
    <w:p>
      <w:pPr>
        <w:pStyle w:val="Heading2"/>
      </w:pPr>
      <w:r>
        <w:t>Why the trailer matters beyond the celebrity name</w:t>
      </w:r>
      <w:r/>
    </w:p>
    <w:p>
      <w:r/>
      <w:r>
        <w:t>Romeo Beckham’s surname guarantees attention, but the film’s queer storyline is what gives the project a wider cultural hook. Audiences are increasingly used to seeing LGBTQ+ romances treated as central stories rather than side plots, even when the surrounding package is unabashedly commercial.</w:t>
      </w:r>
      <w:r/>
    </w:p>
    <w:p>
      <w:r/>
      <w:r>
        <w:t>That balance will matter here. A famous family, an elite sporting environment and a debut performance create plenty of built-in publicity, but viewers will still want believable chemistry and characters who feel like people rather than promotional shorthand.</w:t>
      </w:r>
      <w:r/>
    </w:p>
    <w:p>
      <w:r/>
      <w:r>
        <w:t>The early footage suggests a sleek, accessible romance rather than a deliberately gritty drama. That isn’t a criticism. Sometimes a bright, handsome film can be useful precisely because it makes queer desire look ordinary, joyful and entirely at home in a mainstream setting.</w:t>
      </w:r>
      <w:r/>
    </w:p>
    <w:p>
      <w:pPr>
        <w:pStyle w:val="Heading2"/>
      </w:pPr>
      <w:r>
        <w:t>TikTok keeps the week moving at impossible speed</w:t>
      </w:r>
      <w:r/>
    </w:p>
    <w:p>
      <w:r/>
      <w:r>
        <w:t>Away from the trailers, the LGBTQ+ internet is doing what it does best: mixing serious conversation with absurdity, glamour and quick-fire reaction. The latest round-up includes Trixie Mattel commentary, a completed challenge from the “Tops and Bottoms of Gay Survivor”, Frankie Grande’s Halloween celebrations and a backstage encounter involving Dylan Kevitch and Sombr.</w:t>
      </w:r>
      <w:r/>
    </w:p>
    <w:p>
      <w:r/>
      <w:r>
        <w:t>There are also more reflective moments. Richard Cortez revisiting a cassette tape belonging to his grandfather gives the feed a softer, memory-soaked pause, while Michael Henry’s interview with Henry Jimenez adds another conversational strand. Ty Marietta’s ice-based post and the various celebrity clips keep the whole stream visually unpredictable.</w:t>
      </w:r>
      <w:r/>
    </w:p>
    <w:p>
      <w:r/>
      <w:r>
        <w:t>Hasan Piker’s refusal to apologise to the gay community adds a more contentious note. That contrast is part of the current online media diet: one swipe offers a polished celebrity tease, the next opens a debate about accountability. It can be exhausting, but it’s also why these round-ups feel so immediate.</w:t>
      </w:r>
      <w:r/>
    </w:p>
    <w:p>
      <w:pPr>
        <w:pStyle w:val="Heading2"/>
      </w:pPr>
      <w:r>
        <w:t>What to watch next</w:t>
      </w:r>
      <w:r/>
    </w:p>
    <w:p>
      <w:r/>
      <w:r>
        <w:t>For live entertainment, the Royal Albert Hall shows are the clearest near-term draw. BroadwayWorld’s reporting on the additional performance suggests that fans shouldn’t assume the best seats will linger, especially with Criss promising a new production built around theatrical flair.</w:t>
      </w:r>
      <w:r/>
    </w:p>
    <w:p>
      <w:r/>
      <w:r>
        <w:t xml:space="preserve">On screen, </w:t>
      </w:r>
      <w:r>
        <w:rPr>
          <w:i/>
        </w:rPr>
        <w:t>Forty Love</w:t>
      </w:r>
      <w:r>
        <w:t xml:space="preserve"> is the one to keep on the radar. The trailer has done its job by establishing the setting, the romantic stakes and Beckham’s move into acting, but the film itself will decide whether the glossy first impression becomes a genuinely winning queer sports story.</w:t>
      </w:r>
      <w:r/>
    </w:p>
    <w:p>
      <w:r/>
      <w:r>
        <w:t>Together, the two projects show how LGBTQ+ entertainment continues to move comfortably between theatre, celebrity culture and streaming-era conversation. One offers sequins and live vocals; the other offers tennis whites and romantic tension. Frankly, both sound like perfectly good reasons to keep watching.</w:t>
      </w:r>
      <w:r/>
    </w:p>
    <w:p>
      <w:r/>
      <w:r>
        <w:t>A little theatre, a little tennis and a lot of online drama make this a lively week in queer pop culture.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https://www.queerty.com/darren-criss-plays-dress-up-hasan-pikers-gay-awakening-romeo-beckhams-serve-20261018/</w:t>
        </w:r>
      </w:hyperlink>
      <w:r>
        <w:t xml:space="preserve"> - Please view link - unable to able to access data</w:t>
      </w:r>
      <w:r/>
    </w:p>
    <w:p>
      <w:pPr>
        <w:pStyle w:val="ListNumber"/>
        <w:spacing w:line="240" w:lineRule="auto"/>
        <w:ind w:left="720"/>
      </w:pPr>
      <w:r/>
      <w:hyperlink r:id="rId10">
        <w:r>
          <w:rPr>
            <w:color w:val="0000EE"/>
            <w:u w:val="single"/>
          </w:rPr>
          <w:t>https://www.broadwayworld.com/westend/article/Darren-Criss-Will-Perform-Live-at-The-Royal-Albert-Hall-in-October-20260624</w:t>
        </w:r>
      </w:hyperlink>
      <w:r>
        <w:t xml:space="preserve"> - Darren Criss, the Tony, Emmy, and Golden Globe Award-winning performer, is set to return to London for a special one-night-only concert at the Royal Albert Hall on Sunday, 18 October 2026, at 7pm. The event promises a musical odyssey featuring an eclectic playlist of songs that have defined Criss's life and career, from his breakout role as Blaine Anderson in 'Glee' to acclaimed performances in 'Hedwig and the Angry Inch' and the Tony Award-winning 'Maybe Happy Ending'.</w:t>
      </w:r>
      <w:r/>
    </w:p>
    <w:p>
      <w:pPr>
        <w:pStyle w:val="ListNumber"/>
        <w:spacing w:line="240" w:lineRule="auto"/>
        <w:ind w:left="720"/>
      </w:pPr>
      <w:r/>
      <w:hyperlink r:id="rId11">
        <w:r>
          <w:rPr>
            <w:color w:val="0000EE"/>
            <w:u w:val="single"/>
          </w:rPr>
          <w:t>https://www.broadwayworld.com/westend/article/Darren-Criss-Adds-Additional-Show-at-The-Royal-Albert-Hall-20260714</w:t>
        </w:r>
      </w:hyperlink>
      <w:r>
        <w:t xml:space="preserve"> - Due to high demand, Darren Criss has added an extra matinee performance to his schedule at the Royal Albert Hall. In addition to the 7pm evening show on Sunday, 18 October 2026, audiences can now attend a 2pm matinee. This special event offers an intimate and deeply personal portrait of Criss, combining live performance with personal reflections on his career.</w:t>
      </w:r>
      <w:r/>
    </w:p>
    <w:p>
      <w:pPr>
        <w:pStyle w:val="ListNumber"/>
        <w:spacing w:line="240" w:lineRule="auto"/>
        <w:ind w:left="720"/>
      </w:pPr>
      <w:r/>
      <w:hyperlink r:id="rId12">
        <w:r>
          <w:rPr>
            <w:color w:val="0000EE"/>
            <w:u w:val="single"/>
          </w:rPr>
          <w:t>https://www.comingsoon.net/movies/trailers/2208351-david-beckham-son-romeo-forty-love-trailer</w:t>
        </w:r>
      </w:hyperlink>
      <w:r>
        <w:t xml:space="preserve"> - David Beckham's son, Romeo Beckham, makes his acting debut in the upcoming sports movie 'Forty Love'. The first official trailer teases an intense on-court rivalry and a gay romance. The film follows Sacha Gallo, an ambitious tennis player aiming to win his first title in France, who encounters an opponent with a different energy, leading to unexpected challenges both on and off the court.</w:t>
      </w:r>
      <w:r/>
    </w:p>
    <w:p>
      <w:pPr>
        <w:pStyle w:val="ListNumber"/>
        <w:spacing w:line="240" w:lineRule="auto"/>
        <w:ind w:left="720"/>
      </w:pPr>
      <w:r/>
      <w:hyperlink r:id="rId13">
        <w:r>
          <w:rPr>
            <w:color w:val="0000EE"/>
            <w:u w:val="single"/>
          </w:rPr>
          <w:t>https://www.vanguardia.com/entretenimiento/tendencias/2026/10/18/romeo-beckham-debuta-como-actor-lanzan-el-trailer-de-su-primera-pelicula-forty-love/</w:t>
        </w:r>
      </w:hyperlink>
      <w:r>
        <w:t xml:space="preserve"> - Romeo Beckham debuts as an actor in 'Forty Love', a film set in the world of tennis. The first trailer showcases a story of love and rivalry, highlighting Beckham's character as a charismatic new rival to tennis champion Sacha Gallo. The film combines themes of ambition, competition, and unexpected romance, set against the backdrop of the tennis world.</w:t>
      </w:r>
      <w:r/>
    </w:p>
    <w:p>
      <w:pPr>
        <w:pStyle w:val="ListNumber"/>
        <w:spacing w:line="240" w:lineRule="auto"/>
        <w:ind w:left="720"/>
      </w:pPr>
      <w:r/>
      <w:hyperlink r:id="rId14">
        <w:r>
          <w:rPr>
            <w:color w:val="0000EE"/>
            <w:u w:val="single"/>
          </w:rPr>
          <w:t>https://www.outloudculture.com/2026/10/16/trailer-romeo-beckham-makes-his-acting-debut-in-tennis-romance-forty-love/</w:t>
        </w:r>
      </w:hyperlink>
      <w:r>
        <w:t xml:space="preserve"> - Romeo Beckham steps into the world of cinema with the first official trailer for 'Forty Love', marking his feature-film acting debut. The French romantic drama combines competitive tennis, intense rivalries, and unexpected romance, with Beckham playing a rival who challenges the protagonist, Sacha Gallo, both on and off the court. Directed by Pierre-Ange Carlotti, the film also stars Guillaume Canet, Benjamin Voisin, and Catherine Deneuve.</w:t>
      </w:r>
      <w:r/>
    </w:p>
    <w:p>
      <w:pPr>
        <w:pStyle w:val="ListNumber"/>
        <w:spacing w:line="240" w:lineRule="auto"/>
        <w:ind w:left="720"/>
      </w:pPr>
      <w:r/>
      <w:hyperlink r:id="rId15">
        <w:r>
          <w:rPr>
            <w:color w:val="0000EE"/>
            <w:u w:val="single"/>
          </w:rPr>
          <w:t>https://www.justjared.com/2026/10/15/forty-love-trailer-romeo-beckham-makes-acting-debut-in-gay-tennis-romance-film-watch-now/</w:t>
        </w:r>
      </w:hyperlink>
      <w:r>
        <w:t xml:space="preserve"> - Romeo Beckham makes his acting debut in the upcoming French film 'Forty Love', with the trailer recently released. The film stars Beckham alongside Paul Kircher as rival tennis players who develop a romance with each other. The story follows Sacha Gallo, an ambitious young tennis star, whose world is turned upside down by the arrival of a new rival, played by Beckham.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darren-criss-plays-dress-up-hasan-pikers-gay-awakening-romeo-beckhams-serve-20261018/" TargetMode="External"/><Relationship Id="rId10" Type="http://schemas.openxmlformats.org/officeDocument/2006/relationships/hyperlink" Target="https://www.broadwayworld.com/westend/article/Darren-Criss-Will-Perform-Live-at-The-Royal-Albert-Hall-in-October-20260624" TargetMode="External"/><Relationship Id="rId11" Type="http://schemas.openxmlformats.org/officeDocument/2006/relationships/hyperlink" Target="https://www.broadwayworld.com/westend/article/Darren-Criss-Adds-Additional-Show-at-The-Royal-Albert-Hall-20260714" TargetMode="External"/><Relationship Id="rId12" Type="http://schemas.openxmlformats.org/officeDocument/2006/relationships/hyperlink" Target="https://www.comingsoon.net/movies/trailers/2208351-david-beckham-son-romeo-forty-love-trailer" TargetMode="External"/><Relationship Id="rId13" Type="http://schemas.openxmlformats.org/officeDocument/2006/relationships/hyperlink" Target="https://www.vanguardia.com/entretenimiento/tendencias/2026/10/18/romeo-beckham-debuta-como-actor-lanzan-el-trailer-de-su-primera-pelicula-forty-love/" TargetMode="External"/><Relationship Id="rId14" Type="http://schemas.openxmlformats.org/officeDocument/2006/relationships/hyperlink" Target="https://www.outloudculture.com/2026/10/16/trailer-romeo-beckham-makes-his-acting-debut-in-tennis-romance-forty-love/" TargetMode="External"/><Relationship Id="rId15" Type="http://schemas.openxmlformats.org/officeDocument/2006/relationships/hyperlink" Target="https://www.justjared.com/2026/10/15/forty-love-trailer-romeo-beckham-makes-acting-debut-in-gay-tennis-romance-film-watch-n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