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Honolulu Pride Parade Celebrates Queer Resilience in Waikiki</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Thousands of people filled Honolulu’s Kalakaua Avenue for the 2026 Honolulu Pride Parade, turning Waikiki into a bright, noisy celebration of queer community and resilience. With floats, marching groups, live entertainment and community stalls, the event brought businesses, families and visitors together across one of Oahu’s busiest stretches.</w:t>
      </w:r>
      <w:r/>
    </w:p>
    <w:p>
      <w:pPr>
        <w:pStyle w:val="Heading2"/>
      </w:pPr>
      <w:r>
        <w:t>Essential Takeaways</w:t>
      </w:r>
      <w:r/>
      <w:r/>
    </w:p>
    <w:p>
      <w:pPr>
        <w:pStyle w:val="ListBullet"/>
        <w:spacing w:line="240" w:lineRule="auto"/>
        <w:ind w:left="720"/>
      </w:pPr>
      <w:r/>
      <w:r>
        <w:rPr>
          <w:b/>
        </w:rPr>
        <w:t>Large community turnout:</w:t>
      </w:r>
      <w:r>
        <w:t xml:space="preserve"> Thousands joined or watched the parade along its route from Magic Island to Waikiki.</w:t>
      </w:r>
      <w:r/>
    </w:p>
    <w:p>
      <w:pPr>
        <w:pStyle w:val="ListBullet"/>
        <w:spacing w:line="240" w:lineRule="auto"/>
        <w:ind w:left="720"/>
      </w:pPr>
      <w:r/>
      <w:r>
        <w:rPr>
          <w:b/>
        </w:rPr>
        <w:t>A message of perseverance:</w:t>
      </w:r>
      <w:r>
        <w:t xml:space="preserve"> The 2026 theme, Ho‘omau, focused on queer resilience, unity and continuing forward.</w:t>
      </w:r>
      <w:r/>
    </w:p>
    <w:p>
      <w:pPr>
        <w:pStyle w:val="ListBullet"/>
        <w:spacing w:line="240" w:lineRule="auto"/>
        <w:ind w:left="720"/>
      </w:pPr>
      <w:r/>
      <w:r>
        <w:rPr>
          <w:b/>
        </w:rPr>
        <w:t>More than 70 festival booths:</w:t>
      </w:r>
      <w:r>
        <w:t xml:space="preserve"> Community organisations, charities and businesses were scheduled to take part.</w:t>
      </w:r>
      <w:r/>
    </w:p>
    <w:p>
      <w:pPr>
        <w:pStyle w:val="ListBullet"/>
        <w:spacing w:line="240" w:lineRule="auto"/>
        <w:ind w:left="720"/>
      </w:pPr>
      <w:r/>
      <w:r>
        <w:rPr>
          <w:b/>
        </w:rPr>
        <w:t>A lively route:</w:t>
      </w:r>
      <w:r>
        <w:t xml:space="preserve"> Floats, vehicles, music and marching groups travelled down Kalakaua Avenue towards Kapiolani Park.</w:t>
      </w:r>
      <w:r/>
    </w:p>
    <w:p>
      <w:pPr>
        <w:pStyle w:val="ListBullet"/>
        <w:spacing w:line="240" w:lineRule="auto"/>
        <w:ind w:left="720"/>
      </w:pPr>
      <w:r/>
      <w:r>
        <w:rPr>
          <w:b/>
        </w:rPr>
        <w:t>Family-friendly planning:</w:t>
      </w:r>
      <w:r>
        <w:t xml:space="preserve"> Dedicated ohana and kupuna areas were included alongside food, drink and performances.</w:t>
      </w:r>
      <w:r/>
      <w:r/>
    </w:p>
    <w:p>
      <w:pPr>
        <w:pStyle w:val="Heading2"/>
      </w:pPr>
      <w:r>
        <w:t>Waikiki turns into a sea of colour</w:t>
      </w:r>
      <w:r/>
    </w:p>
    <w:p>
      <w:r/>
      <w:r>
        <w:t>The strongest image from this year’s Honolulu Pride Parade was the sheer scale of the crowd. Kalakaua Avenue became a moving ribbon of music, rainbow flags and waving spectators as marchers travelled from Magic Island through the centre of Waikiki.</w:t>
      </w:r>
      <w:r/>
    </w:p>
    <w:p>
      <w:r/>
      <w:r>
        <w:t>Hawaii News Now reported live from several points along the route, giving people unable to attend in person a way to follow the celebration. For those on the street, though, the atmosphere was harder to replace: loud, warm and unmistakably communal.</w:t>
      </w:r>
      <w:r/>
    </w:p>
    <w:p>
      <w:r/>
      <w:r>
        <w:t>The event was presented by the Hawai‘i LGBT Legacy Foundation, with businesses, nonprofit organisations and community groups joining the procession. Hawaii News Now’s preview coverage highlighted more than 100 participating groups, underlining how widely the parade reaches beyond a single community organisation.</w:t>
      </w:r>
      <w:r/>
    </w:p>
    <w:p>
      <w:pPr>
        <w:pStyle w:val="Heading2"/>
      </w:pPr>
      <w:r>
        <w:t>Ho‘omau gives the parade a deeper meaning</w:t>
      </w:r>
      <w:r/>
    </w:p>
    <w:p>
      <w:r/>
      <w:r>
        <w:t>This year’s theme, Ho‘omau, placed endurance at the heart of the festivities. Honolulu Pride described it as a celebration of queer resilience, unity and perseverance, giving the colourful spectacle a clear emotional centre.</w:t>
      </w:r>
      <w:r/>
    </w:p>
    <w:p>
      <w:r/>
      <w:r>
        <w:t>That message matters because Pride in Honolulu is both a joyful public celebration and a visible statement about belonging. The streets may be filled with dancing, music and cheerful costumes, but the event also reflects the work of people and organisations building a safer, more welcoming Hawai‘i.</w:t>
      </w:r>
      <w:r/>
    </w:p>
    <w:p>
      <w:r/>
      <w:r>
        <w:t>Honolulu Pride’s festival information listed more than 70 community booths and four hours of entertainment. That mix means visitors can expect more than a parade: there are opportunities to meet local groups, discover support services and settle in for an afternoon of performances.</w:t>
      </w:r>
      <w:r/>
    </w:p>
    <w:p>
      <w:pPr>
        <w:pStyle w:val="Heading2"/>
      </w:pPr>
      <w:r>
        <w:t>What visitors could expect beyond the parade</w:t>
      </w:r>
      <w:r/>
    </w:p>
    <w:p>
      <w:r/>
      <w:r>
        <w:t>The festival programme was designed to keep people in the celebration after the final floats had passed. Alongside live music, attendees could find food, drinks and stalls from community organisations, while planned ohana and kupuna zones offered quieter, more accessible spaces.</w:t>
      </w:r>
      <w:r/>
    </w:p>
    <w:p>
      <w:r/>
      <w:r>
        <w:t>Hawaii News Now’s event guide also pointed to a broad programme featuring local and national entertainers. That balance is part of the appeal: Honolulu Pride feels energetic enough for a huge street party, but grounded enough for families and older community members.</w:t>
      </w:r>
      <w:r/>
    </w:p>
    <w:p>
      <w:r/>
      <w:r>
        <w:t>If you’re planning to attend a future Honolulu Pride event, comfortable shoes, water and sun protection are practical essentials. The route is long, the tropical heat can be deceptive, and standing near the parade for several hours is much easier when your feet aren’t staging a protest.</w:t>
      </w:r>
      <w:r/>
    </w:p>
    <w:p>
      <w:pPr>
        <w:pStyle w:val="Heading2"/>
      </w:pPr>
      <w:r>
        <w:t>A growing tradition in Honolulu</w:t>
      </w:r>
      <w:r/>
    </w:p>
    <w:p>
      <w:r/>
      <w:r>
        <w:t>The 2026 parade builds on several years of strong participation. KHON2 reported that the 2024 event was expected to attract more than 4,000 participants, with floats, bands, trolleys, businesses and nonprofits involved.</w:t>
      </w:r>
      <w:r/>
    </w:p>
    <w:p>
      <w:r/>
      <w:r>
        <w:t>Previous celebrations also featured grand marshals drawn from the Hawai‘i LGBT Legacy Foundation’s founding leadership. In 2026, Michael Golojuch Jr. served as grand marshal, according to Honolulu Pride’s event listing.</w:t>
      </w:r>
      <w:r/>
    </w:p>
    <w:p>
      <w:r/>
      <w:r>
        <w:t>The route has become a familiar part of Honolulu’s annual calendar, beginning at Magic Island and moving through Waikiki before reaching the Kapiolani Park area. That continuity gives the event a sense of tradition, while each year’s theme and participants keep it feeling fresh.</w:t>
      </w:r>
      <w:r/>
    </w:p>
    <w:p>
      <w:pPr>
        <w:pStyle w:val="Heading2"/>
      </w:pPr>
      <w:r>
        <w:t>Pride remains both party and statement</w:t>
      </w:r>
      <w:r/>
    </w:p>
    <w:p>
      <w:r/>
      <w:r>
        <w:t>There’s an easy temptation to see a parade like this simply as a colourful day out. Yet the turnout suggests something more lasting: people want public celebrations where identity, friendship and community support are visible rather than tucked away.</w:t>
      </w:r>
      <w:r/>
    </w:p>
    <w:p>
      <w:r/>
      <w:r>
        <w:t>For visitors, the atmosphere offers a memorable way to experience Waikiki beyond its beaches and hotels. For local residents, it’s a reminder that the city’s cultural life is shaped by the people who show up for one another.</w:t>
      </w:r>
      <w:r/>
    </w:p>
    <w:p>
      <w:r/>
      <w:r>
        <w:t>As Honolulu Pride continues to grow, its biggest strength may be that combination of celebration and purpose. The music draws people in, but the sense of solidarity is what keeps the occasion meaningful.</w:t>
      </w:r>
      <w:r/>
    </w:p>
    <w:p>
      <w:r/>
      <w:r>
        <w:t>It’s a bright, determined reminder that community is worth celebrating in public.</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3">
        <w:r>
          <w:rPr>
            <w:color w:val="0000EE"/>
            <w:u w:val="single"/>
          </w:rPr>
          <w:t>[3]</w:t>
        </w:r>
      </w:hyperlink>
      <w:r>
        <w:t xml:space="preserve">- Paragraph 5: </w:t>
      </w:r>
      <w:hyperlink r:id="rId13">
        <w:r>
          <w:rPr>
            <w:color w:val="0000EE"/>
            <w:u w:val="single"/>
          </w:rPr>
          <w:t>[3]</w:t>
        </w:r>
      </w:hyperlink>
      <w:r>
        <w:t xml:space="preserve">, </w:t>
      </w:r>
      <w:hyperlink r:id="rId11">
        <w:r>
          <w:rPr>
            <w:color w:val="0000EE"/>
            <w:u w:val="single"/>
          </w:rPr>
          <w:t>[4]</w:t>
        </w:r>
      </w:hyperlink>
      <w:r>
        <w:t xml:space="preserve">- Paragraph 6: </w:t>
      </w:r>
      <w:hyperlink r:id="rId11">
        <w:r>
          <w:rPr>
            <w:color w:val="0000EE"/>
            <w:u w:val="single"/>
          </w:rPr>
          <w:t>[4]</w:t>
        </w:r>
      </w:hyperlink>
      <w:r>
        <w:t xml:space="preserve">- Paragraph 7: </w:t>
      </w:r>
      <w:hyperlink r:id="rId13">
        <w:r>
          <w:rPr>
            <w:color w:val="0000EE"/>
            <w:u w:val="single"/>
          </w:rPr>
          <w:t>[3]</w:t>
        </w:r>
      </w:hyperlink>
      <w:r>
        <w:t xml:space="preserve">, </w:t>
      </w:r>
      <w:hyperlink r:id="rId11">
        <w:r>
          <w:rPr>
            <w:color w:val="0000EE"/>
            <w:u w:val="single"/>
          </w:rPr>
          <w:t>[4]</w:t>
        </w:r>
      </w:hyperlink>
      <w:r>
        <w:t xml:space="preserve">- Paragraph 8: </w:t>
      </w:r>
      <w:hyperlink r:id="rId11">
        <w:r>
          <w:rPr>
            <w:color w:val="0000EE"/>
            <w:u w:val="single"/>
          </w:rPr>
          <w:t>[4]</w:t>
        </w:r>
      </w:hyperlink>
      <w:r>
        <w:t xml:space="preserve">- Paragraph 9: </w:t>
      </w:r>
      <w:hyperlink r:id="rId11">
        <w:r>
          <w:rPr>
            <w:color w:val="0000EE"/>
            <w:u w:val="single"/>
          </w:rPr>
          <w:t>[4]</w:t>
        </w:r>
      </w:hyperlink>
      <w:r>
        <w:t xml:space="preserve">- Paragraph 10: </w:t>
      </w:r>
      <w:hyperlink r:id="rId12">
        <w:r>
          <w:rPr>
            <w:color w:val="0000EE"/>
            <w:u w:val="single"/>
          </w:rPr>
          <w:t>[5]</w:t>
        </w:r>
      </w:hyperlink>
      <w:r>
        <w:t xml:space="preserve">- Paragraph 11: </w:t>
      </w:r>
      <w:hyperlink r:id="rId13">
        <w:r>
          <w:rPr>
            <w:color w:val="0000EE"/>
            <w:u w:val="single"/>
          </w:rPr>
          <w:t>[3]</w:t>
        </w:r>
      </w:hyperlink>
      <w:r>
        <w:t xml:space="preserve">, </w:t>
      </w:r>
      <w:hyperlink r:id="rId11">
        <w:r>
          <w:rPr>
            <w:color w:val="0000EE"/>
            <w:u w:val="single"/>
          </w:rPr>
          <w:t>[4]</w:t>
        </w:r>
      </w:hyperlink>
      <w:r>
        <w:t xml:space="preserve">- Paragraph 12: </w:t>
      </w:r>
      <w:hyperlink r:id="rId11">
        <w:r>
          <w:rPr>
            <w:color w:val="0000EE"/>
            <w:u w:val="single"/>
          </w:rPr>
          <w:t>[4]</w:t>
        </w:r>
      </w:hyperlink>
      <w:r>
        <w:t xml:space="preserve">- Paragraph 13: </w:t>
      </w:r>
      <w:hyperlink r:id="rId11">
        <w:r>
          <w:rPr>
            <w:color w:val="0000EE"/>
            <w:u w:val="single"/>
          </w:rPr>
          <w:t>[4]</w:t>
        </w:r>
      </w:hyperlink>
      <w:r>
        <w:t xml:space="preserve">- Paragraph 14: </w:t>
      </w:r>
      <w:hyperlink r:id="rId10">
        <w:r>
          <w:rPr>
            <w:color w:val="0000EE"/>
            <w:u w:val="single"/>
          </w:rPr>
          <w:t>[2]</w:t>
        </w:r>
      </w:hyperlink>
      <w:r>
        <w:t xml:space="preserve">, </w:t>
      </w:r>
      <w:hyperlink r:id="rId13">
        <w:r>
          <w:rPr>
            <w:color w:val="0000EE"/>
            <w:u w:val="single"/>
          </w:rPr>
          <w:t>[3]</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3">
        <w:r>
          <w:rPr>
            <w:color w:val="0000EE"/>
            <w:u w:val="single"/>
          </w:rPr>
          <w:t>[3]</w:t>
        </w:r>
      </w:hyperlink>
      <w:r>
        <w:t xml:space="preserve">, </w:t>
      </w:r>
      <w:hyperlink r:id="rId12">
        <w:r>
          <w:rPr>
            <w:color w:val="0000EE"/>
            <w:u w:val="single"/>
          </w:rPr>
          <w:t>[5]</w:t>
        </w:r>
      </w:hyperlink>
      <w:r>
        <w:t xml:space="preserve">- Paragraph 17: </w:t>
      </w:r>
      <w:hyperlink r:id="rId10">
        <w:r>
          <w:rPr>
            <w:color w:val="0000EE"/>
            <w:u w:val="single"/>
          </w:rPr>
          <w:t>[2]</w:t>
        </w:r>
      </w:hyperlink>
      <w:r>
        <w:t xml:space="preserve">, </w:t>
      </w:r>
      <w:hyperlink r:id="rId11">
        <w:r>
          <w:rPr>
            <w:color w:val="0000EE"/>
            <w:u w:val="single"/>
          </w:rPr>
          <w:t>[4]</w:t>
        </w:r>
      </w:hyperlink>
      <w:r>
        <w:t xml:space="preserve">- Paragraph 18: </w:t>
      </w:r>
      <w:hyperlink r:id="rId13">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https://hoodline.com/2026/10/thousands-flood-waikiki-streets-as-honolulu-pride-parade-marches-down-kalakaua/</w:t>
        </w:r>
      </w:hyperlink>
      <w:r>
        <w:t xml:space="preserve"> - Please view link - unable to able to access data</w:t>
      </w:r>
      <w:r/>
    </w:p>
    <w:p>
      <w:pPr>
        <w:pStyle w:val="ListNumber"/>
        <w:spacing w:line="240" w:lineRule="auto"/>
        <w:ind w:left="720"/>
      </w:pPr>
      <w:r/>
      <w:hyperlink r:id="rId10">
        <w:r>
          <w:rPr>
            <w:color w:val="0000EE"/>
            <w:u w:val="single"/>
          </w:rPr>
          <w:t>https://www.hawaiinewsnow.com/2026/10/18/thousands-march-through-waikiki-honolulu-pride-parade-2026/</w:t>
        </w:r>
      </w:hyperlink>
      <w:r>
        <w:t xml:space="preserve"> - Thousands of people, including businesses, organizations, community groups, and spectators, participated in the 2026 Honolulu Pride Parade on October 17. The parade began at Magic Island in Ala Moana and proceeded down Kalākaua Avenue in Waikīkī, marking Hawaiʻi's largest celebration of the queer community. Hawaii News Now served as the official broadcast partner, providing live coverage from various points along the route and making the full parade available on demand through its website and streaming app.</w:t>
      </w:r>
      <w:r/>
    </w:p>
    <w:p>
      <w:pPr>
        <w:pStyle w:val="ListNumber"/>
        <w:spacing w:line="240" w:lineRule="auto"/>
        <w:ind w:left="720"/>
      </w:pPr>
      <w:r/>
      <w:hyperlink r:id="rId13">
        <w:r>
          <w:rPr>
            <w:color w:val="0000EE"/>
            <w:u w:val="single"/>
          </w:rPr>
          <w:t>https://www.honolulupride.com/events/pride-festival</w:t>
        </w:r>
      </w:hyperlink>
      <w:r>
        <w:t xml:space="preserve"> - The Honolulu Pride Festival, held on October 17, 2026, at the Waikīkī Shell, featured over 70 community booths and four hours of live entertainment. The festival's mainstage schedule included performances by Māhūi, The Social Vocal Choir, Blazing Saddles, Cheer Honolulu, and Grand Marshals, as well as acts like Mark Kanemura, Anetra, and Aubrey O'Day. The event also offered dedicated 'ohana and kūpuna zones, along with food and drink vendors, creating a joyful day of connection, culture, and pride.</w:t>
      </w:r>
      <w:r/>
    </w:p>
    <w:p>
      <w:pPr>
        <w:pStyle w:val="ListNumber"/>
        <w:spacing w:line="240" w:lineRule="auto"/>
        <w:ind w:left="720"/>
      </w:pPr>
      <w:r/>
      <w:hyperlink r:id="rId11">
        <w:r>
          <w:rPr>
            <w:color w:val="0000EE"/>
            <w:u w:val="single"/>
          </w:rPr>
          <w:t>https://www.hawaiinewsnow.com/2026/10/15/what-know-honolulu-pride-parade-festival-weekend/</w:t>
        </w:r>
      </w:hyperlink>
      <w:r>
        <w:t xml:space="preserve"> - Honolulu Pride 2026 commenced with a Kick-Off Pau Hana at the International Market Place on October 14. The Hawaii Theatre Pride Concert, headlined by Big Freedia, took place on October 15. The Official Pride Opening Party was held at Scarlet Honolulu on October 16. The Honolulu Pride Parade began at 3 p.m. on October 17 from Magic Island, proceeding down Kalākaua Avenue through Waikīkī. Following the parade, the Honolulu Pride Festival featured over 70 community booths and four hours of live entertainment at the Waikīkī Shell.</w:t>
      </w:r>
      <w:r/>
    </w:p>
    <w:p>
      <w:pPr>
        <w:pStyle w:val="ListNumber"/>
        <w:spacing w:line="240" w:lineRule="auto"/>
        <w:ind w:left="720"/>
      </w:pPr>
      <w:r/>
      <w:hyperlink r:id="rId12">
        <w:r>
          <w:rPr>
            <w:color w:val="0000EE"/>
            <w:u w:val="single"/>
          </w:rPr>
          <w:t>https://www.hsta.org/news/recent-stories/join-hsta-in-the-2026-honolulu-pride-parade/</w:t>
        </w:r>
      </w:hyperlink>
      <w:r>
        <w:t xml:space="preserve"> - The Hawaiʻi State Teachers Association (HSTA) invited members to participate in the 2026 Honolulu Pride Parade on October 17. The parade began at 3 p.m. from Magic Island in Ala Moana Regional Park, proceeding down Ala Moana Boulevard and Kalākaua Avenue, and ending at Kapiʻolani Park. HSTA provided a trolley for members and encouraged participants to arrive early due to limited parking at Ala Moana Regional Park. The association emphasized the importance of professionalism and advised members to avoid engaging with protestors along the route.</w:t>
      </w:r>
      <w:r/>
    </w:p>
    <w:p>
      <w:pPr>
        <w:pStyle w:val="ListNumber"/>
        <w:spacing w:line="240" w:lineRule="auto"/>
        <w:ind w:left="720"/>
      </w:pPr>
      <w:r/>
      <w:hyperlink r:id="rId11">
        <w:r>
          <w:rPr>
            <w:color w:val="0000EE"/>
            <w:u w:val="single"/>
          </w:rPr>
          <w:t>https://www.hawaiinewsnow.com/2026/10/15/what-know-honolulu-pride-parade-festival-weekend/</w:t>
        </w:r>
      </w:hyperlink>
      <w:r>
        <w:t xml:space="preserve"> - Honolulu Pride 2026 commenced with a Kick-Off Pau Hana at the International Market Place on October 14. The Hawaii Theatre Pride Concert, headlined by Big Freedia, took place on October 15. The Official Pride Opening Party was held at Scarlet Honolulu on October 16. The Honolulu Pride Parade began at 3 p.m. on October 17 from Magic Island, proceeding down Kalākaua Avenue through Waikīkī. Following the parade, the Honolulu Pride Festival featured over 70 community booths and four hours of live entertainment at the Waikīkī Shell.</w:t>
      </w:r>
      <w:r/>
    </w:p>
    <w:p>
      <w:pPr>
        <w:pStyle w:val="ListNumber"/>
        <w:spacing w:line="240" w:lineRule="auto"/>
        <w:ind w:left="720"/>
      </w:pPr>
      <w:r/>
      <w:hyperlink r:id="rId11">
        <w:r>
          <w:rPr>
            <w:color w:val="0000EE"/>
            <w:u w:val="single"/>
          </w:rPr>
          <w:t>https://www.hawaiinewsnow.com/2026/10/15/what-know-honolulu-pride-parade-festival-weekend/</w:t>
        </w:r>
      </w:hyperlink>
      <w:r>
        <w:t xml:space="preserve"> - Honolulu Pride 2026 commenced with a Kick-Off Pau Hana at the International Market Place on October 14. The Hawaii Theatre Pride Concert, headlined by Big Freedia, took place on October 15. The Official Pride Opening Party was held at Scarlet Honolulu on October 16. The Honolulu Pride Parade began at 3 p.m. on October 17 from Magic Island, proceeding down Kalākaua Avenue through Waikīkī. Following the parade, the Honolulu Pride Festival featured over 70 community booths and four hours of live entertainment at the Waikīkī Shell.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oodline.com/2026/10/thousands-flood-waikiki-streets-as-honolulu-pride-parade-marches-down-kalakaua/" TargetMode="External"/><Relationship Id="rId10" Type="http://schemas.openxmlformats.org/officeDocument/2006/relationships/hyperlink" Target="https://www.hawaiinewsnow.com/2026/10/18/thousands-march-through-waikiki-honolulu-pride-parade-2026/" TargetMode="External"/><Relationship Id="rId11" Type="http://schemas.openxmlformats.org/officeDocument/2006/relationships/hyperlink" Target="https://www.hawaiinewsnow.com/2026/10/15/what-know-honolulu-pride-parade-festival-weekend/" TargetMode="External"/><Relationship Id="rId12" Type="http://schemas.openxmlformats.org/officeDocument/2006/relationships/hyperlink" Target="https://www.hsta.org/news/recent-stories/join-hsta-in-the-2026-honolulu-pride-parade/" TargetMode="External"/><Relationship Id="rId13" Type="http://schemas.openxmlformats.org/officeDocument/2006/relationships/hyperlink" Target="https://www.honolulupride.com/events/pride-festi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