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Las Vegas Pride Festival 2026 Brings Music, Meaning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out for the Las Vegas Pride Festival 2026 at Desert Breeze Events Center, where live performances, food, pageantry and community stalls create a colourful day out with a serious purpose. The festival matters because it offers celebration alongside visibility, connection and a welcoming space for LGBTQ+ people, families and supporters.</w:t>
      </w:r>
      <w:r/>
    </w:p>
    <w:p>
      <w:pPr>
        <w:pStyle w:val="Heading2"/>
      </w:pPr>
      <w:r>
        <w:t>Essential Takeaways</w:t>
      </w:r>
      <w:r/>
      <w:r/>
    </w:p>
    <w:p>
      <w:pPr>
        <w:pStyle w:val="ListBullet"/>
        <w:spacing w:line="240" w:lineRule="auto"/>
        <w:ind w:left="720"/>
      </w:pPr>
      <w:r/>
      <w:r>
        <w:rPr>
          <w:b/>
        </w:rPr>
        <w:t>A lively setting:</w:t>
      </w:r>
      <w:r>
        <w:t xml:space="preserve"> Desert Breeze Events Center hosts stages, stalls, food and entertainment.</w:t>
      </w:r>
      <w:r/>
    </w:p>
    <w:p>
      <w:pPr>
        <w:pStyle w:val="ListBullet"/>
        <w:spacing w:line="240" w:lineRule="auto"/>
        <w:ind w:left="720"/>
      </w:pPr>
      <w:r/>
      <w:r>
        <w:rPr>
          <w:b/>
        </w:rPr>
        <w:t>More than a party:</w:t>
      </w:r>
      <w:r>
        <w:t xml:space="preserve"> Organisers frame the event as a celebration of equality, visibility and human rights.</w:t>
      </w:r>
      <w:r/>
    </w:p>
    <w:p>
      <w:pPr>
        <w:pStyle w:val="ListBullet"/>
        <w:spacing w:line="240" w:lineRule="auto"/>
        <w:ind w:left="720"/>
      </w:pPr>
      <w:r/>
      <w:r>
        <w:rPr>
          <w:b/>
        </w:rPr>
        <w:t>Something for everyone:</w:t>
      </w:r>
      <w:r>
        <w:t xml:space="preserve"> Visitors can browse arts, culture, health, nonprofit and food exhibitors.</w:t>
      </w:r>
      <w:r/>
    </w:p>
    <w:p>
      <w:pPr>
        <w:pStyle w:val="ListBullet"/>
        <w:spacing w:line="240" w:lineRule="auto"/>
        <w:ind w:left="720"/>
      </w:pPr>
      <w:r/>
      <w:r>
        <w:rPr>
          <w:b/>
        </w:rPr>
        <w:t>A family-friendly feel:</w:t>
      </w:r>
      <w:r>
        <w:t xml:space="preserve"> Families, supporters and even dogs were part of the busy crowd.</w:t>
      </w:r>
      <w:r/>
    </w:p>
    <w:p>
      <w:pPr>
        <w:pStyle w:val="ListBullet"/>
        <w:spacing w:line="240" w:lineRule="auto"/>
        <w:ind w:left="720"/>
      </w:pPr>
      <w:r/>
      <w:r>
        <w:rPr>
          <w:b/>
        </w:rPr>
        <w:t>This year's message:</w:t>
      </w:r>
      <w:r>
        <w:t xml:space="preserve"> "Rise, Resist and Rejoice" links the festival's energy with continued activism.</w:t>
      </w:r>
      <w:r/>
      <w:r/>
    </w:p>
    <w:p>
      <w:pPr>
        <w:pStyle w:val="Heading2"/>
      </w:pPr>
      <w:r>
        <w:t>Las Vegas Pride turns celebration into connection</w:t>
      </w:r>
      <w:r/>
    </w:p>
    <w:p>
      <w:r/>
      <w:r>
        <w:t>The first thing that stands out at a Pride festival is the colour. Flags ripple above the crowd, music spills from the stages and performers bring plenty of sparkle, but the warmer detail is the easy sense of people finding one another.</w:t>
      </w:r>
      <w:r/>
    </w:p>
    <w:p>
      <w:r/>
      <w:r>
        <w:t>At the 2026 Las Vegas Pride Festival, visitors moved between entertainment, community stalls and food vendors at Desert Breeze Events Center. The official Las Vegas Pride listings identify the venue as a key setting for the event, giving the festival room to grow while keeping its different strands close together. According to Las Vegas Pride, the venue supports the organisation's wider programme of events and community activity.</w:t>
      </w:r>
      <w:r/>
    </w:p>
    <w:p>
      <w:r/>
      <w:r>
        <w:t>That mix is important. A visitor might arrive for the music, pause for a conversation at a nonprofit booth and leave with a new connection. It feels less like a single show and more like a lively neighbourhood gathering with a very good soundtrack.</w:t>
      </w:r>
      <w:r/>
    </w:p>
    <w:p>
      <w:pPr>
        <w:pStyle w:val="Heading2"/>
      </w:pPr>
      <w:r>
        <w:t>Why Desert Breeze Events Center suits the festival</w:t>
      </w:r>
      <w:r/>
    </w:p>
    <w:p>
      <w:r/>
      <w:r>
        <w:t>Las Vegas Pride has moved between venues over the years as the city and the event have expanded. Desert Breeze Events Center offers a practical home for multiple stages, exhibitors and visitors, which helps the festival feel busy without becoming impossibly cramped.</w:t>
      </w:r>
      <w:r/>
    </w:p>
    <w:p>
      <w:r/>
      <w:r>
        <w:t>The venue's location near Durango Drive and West Mountain Spring Drive also gives attendees a clear destination away from the Strip's more familiar spectacle. That distinction matters because Pride is not simply another Las Vegas attraction. It's a community event with entertainment at its heart, but also a strong sense of place.</w:t>
      </w:r>
      <w:r/>
    </w:p>
    <w:p>
      <w:r/>
      <w:r>
        <w:t>Event information from Create Vegas and Everyday Vegas presents the festival as a broad day out, with performances, vendors and activities rather than one headline attraction. In other words, there isn't a single correct way to enjoy it. You can dance, browse, chat, eat or simply take in the atmosphere.</w:t>
      </w:r>
      <w:r/>
    </w:p>
    <w:p>
      <w:pPr>
        <w:pStyle w:val="Heading2"/>
      </w:pPr>
      <w:r>
        <w:t>Music, pageantry and plenty to explore</w:t>
      </w:r>
      <w:r/>
    </w:p>
    <w:p>
      <w:r/>
      <w:r>
        <w:t>Live performance gives the festival its pulse. Drag artists, dancers and other entertainers keep the mood bright, while Pride royalty adds a touch of ceremony and crowd-pleasing theatre. It's the kind of programming that rewards wandering, because the next lively moment may be just around the corner.</w:t>
      </w:r>
      <w:r/>
    </w:p>
    <w:p>
      <w:r/>
      <w:r>
        <w:t>Away from the stages, the stalls add substance. Visitors can discover arts and culture groups, food sellers, health organisations and nonprofits, making the festival useful as well as entertaining. For first-time guests, that's a good reason to allow more time than a quick afternoon visit.</w:t>
      </w:r>
      <w:r/>
    </w:p>
    <w:p>
      <w:r/>
      <w:r>
        <w:t>The official Las Vegas Pride material also places the event within a wider programme of community organising. That context helps explain why the festival feels both celebratory and purposeful. The glitter may catch the eye, but the conversations are what give the day its staying power.</w:t>
      </w:r>
      <w:r/>
    </w:p>
    <w:p>
      <w:pPr>
        <w:pStyle w:val="Heading2"/>
      </w:pPr>
      <w:r>
        <w:t>"Rise, Resist and Rejoice" gives 2026 a clear message</w:t>
      </w:r>
      <w:r/>
    </w:p>
    <w:p>
      <w:r/>
      <w:r>
        <w:t>This year's theme, "Rise, Resist and Rejoice", links joy with resilience. Las Vegas Pride describes the message as a reminder that progress can be uneven, and that visibility and solidarity still matter even when rights and recognition feel more secure.</w:t>
      </w:r>
      <w:r/>
    </w:p>
    <w:p>
      <w:r/>
      <w:r>
        <w:t>That balance is one of the festival's strengths. Pride can be loud, funny and wonderfully over the top, but it can also hold space for people who haven't always felt supported. The organisation's campaign material presents rejoicing not as an escape from difficult issues, but as part of how communities stay visible and connected.</w:t>
      </w:r>
      <w:r/>
    </w:p>
    <w:p>
      <w:r/>
      <w:r>
        <w:t>It also makes the event accessible to supporters who may be attending for the first time. You don't need specialist knowledge or a carefully planned itinerary. Come for the atmosphere, listen, be respectful and let the day unfold.</w:t>
      </w:r>
      <w:r/>
    </w:p>
    <w:p>
      <w:pPr>
        <w:pStyle w:val="Heading2"/>
      </w:pPr>
      <w:r>
        <w:t>A practical guide for first-time visitors</w:t>
      </w:r>
      <w:r/>
    </w:p>
    <w:p>
      <w:r/>
      <w:r>
        <w:t>Wear comfortable shoes and bring water, particularly if you're planning to move between stages and stalls. A small bag is useful for leaflets, purchases and anything colourful you inevitably decide to take home. Check the official Las Vegas Pride event information before travelling for the latest timings, access details and programme updates.</w:t>
      </w:r>
      <w:r/>
    </w:p>
    <w:p>
      <w:r/>
      <w:r>
        <w:t>If you're visiting with children, older relatives or a dog, plan a few quiet breaks. Busy festivals can be exciting but tiring, and a calmer pause can make the day more enjoyable for everyone. It's also worth agreeing a meeting point if your group tends to wander in different directions.</w:t>
      </w:r>
      <w:r/>
    </w:p>
    <w:p>
      <w:r/>
      <w:r>
        <w:t>Most of all, arrive with curiosity rather than a checklist. The best Las Vegas Pride Festival 2026 experience may be a performance you didn't expect, a stall that starts a meaningful conversation or the simple pleasure of seeing a crowd make room for one another.</w:t>
      </w:r>
      <w:r/>
    </w:p>
    <w:p>
      <w:r/>
      <w:r>
        <w:t>Las Vegas Pride shows that celebration can be joyful, useful and quietly powerful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5">
        <w:r>
          <w:rPr>
            <w:color w:val="0000EE"/>
            <w:u w:val="single"/>
          </w:rPr>
          <w:t>[5]</w:t>
        </w:r>
      </w:hyperlink>
      <w:r>
        <w:t xml:space="preserve">- Paragraph 8: </w:t>
      </w:r>
      <w:hyperlink r:id="rId15">
        <w:r>
          <w:rPr>
            <w:color w:val="0000EE"/>
            <w:u w:val="single"/>
          </w:rPr>
          <w:t>[5]</w:t>
        </w:r>
      </w:hyperlink>
      <w:r>
        <w:t xml:space="preserve">, </w:t>
      </w:r>
      <w:hyperlink r:id="rId13">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5">
        <w:r>
          <w:rPr>
            <w:color w:val="0000EE"/>
            <w:u w:val="single"/>
          </w:rPr>
          <w:t>[5]</w:t>
        </w:r>
      </w:hyperlink>
      <w:r>
        <w:t xml:space="preserve">- Paragraph 11: </w:t>
      </w:r>
      <w:hyperlink r:id="rId15">
        <w:r>
          <w:rPr>
            <w:color w:val="0000EE"/>
            <w:u w:val="single"/>
          </w:rPr>
          <w:t>[5]</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[7]</w:t>
        </w:r>
      </w:hyperlink>
      <w:r>
        <w:t xml:space="preserve">- Paragraph 15: </w:t>
      </w:r>
      <w:hyperlink r:id="rId12">
        <w:r>
          <w:rPr>
            <w:color w:val="0000EE"/>
            <w:u w:val="single"/>
          </w:rPr>
          <w:t>[3]</w:t>
        </w:r>
      </w:hyperlink>
      <w:r>
        <w:t xml:space="preserve">, </w:t>
      </w:r>
      <w:hyperlink r:id="rId15">
        <w:r>
          <w:rPr>
            <w:color w:val="0000EE"/>
            <w:u w:val="single"/>
          </w:rPr>
          <w:t>[5]</w:t>
        </w:r>
      </w:hyperlink>
      <w:r>
        <w:t xml:space="preserve">- Paragraph 16: </w:t>
      </w:r>
      <w:hyperlink r:id="rId11">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[7]</w:t>
        </w:r>
      </w:hyperlink>
      <w:r>
        <w:t xml:space="preserve">- Paragraph 18: </w:t>
      </w:r>
      <w:hyperlink r:id="rId12">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https://www.reviewjournal.com/local/local-las-vegas/saturdays-las-vegas-pride-festival-a-day-of-fun-inclusion-and-equality-3901613/</w:t>
        </w:r>
      </w:hyperlink>
      <w:r>
        <w:t xml:space="preserve"> - Please view link - unable to able to access data</w:t>
      </w:r>
      <w:r/>
    </w:p>
    <w:p>
      <w:pPr>
        <w:pStyle w:val="ListNumber"/>
        <w:spacing w:line="240" w:lineRule="auto"/>
        <w:ind w:left="720"/>
      </w:pPr>
      <w:r/>
      <w:hyperlink r:id="rId10">
        <w:r>
          <w:rPr>
            <w:color w:val="0000EE"/>
            <w:u w:val="single"/>
          </w:rPr>
          <w:t>https://lasvegaspride.org/venue/desert-breeze-events-center</w:t>
        </w:r>
      </w:hyperlink>
      <w:r>
        <w:t xml:space="preserve"> - The Las Vegas PRIDE Festival 2026 is scheduled to take place at the Desert Breeze Events Center, located at 8455 Kids Zone Parkway, Las Vegas, NV 89147. This venue has been chosen to accommodate the event's growing popularity and needs, providing a spacious and accessible location for attendees. The festival is set for Saturday, October 17, 2026, from noon to 10 p.m. PDT, offering a full day of entertainment, community engagement, and celebration of diversity.</w:t>
      </w:r>
      <w:r/>
    </w:p>
    <w:p>
      <w:pPr>
        <w:pStyle w:val="ListNumber"/>
        <w:spacing w:line="240" w:lineRule="auto"/>
        <w:ind w:left="720"/>
      </w:pPr>
      <w:r/>
      <w:hyperlink r:id="rId12">
        <w:r>
          <w:rPr>
            <w:color w:val="0000EE"/>
            <w:u w:val="single"/>
          </w:rPr>
          <w:t>https://lasvegaspride.org/2026/09/01/rise-resist-rejoice/</w:t>
        </w:r>
      </w:hyperlink>
      <w:r>
        <w:t xml:space="preserve"> - The theme for the 2026 Las Vegas PRIDE Festival is 'Rise. Resist. Rejoice.' This theme reflects a commitment to breaking cycles of gaining and losing rights, emphasizing resilience and joy within the LGBTQIA+ community. The festival aims to provide a meaningful human rights experience that fosters visibility and inclusion, moving beyond mere celebration to address ongoing struggles and triumphs.</w:t>
      </w:r>
      <w:r/>
    </w:p>
    <w:p>
      <w:pPr>
        <w:pStyle w:val="ListNumber"/>
        <w:spacing w:line="240" w:lineRule="auto"/>
        <w:ind w:left="720"/>
      </w:pPr>
      <w:r/>
      <w:hyperlink r:id="rId11">
        <w:r>
          <w:rPr>
            <w:color w:val="0000EE"/>
            <w:u w:val="single"/>
          </w:rPr>
          <w:t>https://create.vegas/event/las-vegas-pride-festival-2026/</w:t>
        </w:r>
      </w:hyperlink>
      <w:r>
        <w:t xml:space="preserve"> - The Las Vegas PRIDE Festival 2026 is set for Saturday, October 17, 2026, from noon to 10 p.m. PDT at the Desert Breeze Events Center. The event is family-friendly until 7 p.m., after which 'PRIDE After-Dark' features adult language on stage. General admission is $10, with early bird pricing available until Labor Day. VIP tickets offer additional perks, including a private viewing area and complimentary beverages. The festival supports the Las Vegas PRIDE organization, a local nonprofit serving the community for over 43 years.</w:t>
      </w:r>
      <w:r/>
    </w:p>
    <w:p>
      <w:pPr>
        <w:pStyle w:val="ListNumber"/>
        <w:spacing w:line="240" w:lineRule="auto"/>
        <w:ind w:left="720"/>
      </w:pPr>
      <w:r/>
      <w:hyperlink r:id="rId15">
        <w:r>
          <w:rPr>
            <w:color w:val="0000EE"/>
            <w:u w:val="single"/>
          </w:rPr>
          <w:t>https://lasvegaspride.org/2026/09/01/this-is-our-time-to-rise-resist-and-rejoice/</w:t>
        </w:r>
      </w:hyperlink>
      <w:r>
        <w:t xml:space="preserve"> - The 2026 Las Vegas PRIDE Festival encourages attendees to 'Rise. Resist. Rejoice.' This message emphasizes the importance of community connection and visibility, inviting individuals to participate in various events such as the Parade, Rainbow Rave, and the Festival itself. The festival aims to celebrate diversity and foster a sense of belonging for all attendees, regardless of their background or identity.</w:t>
      </w:r>
      <w:r/>
    </w:p>
    <w:p>
      <w:pPr>
        <w:pStyle w:val="ListNumber"/>
        <w:spacing w:line="240" w:lineRule="auto"/>
        <w:ind w:left="720"/>
      </w:pPr>
      <w:r/>
      <w:hyperlink r:id="rId14">
        <w:r>
          <w:rPr>
            <w:color w:val="0000EE"/>
            <w:u w:val="single"/>
          </w:rPr>
          <w:t>https://everyday.vegas/events/las-vegas-pride-festival/</w:t>
        </w:r>
      </w:hyperlink>
      <w:r>
        <w:t xml:space="preserve"> - The Las Vegas PRIDE Festival returns to the Desert Breeze Events Center on October 17, 2026, from 12:00 p.m. to 10:00 p.m. The festival features live entertainment, food, community organizations, vendors, and activities celebrating Southern Nevada’s LGBTQIA+ community. Attendees can explore vendor areas, connect with local organizations, enjoy food and drinks, and watch entertainment scheduled throughout the day. The event is organized by Las Vegas PRIDE, aiming to bring multiple parts of the community together in one location.</w:t>
      </w:r>
      <w:r/>
    </w:p>
    <w:p>
      <w:pPr>
        <w:pStyle w:val="ListNumber"/>
        <w:spacing w:line="240" w:lineRule="auto"/>
        <w:ind w:left="720"/>
      </w:pPr>
      <w:r/>
      <w:hyperlink r:id="rId13">
        <w:r>
          <w:rPr>
            <w:color w:val="0000EE"/>
            <w:u w:val="single"/>
          </w:rPr>
          <w:t>https://www.lasvegaspride.org/organizer/las-vegas-pride/</w:t>
        </w:r>
      </w:hyperlink>
      <w:r>
        <w:t xml:space="preserve"> - Las Vegas PRIDE is the organizing body behind the Las Vegas PRIDE Festival, a nonprofit organization serving the community for over 43 years. The organization is dedicated to amplifying LGBTQIA+ voices, creating opportunities for connection, and providing spaces where the community can be visible, celebrated, and heard. Their mission includes producing events like the PRIDE Festival, which is a family-friendly, PG-rated experience until 7 p.m., followed by 'PRIDE After-Dark' with adult language on stages.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viewjournal.com/local/local-las-vegas/saturdays-las-vegas-pride-festival-a-day-of-fun-inclusion-and-equality-3901613/" TargetMode="External"/><Relationship Id="rId10" Type="http://schemas.openxmlformats.org/officeDocument/2006/relationships/hyperlink" Target="https://lasvegaspride.org/venue/desert-breeze-events-center" TargetMode="External"/><Relationship Id="rId11" Type="http://schemas.openxmlformats.org/officeDocument/2006/relationships/hyperlink" Target="https://create.vegas/event/las-vegas-pride-festival-2026/" TargetMode="External"/><Relationship Id="rId12" Type="http://schemas.openxmlformats.org/officeDocument/2006/relationships/hyperlink" Target="https://lasvegaspride.org/2026/09/01/rise-resist-rejoice/" TargetMode="External"/><Relationship Id="rId13" Type="http://schemas.openxmlformats.org/officeDocument/2006/relationships/hyperlink" Target="https://www.lasvegaspride.org/organizer/las-vegas-pride/" TargetMode="External"/><Relationship Id="rId14" Type="http://schemas.openxmlformats.org/officeDocument/2006/relationships/hyperlink" Target="https://everyday.vegas/events/las-vegas-pride-festival/" TargetMode="External"/><Relationship Id="rId15" Type="http://schemas.openxmlformats.org/officeDocument/2006/relationships/hyperlink" Target="https://lasvegaspride.org/2026/09/01/this-is-our-time-to-rise-resist-and-rejo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