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West Hollywood LGBTQ+ Travel Guide for Rainbow District Visits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now have a brighter, simpler way to explore West Hollywood’s LGBTQ+ heart. RainbowDistrictWeHo.com brings queer-owned businesses, nightlife, dining and events into one online guide, making it easier to plan a West Hollywood Rainbow District visit, whether you’re chasing cocktails, community, culture or a spectacular Halloween night out.</w:t>
      </w:r>
      <w:r/>
    </w:p>
    <w:p>
      <w:pPr>
        <w:pStyle w:val="Heading2"/>
      </w:pPr>
      <w:r>
        <w:t>Essential Takeaways</w:t>
      </w:r>
      <w:r/>
      <w:r/>
    </w:p>
    <w:p>
      <w:pPr>
        <w:pStyle w:val="ListBullet"/>
        <w:spacing w:line="240" w:lineRule="auto"/>
        <w:ind w:left="720"/>
      </w:pPr>
      <w:r/>
      <w:r>
        <w:rPr>
          <w:b/>
        </w:rPr>
        <w:t>A new digital hub:</w:t>
      </w:r>
      <w:r>
        <w:t xml:space="preserve"> RainbowDistrictWeHo.com gathers Rainbow District businesses, venues and experiences in one place.</w:t>
      </w:r>
      <w:r/>
    </w:p>
    <w:p>
      <w:pPr>
        <w:pStyle w:val="ListBullet"/>
        <w:spacing w:line="240" w:lineRule="auto"/>
        <w:ind w:left="720"/>
      </w:pPr>
      <w:r/>
      <w:r>
        <w:rPr>
          <w:b/>
        </w:rPr>
        <w:t>A cultural landmark:</w:t>
      </w:r>
      <w:r>
        <w:t xml:space="preserve"> West Hollywood formally recognised the Rainbow District in 2025.</w:t>
      </w:r>
      <w:r/>
    </w:p>
    <w:p>
      <w:pPr>
        <w:pStyle w:val="ListBullet"/>
        <w:spacing w:line="240" w:lineRule="auto"/>
        <w:ind w:left="720"/>
      </w:pPr>
      <w:r/>
      <w:r>
        <w:rPr>
          <w:b/>
        </w:rPr>
        <w:t>Plenty to explore:</w:t>
      </w:r>
      <w:r>
        <w:t xml:space="preserve"> The city highlights more than 100 LGBTQ+-owned businesses and around 5.6 million annual visitors.</w:t>
      </w:r>
      <w:r/>
    </w:p>
    <w:p>
      <w:pPr>
        <w:pStyle w:val="ListBullet"/>
        <w:spacing w:line="240" w:lineRule="auto"/>
        <w:ind w:left="720"/>
      </w:pPr>
      <w:r/>
      <w:r>
        <w:rPr>
          <w:b/>
        </w:rPr>
        <w:t>Seasonal reasons to go:</w:t>
      </w:r>
      <w:r>
        <w:t xml:space="preserve"> Events include Pride activities, a winter market and the famous Halloween Carnaval.</w:t>
      </w:r>
      <w:r/>
    </w:p>
    <w:p>
      <w:pPr>
        <w:pStyle w:val="ListBullet"/>
        <w:spacing w:line="240" w:lineRule="auto"/>
        <w:ind w:left="720"/>
      </w:pPr>
      <w:r/>
      <w:r>
        <w:rPr>
          <w:b/>
        </w:rPr>
        <w:t>Plan with purpose:</w:t>
      </w:r>
      <w:r>
        <w:t xml:space="preserve"> Check event dates, opening hours and transport before setting off, especially during busy weekends.</w:t>
      </w:r>
      <w:r/>
      <w:r/>
    </w:p>
    <w:p>
      <w:pPr>
        <w:pStyle w:val="Heading2"/>
      </w:pPr>
      <w:r>
        <w:t>West Hollywood's Rainbow District gets its own online home</w:t>
      </w:r>
      <w:r/>
    </w:p>
    <w:p>
      <w:r/>
      <w:r>
        <w:t>The new website arrives as a practical tool, but it also feels like a statement. West Hollywood's Rainbow District is no longer something visitors have to piece together through scattered listings and word of mouth. Instead, RainbowDistrictWeHo.com offers a central starting point for finding places to eat, drink, shop and spend the evening.</w:t>
      </w:r>
      <w:r/>
    </w:p>
    <w:p>
      <w:r/>
      <w:r>
        <w:t>The official guide reflects a neighbourhood with plenty of personality. Think bright signs, busy pavements, late-night energy and the easy possibility of discovering a new favourite bar between plans. The website itself is designed to help visitors and residents navigate that mix more confidently, according to the Rainbow District's official site.</w:t>
      </w:r>
      <w:r/>
    </w:p>
    <w:p>
      <w:r/>
      <w:r>
        <w:t>That matters because queer travel isn't only about ticking off venues. It's about finding spaces where the welcome feels genuine, and where a trip can support the people and businesses that have shaped the area.</w:t>
      </w:r>
      <w:r/>
    </w:p>
    <w:p>
      <w:pPr>
        <w:pStyle w:val="Heading2"/>
      </w:pPr>
      <w:r>
        <w:t>Why the Rainbow District matters beyond nightlife</w:t>
      </w:r>
      <w:r/>
    </w:p>
    <w:p>
      <w:r/>
      <w:r>
        <w:t>West Hollywood has long been associated with LGBTQ+ visibility, creative expression and community life. The city's formal designation of the Rainbow District in 2025 gave that identity an official framework, while also recognising the importance of protecting its history.</w:t>
      </w:r>
      <w:r/>
    </w:p>
    <w:p>
      <w:r/>
      <w:r>
        <w:t>Local reporting has described the designation as a move from familiar nickname to established civic identity. The Hollywood Times also framed the area as part of a broader new chapter for LGBTQ+ culture and community spirit, rather than simply another entertainment zone.</w:t>
      </w:r>
      <w:r/>
    </w:p>
    <w:p>
      <w:r/>
      <w:r>
        <w:t>That distinction is worth noticing. A lively bar scene may draw visitors in, but it’s the combination of independent businesses, cultural memory and everyday community spaces that gives a district staying power. The new website makes those layers easier to discover.</w:t>
      </w:r>
      <w:r/>
    </w:p>
    <w:p>
      <w:pPr>
        <w:pStyle w:val="Heading2"/>
      </w:pPr>
      <w:r>
        <w:t>More than 100 LGBTQ+-owned businesses to explore</w:t>
      </w:r>
      <w:r/>
    </w:p>
    <w:p>
      <w:r/>
      <w:r>
        <w:t>For visitors, the most useful feature is the directory. It brings together businesses and experiences that can help turn a vague weekend idea into a proper itinerary, from daytime browsing to dinner and a night out.</w:t>
      </w:r>
      <w:r/>
    </w:p>
    <w:p>
      <w:r/>
      <w:r>
        <w:t>The guide is especially handy if you're visiting for the first time. Start with one or two fixed plans, then leave room for wandering. West Hollywood is at its best when the evening isn't over-scheduled and you can follow the music, the queue or your nose towards somewhere unexpected.</w:t>
      </w:r>
      <w:r/>
    </w:p>
    <w:p>
      <w:r/>
      <w:r>
        <w:t>Event coverage also shows how the Rainbow District is being used to support local trade and community participation. A winter market in WeHo Park, reported by WEHO Times, adds a more relaxed seasonal option, while Pride weekend programming at venues such as Micky's brings the familiar high-energy side of the neighbourhood into focus.</w:t>
      </w:r>
      <w:r/>
    </w:p>
    <w:p>
      <w:pPr>
        <w:pStyle w:val="Heading2"/>
      </w:pPr>
      <w:r>
        <w:t>How to plan a Rainbow District weekend</w:t>
      </w:r>
      <w:r/>
    </w:p>
    <w:p>
      <w:r/>
      <w:r>
        <w:t>The simplest approach is to build your visit around the kind of atmosphere you want. For cocktails and nightlife, check venue listings and event calendars before travelling. For a slower day, combine a meal with local shopping, a park visit or a community event.</w:t>
      </w:r>
      <w:r/>
    </w:p>
    <w:p>
      <w:r/>
      <w:r>
        <w:t>Timing makes a real difference. Pride weekends, Halloween and seasonal markets can bring larger crowds, so book accommodation and popular restaurants early. Public transport, rideshares and comfortable shoes are also sensible choices when several stops are involved.</w:t>
      </w:r>
      <w:r/>
    </w:p>
    <w:p>
      <w:r/>
      <w:r>
        <w:t>And don't assume every venue offers the same experience. Some are ideal for a quiet drink, while others become busier and louder as the night progresses. A quick check of opening times and event details can save you from arriving too early, too late or dressed for the wrong kind of evening.</w:t>
      </w:r>
      <w:r/>
    </w:p>
    <w:p>
      <w:pPr>
        <w:pStyle w:val="Heading2"/>
      </w:pPr>
      <w:r>
        <w:t>Halloween remains a major reason to visit</w:t>
      </w:r>
      <w:r/>
    </w:p>
    <w:p>
      <w:r/>
      <w:r>
        <w:t>West Hollywood's Halloween Carnaval continues to be one of the city's most recognisable annual occasions. The event's elaborate costumes and packed street atmosphere make it a natural fit for travellers who prefer their sightseeing with a little drama and plenty of camera-ready fashion.</w:t>
      </w:r>
      <w:r/>
    </w:p>
    <w:p>
      <w:r/>
      <w:r>
        <w:t>It’s also a good example of why a dedicated guide is useful. Big events can transform the practical side of a trip, affecting travel times, restaurant availability and where you can comfortably move around. Planning ahead lets you enjoy the spectacle rather than spending the night negotiating logistics.</w:t>
      </w:r>
      <w:r/>
    </w:p>
    <w:p>
      <w:r/>
      <w:r>
        <w:t>Looking further ahead, the Rainbow District's growing programme of markets, Pride events and community celebrations suggests that West Hollywood is building a year-round destination, not just a place for one iconic night. That’s good news for visitors, and even better news for the local businesses that give the area its sparkle.</w:t>
      </w:r>
      <w:r/>
    </w:p>
    <w:p>
      <w:pPr>
        <w:pStyle w:val="Heading2"/>
      </w:pPr>
      <w:r>
        <w:t>A more thoughtful way to experience WeHo</w:t>
      </w:r>
      <w:r/>
    </w:p>
    <w:p>
      <w:r/>
      <w:r>
        <w:t>The new guide makes West Hollywood easier to navigate, but its bigger value is helping visitors understand what they’re stepping into. The Rainbow District is a place to have fun, certainly, but it’s also a living part of LGBTQ+ history and community life.</w:t>
      </w:r>
      <w:r/>
    </w:p>
    <w:p>
      <w:r/>
      <w:r>
        <w:t>So plan the cocktail, book the dinner and bring the outfit. Just leave room to support smaller businesses, attend local events and experience the neighbourhood beyond its most famous photographs.</w:t>
      </w:r>
      <w:r/>
    </w:p>
    <w:p>
      <w:r/>
      <w:r>
        <w:t>A good West Hollywood trip should feel exciting, welcoming and slightly impossible to fit into one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[4]</w:t>
        </w:r>
      </w:hyperlink>
      <w:r>
        <w:t xml:space="preserve">- Paragraph 9: </w:t>
      </w:r>
      <w:hyperlink r:id="rId13">
        <w:r>
          <w:rPr>
            <w:color w:val="0000EE"/>
            <w:u w:val="single"/>
          </w:rPr>
          <w:t>[3]</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11">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https://instinctmagazine.com/west-hollywood-new-website-guide/</w:t>
        </w:r>
      </w:hyperlink>
      <w:r>
        <w:t xml:space="preserve"> - Please view link - unable to able to access data</w:t>
      </w:r>
      <w:r/>
    </w:p>
    <w:p>
      <w:pPr>
        <w:pStyle w:val="ListNumber"/>
        <w:spacing w:line="240" w:lineRule="auto"/>
        <w:ind w:left="720"/>
      </w:pPr>
      <w:r/>
      <w:hyperlink r:id="rId10">
        <w:r>
          <w:rPr>
            <w:color w:val="0000EE"/>
            <w:u w:val="single"/>
          </w:rPr>
          <w:t>https://rainbowdistrictweho.com/</w:t>
        </w:r>
      </w:hyperlink>
      <w:r>
        <w:t xml:space="preserve"> - The official website of West Hollywood's Rainbow District, launched on October 1, 2026, serves as a comprehensive guide for locals and visitors. It features a directory of over 100 LGBTQ+-owned businesses, an events calendar, and information on transportation options, including the free PickUp shuttle and public parking facilities. The site aims to celebrate the district's cultural significance and provide a one-stop resource for exploring the area's vibrant community and offerings.</w:t>
      </w:r>
      <w:r/>
    </w:p>
    <w:p>
      <w:pPr>
        <w:pStyle w:val="ListNumber"/>
        <w:spacing w:line="240" w:lineRule="auto"/>
        <w:ind w:left="720"/>
      </w:pPr>
      <w:r/>
      <w:hyperlink r:id="rId13">
        <w:r>
          <w:rPr>
            <w:color w:val="0000EE"/>
            <w:u w:val="single"/>
          </w:rPr>
          <w:t>https://wehotimes.com/west-hollywood-is-bringing-rainbow-district-winter-market-on-dec-6-7-to-weho-park/</w:t>
        </w:r>
      </w:hyperlink>
      <w:r>
        <w:t xml:space="preserve"> - An article detailing the Rainbow District Winter Market event held on December 6–7, 2025, at West Hollywood Park. The market showcased local artisans, vendors, and small businesses, highlighting the community's creativity and diversity. Attendees enjoyed winter-themed activities, live entertainment, and food vendors, with special events like 'Drag on Ice!' on December 7. The event underscored the district's commitment to supporting local businesses and fostering community engagement.</w:t>
      </w:r>
      <w:r/>
    </w:p>
    <w:p>
      <w:pPr>
        <w:pStyle w:val="ListNumber"/>
        <w:spacing w:line="240" w:lineRule="auto"/>
        <w:ind w:left="720"/>
      </w:pPr>
      <w:r/>
      <w:hyperlink r:id="rId14">
        <w:r>
          <w:rPr>
            <w:color w:val="0000EE"/>
            <w:u w:val="single"/>
          </w:rPr>
          <w:t>https://mickys.com/events/pride-weekend-may-30-june-1/</w:t>
        </w:r>
      </w:hyperlink>
      <w:r>
        <w:t xml:space="preserve"> - Information about Micky's West Hollywood's Pride Weekend celebration from May 30 to June 1, 2025. The event featured a Parade Watch Party, VIP experiences, and various Pride-themed activities. Attendees could enjoy a vibrant atmosphere with community engagement and entertainment, reflecting the district's lively Pride celebrations.</w:t>
      </w:r>
      <w:r/>
    </w:p>
    <w:p>
      <w:pPr>
        <w:pStyle w:val="ListNumber"/>
        <w:spacing w:line="240" w:lineRule="auto"/>
        <w:ind w:left="720"/>
      </w:pPr>
      <w:r/>
      <w:hyperlink r:id="rId11">
        <w:r>
          <w:rPr>
            <w:color w:val="0000EE"/>
            <w:u w:val="single"/>
          </w:rPr>
          <w:t>https://hollywoodtimes.net/west-hollywoods-rainbow-district-a-new-era-of-pride-culture-and-community-spirit/</w:t>
        </w:r>
      </w:hyperlink>
      <w:r>
        <w:t xml:space="preserve"> - An article discussing the official recognition of West Hollywood's Rainbow District as a cultural landmark in November 2025. The piece highlights the district's significance as a hub for LGBTQ+ life, its vibrant community spirit, and the city's commitment to preserving its legacy. It also mentions the launch of official social media channels to keep the community informed about events and happenings.</w:t>
      </w:r>
      <w:r/>
    </w:p>
    <w:p>
      <w:pPr>
        <w:pStyle w:val="ListNumber"/>
        <w:spacing w:line="240" w:lineRule="auto"/>
        <w:ind w:left="720"/>
      </w:pPr>
      <w:r/>
      <w:hyperlink r:id="rId15">
        <w:r>
          <w:rPr>
            <w:color w:val="0000EE"/>
            <w:u w:val="single"/>
          </w:rPr>
          <w:t>https://beverlypress.com/2025/11/rainbow-forms-over-west-hollywood/</w:t>
        </w:r>
      </w:hyperlink>
      <w:r>
        <w:t xml:space="preserve"> - A report on the formal designation of West Hollywood's Rainbow District by the City Council in April 2025. The article highlights the district's cultural importance and the city's efforts to promote it, including the launch of dedicated social media pages to keep the community updated on events and news.</w:t>
      </w:r>
      <w:r/>
    </w:p>
    <w:p>
      <w:pPr>
        <w:pStyle w:val="ListNumber"/>
        <w:spacing w:line="240" w:lineRule="auto"/>
        <w:ind w:left="720"/>
      </w:pPr>
      <w:r/>
      <w:hyperlink r:id="rId12">
        <w:r>
          <w:rPr>
            <w:color w:val="0000EE"/>
            <w:u w:val="single"/>
          </w:rPr>
          <w:t>https://www.losangelesblade.com/2025/11/19/from-nickname-to-reality-the-rainbow-district-is-made-official-by-the-city-of-west-hollywood/</w:t>
        </w:r>
      </w:hyperlink>
      <w:r>
        <w:t xml:space="preserve"> - An article detailing the official designation of West Hollywood's Rainbow District by the City of West Hollywood. The piece emphasizes the district's legacy as a safe haven for the LGBTQ+ community and the city's commitment to preserving its identity. It also mentions the launch of official social media channels to keep residents and visitors informed about events and happenings.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west-hollywood-new-website-guide/" TargetMode="External"/><Relationship Id="rId10" Type="http://schemas.openxmlformats.org/officeDocument/2006/relationships/hyperlink" Target="https://rainbowdistrictweho.com/" TargetMode="External"/><Relationship Id="rId11" Type="http://schemas.openxmlformats.org/officeDocument/2006/relationships/hyperlink" Target="https://hollywoodtimes.net/west-hollywoods-rainbow-district-a-new-era-of-pride-culture-and-community-spirit/" TargetMode="External"/><Relationship Id="rId12" Type="http://schemas.openxmlformats.org/officeDocument/2006/relationships/hyperlink" Target="https://www.losangelesblade.com/2025/11/19/from-nickname-to-reality-the-rainbow-district-is-made-official-by-the-city-of-west-hollywood/" TargetMode="External"/><Relationship Id="rId13" Type="http://schemas.openxmlformats.org/officeDocument/2006/relationships/hyperlink" Target="https://wehotimes.com/west-hollywood-is-bringing-rainbow-district-winter-market-on-dec-6-7-to-weho-park/" TargetMode="External"/><Relationship Id="rId14" Type="http://schemas.openxmlformats.org/officeDocument/2006/relationships/hyperlink" Target="https://mickys.com/events/pride-weekend-may-30-june-1/" TargetMode="External"/><Relationship Id="rId15" Type="http://schemas.openxmlformats.org/officeDocument/2006/relationships/hyperlink" Target="https://beverlypress.com/2025/11/rainbow-forms-over-west-hollywoo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