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Curaçao Pride travel guide for LGBTQ+ island adventures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Curaçao Pride is more than a parade in paradise. With colourful Willemstad, clear Caribbean coves, lively arts events and welcoming LGBTQ+ spaces, the island offers a relaxed mix of culture, community and outdoor adventure that rewards anyone willing to explore beyond the resort.</w:t>
      </w:r>
      <w:r/>
    </w:p>
    <w:p>
      <w:pPr>
        <w:pStyle w:val="Heading2"/>
      </w:pPr>
      <w:r>
        <w:t>Essential Takeaways</w:t>
      </w:r>
      <w:r/>
      <w:r/>
    </w:p>
    <w:p>
      <w:pPr>
        <w:pStyle w:val="ListBullet"/>
        <w:spacing w:line="240" w:lineRule="auto"/>
        <w:ind w:left="720"/>
      </w:pPr>
      <w:r/>
      <w:r>
        <w:rPr>
          <w:b/>
        </w:rPr>
        <w:t>Pride has island-wide energy:</w:t>
      </w:r>
      <w:r>
        <w:t xml:space="preserve"> Curaçao Pride combines a parade with art, brunches, mixers, nightlife and cultural events.</w:t>
      </w:r>
      <w:r/>
    </w:p>
    <w:p>
      <w:pPr>
        <w:pStyle w:val="ListBullet"/>
        <w:spacing w:line="240" w:lineRule="auto"/>
        <w:ind w:left="720"/>
      </w:pPr>
      <w:r/>
      <w:r>
        <w:rPr>
          <w:b/>
        </w:rPr>
        <w:t>Willemstad is the ideal base:</w:t>
      </w:r>
      <w:r>
        <w:t xml:space="preserve"> Punda and Otrobanda offer colourful architecture, cafés, galleries, restaurants and easy waterfront wandering.</w:t>
      </w:r>
      <w:r/>
    </w:p>
    <w:p>
      <w:pPr>
        <w:pStyle w:val="ListBullet"/>
        <w:spacing w:line="240" w:lineRule="auto"/>
        <w:ind w:left="720"/>
      </w:pPr>
      <w:r/>
      <w:r>
        <w:rPr>
          <w:b/>
        </w:rPr>
        <w:t>The coastline rewards curiosity:</w:t>
      </w:r>
      <w:r>
        <w:t xml:space="preserve"> A hire car opens the door to quieter coves, excellent snorkelling and strikingly clear water.</w:t>
      </w:r>
      <w:r/>
    </w:p>
    <w:p>
      <w:pPr>
        <w:pStyle w:val="ListBullet"/>
        <w:spacing w:line="240" w:lineRule="auto"/>
        <w:ind w:left="720"/>
      </w:pPr>
      <w:r/>
      <w:r>
        <w:rPr>
          <w:b/>
        </w:rPr>
        <w:t>Food is part of the journey:</w:t>
      </w:r>
      <w:r>
        <w:t xml:space="preserve"> Expect a lively blend of Caribbean, Dutch, Latin American and international influences.</w:t>
      </w:r>
      <w:r/>
    </w:p>
    <w:p>
      <w:pPr>
        <w:pStyle w:val="ListBullet"/>
        <w:spacing w:line="240" w:lineRule="auto"/>
        <w:ind w:left="720"/>
      </w:pPr>
      <w:r/>
      <w:r>
        <w:rPr>
          <w:b/>
        </w:rPr>
        <w:t>Plan beyond the beach:</w:t>
      </w:r>
      <w:r>
        <w:t xml:space="preserve"> A good itinerary can pair Pride events with local art, marine experiences and relaxed evenings by the harbour.</w:t>
      </w:r>
      <w:r/>
      <w:r/>
    </w:p>
    <w:p>
      <w:pPr>
        <w:pStyle w:val="Heading2"/>
      </w:pPr>
      <w:r>
        <w:t>Curaçao Pride brings the city to life</w:t>
      </w:r>
      <w:r/>
    </w:p>
    <w:p>
      <w:r/>
      <w:r>
        <w:t>The best thing about Curaçao Pride is that it doesn't feel tucked away behind hotel walls. Events spill into Willemstad, where pastel façades, warm evening air and the bright harbour create a naturally theatrical backdrop.</w:t>
      </w:r>
      <w:r/>
    </w:p>
    <w:p>
      <w:r/>
      <w:r>
        <w:t>The official Curaçao Pride Parade is scheduled as a central event in the island's 2026 celebrations, while the wider programme gives visitors several ways to join in. According to Curaçao's official tourism listings, the parade forms part of a broader calendar rather than standing alone, which makes it easier to shape a weekend around your own interests.</w:t>
      </w:r>
      <w:r/>
    </w:p>
    <w:p>
      <w:r/>
      <w:r>
        <w:t>That variety matters. Some visitors want music and nightlife, while others would rather browse an exhibition, meet locals over brunch or hear new voices at an open-mic event. Curaçao Pride leaves room for all of them.</w:t>
      </w:r>
      <w:r/>
    </w:p>
    <w:p>
      <w:pPr>
        <w:pStyle w:val="Heading2"/>
      </w:pPr>
      <w:r>
        <w:t>Why Willemstad deserves more than a quick visit</w:t>
      </w:r>
      <w:r/>
    </w:p>
    <w:p>
      <w:r/>
      <w:r>
        <w:t>Willemstad is the island's colourful anchor, but it's best enjoyed slowly. In Punda, the famous waterfront buildings bring a postcard-like glow, while Otrobanda feels more textured, with historic streets, independent businesses, restaurants and murals.</w:t>
      </w:r>
      <w:r/>
    </w:p>
    <w:p>
      <w:r/>
      <w:r>
        <w:t>The Queen Emma Bridge links the two districts and swings open for passing vessels. Crossing it at dusk, when the buildings begin to shine across the water, is the kind of small travel moment that stays with you. There's no ticket, no complicated planning and no need to rush.</w:t>
      </w:r>
      <w:r/>
    </w:p>
    <w:p>
      <w:r/>
      <w:r>
        <w:t>For LGBTQ+ visitors, the city also provides a practical base for Pride events. The Curaçao Pride venue listings show how programming is spread across distinctive local spaces, including venues connected with arts, entertainment and community gatherings. Staying within or near Willemstad means less time commuting and more time soaking up the atmosphere.</w:t>
      </w:r>
      <w:r/>
    </w:p>
    <w:p>
      <w:pPr>
        <w:pStyle w:val="Heading2"/>
      </w:pPr>
      <w:r>
        <w:t>A beach holiday with more texture</w:t>
      </w:r>
      <w:r/>
    </w:p>
    <w:p>
      <w:r/>
      <w:r>
        <w:t>Curaçao isn't a single-beach destination, and that's part of its charm. The island's western side is dotted with coves and swimming spots, so a hire car can turn a standard beach break into a series of small discoveries.</w:t>
      </w:r>
      <w:r/>
    </w:p>
    <w:p>
      <w:r/>
      <w:r>
        <w:t>The water is the star: clear, intensely blue and often inviting enough to make plans feel slightly unnecessary. Snorkelling is a natural addition, particularly for travellers who enjoy seeing the coastline from below rather than simply photographing it from the sand.</w:t>
      </w:r>
      <w:r/>
    </w:p>
    <w:p>
      <w:r/>
      <w:r>
        <w:t>Accommodation can shape that experience. TUI BLUE Curaçao offers a resort-style option for visitors who want facilities and an easy base, while stays such as Dushi BnB's Cas Abou property appeal to travellers looking for a more independent feel near one of the island's best-known beach areas. Compare location, transport and access to local restaurants before booking, because the most convenient base depends on whether you want nightlife, quiet coves or both.</w:t>
      </w:r>
      <w:r/>
    </w:p>
    <w:p>
      <w:pPr>
        <w:pStyle w:val="Heading2"/>
      </w:pPr>
      <w:r>
        <w:t>Eat, browse and follow the local rhythm</w:t>
      </w:r>
      <w:r/>
    </w:p>
    <w:p>
      <w:r/>
      <w:r>
        <w:t>Curaçao's food scene reflects its layered identity. Menus can move comfortably between Caribbean ingredients, Dutch favourites, Latin American flavours, fresh seafood and contemporary cooking, so even a short visit can feel surprisingly varied.</w:t>
      </w:r>
      <w:r/>
    </w:p>
    <w:p>
      <w:r/>
      <w:r>
        <w:t>Don't treat dining as something to squeeze between excursions. A long lunch or unhurried dinner gives you time to notice the island's social rhythm, and Willemstad makes it easy to combine food with galleries, shops and waterfront walks.</w:t>
      </w:r>
      <w:r/>
    </w:p>
    <w:p>
      <w:r/>
      <w:r>
        <w:t>The same goes for local art. Pride-related mixers and exhibitions offer a more intimate way to experience the destination, particularly if loud nightlife isn't your priority. Buying a piece from a local artist can also be a more meaningful souvenir than another beach photograph, and it helps keep your travel spending connected to the community.</w:t>
      </w:r>
      <w:r/>
    </w:p>
    <w:p>
      <w:pPr>
        <w:pStyle w:val="Heading2"/>
      </w:pPr>
      <w:r>
        <w:t>How to plan a smoother Curaçao Pride trip</w:t>
      </w:r>
      <w:r/>
    </w:p>
    <w:p>
      <w:r/>
      <w:r>
        <w:t>Start with the official event calendar, then build around it rather than trying to do everything. The parade may be the obvious highlight, but the surrounding programme can include brunches, exhibitions, social meet-ups and evening events, so leave space for the unexpected.</w:t>
      </w:r>
      <w:r/>
    </w:p>
    <w:p>
      <w:r/>
      <w:r>
        <w:t>A simple plan might pair a morning snorkel with an afternoon in Willemstad, followed by dinner and a Pride gathering. Book popular activities early, especially marine experiences, and allow extra time for driving between beaches and the capital.</w:t>
      </w:r>
      <w:r/>
    </w:p>
    <w:p>
      <w:r/>
      <w:r>
        <w:t>Curaçao Pride's own venue information is useful when checking where events take place, while destination listings can help confirm dates and practical details. Pack light clothing, comfortable shoes, reef-friendly sun protection and something smart but breathable for evenings. Most importantly, don't mistake a relaxed pace for a lack of things to do. The island works best when you leave room to wander.</w:t>
      </w:r>
      <w:r/>
    </w:p>
    <w:p>
      <w:pPr>
        <w:pStyle w:val="Heading2"/>
      </w:pPr>
      <w:r>
        <w:t>The island's real appeal is its mix</w:t>
      </w:r>
      <w:r/>
    </w:p>
    <w:p>
      <w:r/>
      <w:r>
        <w:t>Curaçao can deliver the familiar Caribbean pleasures: palms, turquoise water, cocktails and soft sand. But its stronger appeal lies in the combination of those things with layered history, creative neighbourhoods, independent food spots and visible LGBTQ+ community life.</w:t>
      </w:r>
      <w:r/>
    </w:p>
    <w:p>
      <w:r/>
      <w:r>
        <w:t>That balance gives Pride travellers more than a themed weekend. You can spend one day among crowds and music, then swap the city for a quiet cove or a sunset drive. According to travel information from local accommodation and tourism providers, the island's appeal is closely tied to that flexibility, with both resort convenience and more independent stays available.</w:t>
      </w:r>
      <w:r/>
    </w:p>
    <w:p>
      <w:r/>
      <w:r>
        <w:t>For many visitors, the lasting memory won't be a single event. It'll be the feeling of crossing a colourful bridge after dinner, hearing different languages in the street and realising the holiday has become much bigger than the itinerary.</w:t>
      </w:r>
      <w:r/>
    </w:p>
    <w:p>
      <w:r/>
      <w:r>
        <w:t>It's a small island with plenty of room for a memorable Pride adventure.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3">
        <w:r>
          <w:rPr>
            <w:color w:val="0000EE"/>
            <w:u w:val="single"/>
          </w:rPr>
          <w:t>[5]</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2">
        <w:r>
          <w:rPr>
            <w:color w:val="0000EE"/>
            <w:u w:val="single"/>
          </w:rPr>
          <w:t>[3]</w:t>
        </w:r>
      </w:hyperlink>
      <w:r>
        <w:t xml:space="preserve">- Paragraph 18: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https://www.gaycities.com/articles/107776/curacao-celebrates-pride-like-its-another-day-in-paradise/</w:t>
        </w:r>
      </w:hyperlink>
      <w:r>
        <w:t xml:space="preserve"> - Please view link - unable to able to access data</w:t>
      </w:r>
      <w:r/>
    </w:p>
    <w:p>
      <w:pPr>
        <w:pStyle w:val="ListNumber"/>
        <w:spacing w:line="240" w:lineRule="auto"/>
        <w:ind w:left="720"/>
      </w:pPr>
      <w:r/>
      <w:hyperlink r:id="rId10">
        <w:r>
          <w:rPr>
            <w:color w:val="0000EE"/>
            <w:u w:val="single"/>
          </w:rPr>
          <w:t>https://www.curacao.com/en/event/curacao-pride-parade-2026</w:t>
        </w:r>
      </w:hyperlink>
      <w:r>
        <w:t xml:space="preserve"> - The Curaçao Pride Parade 2026 is scheduled for October 1, 2026, from 5:00 PM to 8:00 PM in downtown Willemstad. This vibrant event celebrates love, diversity, and pride, featuring a colourful procession through the streets of Willemstad, accompanied by music and entertainment. The parade is a highlight of the 14th annual Curaçao Pride Week, which runs from September 30 to October 4, 2026, offering a full week of beach parties, cultural events, and the vibrant Pride Parade through Willemstad. (</w:t>
      </w:r>
      <w:hyperlink r:id="rId15">
        <w:r>
          <w:rPr>
            <w:color w:val="0000EE"/>
            <w:u w:val="single"/>
          </w:rPr>
          <w:t>curacao.com</w:t>
        </w:r>
      </w:hyperlink>
      <w:r>
        <w:t>)</w:t>
      </w:r>
      <w:r/>
    </w:p>
    <w:p>
      <w:pPr>
        <w:pStyle w:val="ListNumber"/>
        <w:spacing w:line="240" w:lineRule="auto"/>
        <w:ind w:left="720"/>
      </w:pPr>
      <w:r/>
      <w:hyperlink r:id="rId12">
        <w:r>
          <w:rPr>
            <w:color w:val="0000EE"/>
            <w:u w:val="single"/>
          </w:rPr>
          <w:t>https://www.curacaopride.org/venue/triagel/</w:t>
        </w:r>
      </w:hyperlink>
      <w:r>
        <w:t xml:space="preserve"> - The Triangle Curaçao is a key venue for the Curaçao Pride 2026 events. Located in Willemstad, it hosts several activities during the Pride Week, including the main Pride Parade on October 1, 2026, from 5:00 PM to 8:00 PM. The venue also features events like Rainbow Park &amp; Concert and Pride Social, contributing to the vibrant atmosphere of the Pride celebrations. (</w:t>
      </w:r>
      <w:hyperlink r:id="rId16">
        <w:r>
          <w:rPr>
            <w:color w:val="0000EE"/>
            <w:u w:val="single"/>
          </w:rPr>
          <w:t>curacaopride.org</w:t>
        </w:r>
      </w:hyperlink>
      <w:r>
        <w:t>)</w:t>
      </w:r>
      <w:r/>
    </w:p>
    <w:p>
      <w:pPr>
        <w:pStyle w:val="ListNumber"/>
        <w:spacing w:line="240" w:lineRule="auto"/>
        <w:ind w:left="720"/>
      </w:pPr>
      <w:r/>
      <w:hyperlink r:id="rId11">
        <w:r>
          <w:rPr>
            <w:color w:val="0000EE"/>
            <w:u w:val="single"/>
          </w:rPr>
          <w:t>https://outatlas.com/curacao-pride-2026/</w:t>
        </w:r>
      </w:hyperlink>
      <w:r>
        <w:t xml:space="preserve"> - OutAtlas provides a comprehensive guide to Curaçao Pride 2026, themed 'Make Waves.' The event is scheduled from September 30 to October 4, 2026, in Willemstad. The guide details the event schedule, including lead-up community events, the Pride Parade, and various social and cultural activities. It offers insights into the festivities, venues, and the overall experience of participating in Curaçao's Pride celebrations. (</w:t>
      </w:r>
      <w:hyperlink r:id="rId17">
        <w:r>
          <w:rPr>
            <w:color w:val="0000EE"/>
            <w:u w:val="single"/>
          </w:rPr>
          <w:t>outatlas.com</w:t>
        </w:r>
      </w:hyperlink>
      <w:r>
        <w:t>)</w:t>
      </w:r>
      <w:r/>
    </w:p>
    <w:p>
      <w:pPr>
        <w:pStyle w:val="ListNumber"/>
        <w:spacing w:line="240" w:lineRule="auto"/>
        <w:ind w:left="720"/>
      </w:pPr>
      <w:r/>
      <w:hyperlink r:id="rId13">
        <w:r>
          <w:rPr>
            <w:color w:val="0000EE"/>
            <w:u w:val="single"/>
          </w:rPr>
          <w:t>https://www.tuibluecuracao.com/</w:t>
        </w:r>
      </w:hyperlink>
      <w:r>
        <w:t xml:space="preserve"> - TUI Blue Curaçao is an all-inclusive beachfront resort located on the island's west coast. The resort offers guests access to the Caribbean Sea, with turquoise waters and white sands. It provides a range of amenities, including all-day dining, cocktails by the pool, and curated local experiences. The resort is ideal for sunseekers, couples, and families looking to enjoy the natural beauty of Curaçao. (</w:t>
      </w:r>
      <w:hyperlink r:id="rId18">
        <w:r>
          <w:rPr>
            <w:color w:val="0000EE"/>
            <w:u w:val="single"/>
          </w:rPr>
          <w:t>tuibluecuracao.com</w:t>
        </w:r>
      </w:hyperlink>
      <w:r>
        <w:t>)</w:t>
      </w:r>
      <w:r/>
    </w:p>
    <w:p>
      <w:pPr>
        <w:pStyle w:val="ListNumber"/>
        <w:spacing w:line="240" w:lineRule="auto"/>
        <w:ind w:left="720"/>
      </w:pPr>
      <w:r/>
      <w:hyperlink r:id="rId14">
        <w:r>
          <w:rPr>
            <w:color w:val="0000EE"/>
            <w:u w:val="single"/>
          </w:rPr>
          <w:t>https://dushibnb.com/en/cas-abou-curacao</w:t>
        </w:r>
      </w:hyperlink>
      <w:r>
        <w:t xml:space="preserve"> - Cas Abou is a sheltered crescent beach on Curaçao's west coast, known for its clear turquoise waters and unhurried pace. The area is home to private villas that offer seclusion and private beach access. Cas Abou Beach is consistently voted among the Caribbean's most beautiful beaches, providing a serene environment for relaxation and enjoyment of the island's natural beauty. (</w:t>
      </w:r>
      <w:hyperlink r:id="rId19">
        <w:r>
          <w:rPr>
            <w:color w:val="0000EE"/>
            <w:u w:val="single"/>
          </w:rPr>
          <w:t>dushibnb.com</w:t>
        </w:r>
      </w:hyperlink>
      <w:r>
        <w:t>)</w:t>
      </w:r>
      <w:r/>
    </w:p>
    <w:p>
      <w:pPr>
        <w:pStyle w:val="ListNumber"/>
        <w:spacing w:line="240" w:lineRule="auto"/>
        <w:ind w:left="720"/>
      </w:pPr>
      <w:r/>
      <w:hyperlink r:id="rId20">
        <w:r>
          <w:rPr>
            <w:color w:val="0000EE"/>
            <w:u w:val="single"/>
          </w:rPr>
          <w:t>https://www.youtube.com/watch?v=Il-1gBgjzOc</w:t>
        </w:r>
      </w:hyperlink>
      <w:r>
        <w:t xml:space="preserve"> - This YouTube video showcases the stunning turquoise waters of Curaçao, highlighting the island's natural beauty. The video features aerial views of beaches like Cas Abao and Kleine Knip, emphasizing the clarity and vibrancy of the Caribbean Sea surrounding the island. It provides a visual representation of the picturesque landscapes and inviting waters that make Curaçao a sought-after destination.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776/curacao-celebrates-pride-like-its-another-day-in-paradise/" TargetMode="External"/><Relationship Id="rId10" Type="http://schemas.openxmlformats.org/officeDocument/2006/relationships/hyperlink" Target="https://www.curacao.com/en/event/curacao-pride-parade-2026" TargetMode="External"/><Relationship Id="rId11" Type="http://schemas.openxmlformats.org/officeDocument/2006/relationships/hyperlink" Target="https://outatlas.com/curacao-pride-2026/" TargetMode="External"/><Relationship Id="rId12" Type="http://schemas.openxmlformats.org/officeDocument/2006/relationships/hyperlink" Target="https://www.curacaopride.org/venue/triagel/" TargetMode="External"/><Relationship Id="rId13" Type="http://schemas.openxmlformats.org/officeDocument/2006/relationships/hyperlink" Target="https://www.tuibluecuracao.com/" TargetMode="External"/><Relationship Id="rId14" Type="http://schemas.openxmlformats.org/officeDocument/2006/relationships/hyperlink" Target="https://dushibnb.com/en/cas-abou-curacao" TargetMode="External"/><Relationship Id="rId15" Type="http://schemas.openxmlformats.org/officeDocument/2006/relationships/hyperlink" Target="https://www.curacao.com/en/event/curacao-pride-parade-2026?utm_source=openai" TargetMode="External"/><Relationship Id="rId16" Type="http://schemas.openxmlformats.org/officeDocument/2006/relationships/hyperlink" Target="https://www.curacaopride.org/venue/triagel/?utm_source=openai" TargetMode="External"/><Relationship Id="rId17" Type="http://schemas.openxmlformats.org/officeDocument/2006/relationships/hyperlink" Target="https://outatlas.com/curacao-pride-2026/?utm_source=openai" TargetMode="External"/><Relationship Id="rId18" Type="http://schemas.openxmlformats.org/officeDocument/2006/relationships/hyperlink" Target="https://www.tuibluecuracao.com/?utm_source=openai" TargetMode="External"/><Relationship Id="rId19" Type="http://schemas.openxmlformats.org/officeDocument/2006/relationships/hyperlink" Target="https://dushibnb.com/en/cas-abou-curacao?utm_source=openai" TargetMode="External"/><Relationship Id="rId20" Type="http://schemas.openxmlformats.org/officeDocument/2006/relationships/hyperlink" Target="https://www.youtube.com/watch?v=Il-1gBgjzOc" TargetMode="External"/><Relationship Id="rId21" Type="http://schemas.openxmlformats.org/officeDocument/2006/relationships/hyperlink" Target="https://www.youtube.com/watch?v=Il-1gBgjzOc&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