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Chattanooga Pride Festival Guide for a Welcoming Riverfront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Colourful crowds gathered at Ross’s Landing in Chattanooga for an annual Pride celebration filled with music, vendors and riverside activities. The event offered a lively, welcoming setting for LGBTQ+ people, friends and supporters, while highlighting the community spirit that keeps this Tennessee gathering firmly on the city calendar.</w:t>
      </w:r>
      <w:r/>
    </w:p>
    <w:p>
      <w:pPr>
        <w:pStyle w:val="Heading2"/>
      </w:pPr>
      <w:r>
        <w:t>Essential Takeaways</w:t>
      </w:r>
      <w:r/>
      <w:r/>
    </w:p>
    <w:p>
      <w:pPr>
        <w:pStyle w:val="ListBullet"/>
        <w:spacing w:line="240" w:lineRule="auto"/>
        <w:ind w:left="720"/>
      </w:pPr>
      <w:r/>
      <w:r>
        <w:rPr>
          <w:b/>
        </w:rPr>
        <w:t>Riverfront setting:</w:t>
      </w:r>
      <w:r>
        <w:t xml:space="preserve"> Ross’s Landing provided a bright, open backdrop beside the Tennessee River.</w:t>
      </w:r>
      <w:r/>
    </w:p>
    <w:p>
      <w:pPr>
        <w:pStyle w:val="ListBullet"/>
        <w:spacing w:line="240" w:lineRule="auto"/>
        <w:ind w:left="720"/>
      </w:pPr>
      <w:r/>
      <w:r>
        <w:rPr>
          <w:b/>
        </w:rPr>
        <w:t>Community focus:</w:t>
      </w:r>
      <w:r>
        <w:t xml:space="preserve"> The celebration centred on connection, inclusion and visible support.</w:t>
      </w:r>
      <w:r/>
    </w:p>
    <w:p>
      <w:pPr>
        <w:pStyle w:val="ListBullet"/>
        <w:spacing w:line="240" w:lineRule="auto"/>
        <w:ind w:left="720"/>
      </w:pPr>
      <w:r/>
      <w:r>
        <w:rPr>
          <w:b/>
        </w:rPr>
        <w:t>Things to do:</w:t>
      </w:r>
      <w:r>
        <w:t xml:space="preserve"> Visitors could enjoy live entertainment, vendors and festival activities.</w:t>
      </w:r>
      <w:r/>
    </w:p>
    <w:p>
      <w:pPr>
        <w:pStyle w:val="ListBullet"/>
        <w:spacing w:line="240" w:lineRule="auto"/>
        <w:ind w:left="720"/>
      </w:pPr>
      <w:r/>
      <w:r>
        <w:rPr>
          <w:b/>
        </w:rPr>
        <w:t>Local message:</w:t>
      </w:r>
      <w:r>
        <w:t xml:space="preserve"> Organisers and attendees presented Chattanooga as a welcoming place for LGBTQ+ people.</w:t>
      </w:r>
      <w:r/>
    </w:p>
    <w:p>
      <w:pPr>
        <w:pStyle w:val="ListBullet"/>
        <w:spacing w:line="240" w:lineRule="auto"/>
        <w:ind w:left="720"/>
      </w:pPr>
      <w:r/>
      <w:r>
        <w:rPr>
          <w:b/>
        </w:rPr>
        <w:t>Planning tip:</w:t>
      </w:r>
      <w:r>
        <w:t xml:space="preserve"> Check the official Chattanooga Pride listings before travelling for current dates, access details and programme updates.</w:t>
      </w:r>
      <w:r/>
      <w:r/>
    </w:p>
    <w:p>
      <w:pPr>
        <w:pStyle w:val="Heading2"/>
      </w:pPr>
      <w:r>
        <w:t>Chattanooga Pride brings colour to the riverfront</w:t>
      </w:r>
      <w:r/>
    </w:p>
    <w:p>
      <w:r/>
      <w:r>
        <w:t>The strongest impression from Chattanooga Pride was visual: colourful crowds spread across Ross’s Landing, with the Tennessee River adding an easy-going backdrop to the day. According to WDEF, the annual festival brought people downtown for live entertainment, vendors and activities designed to celebrate the city’s LGBTQ+ community.</w:t>
      </w:r>
      <w:r/>
    </w:p>
    <w:p>
      <w:r/>
      <w:r>
        <w:t>That mix matters. Pride events can feel both festive and deeply personal, and this one appeared to make room for both sides of the experience. There was the cheerful bustle of a public festival, but also the quieter reassurance of seeing friends, families and supporters gathered in one place.</w:t>
      </w:r>
      <w:r/>
    </w:p>
    <w:p>
      <w:pPr>
        <w:pStyle w:val="Heading2"/>
      </w:pPr>
      <w:r>
        <w:t>A celebration built around belonging</w:t>
      </w:r>
      <w:r/>
    </w:p>
    <w:p>
      <w:r/>
      <w:r>
        <w:t>The event’s central message was straightforward: people should feel welcome. Katie Mullaney, representing the City of Chattanooga LGBTQ+ Employee Resource Group, told WDEF that although Tennessee presents legal challenges for queer people, she sees strong support among people on the ground in Chattanooga.</w:t>
      </w:r>
      <w:r/>
    </w:p>
    <w:p>
      <w:r/>
      <w:r>
        <w:t>Her comments give the festival added weight beyond the music and colour. A public celebration becomes especially meaningful when it reflects how residents want their city to feel, rather than simply filling a calendar slot.</w:t>
      </w:r>
      <w:r/>
    </w:p>
    <w:p>
      <w:pPr>
        <w:pStyle w:val="Heading2"/>
      </w:pPr>
      <w:r>
        <w:t>What visitors could expect at Ross’s Landing</w:t>
      </w:r>
      <w:r/>
    </w:p>
    <w:p>
      <w:r/>
      <w:r>
        <w:t>The programme combined entertainment with the practical pleasures of a community festival. Visitors could browse vendor stalls, listen to live performances and spend time along the riverfront, where the open layout made it easier for groups to move between activities.</w:t>
      </w:r>
      <w:r/>
    </w:p>
    <w:p>
      <w:r/>
      <w:r>
        <w:t>The official Chattanooga Pride event listings describe the gathering as a riverfront celebration, so anyone planning a visit should check the latest details before setting off. Dates, schedules and arrangements can change, and a quick look online can save a long walk or a disappointed afternoon.</w:t>
      </w:r>
      <w:r/>
    </w:p>
    <w:p>
      <w:pPr>
        <w:pStyle w:val="Heading2"/>
      </w:pPr>
      <w:r>
        <w:t>Why the location adds to the experience</w:t>
      </w:r>
      <w:r/>
    </w:p>
    <w:p>
      <w:r/>
      <w:r>
        <w:t>Ross’s Landing is a natural fit for a large public gathering. Its position beside the Tennessee River gives the festival breathing room, while its downtown location makes the event feel connected to the wider city rather than tucked away from it.</w:t>
      </w:r>
      <w:r/>
    </w:p>
    <w:p>
      <w:r/>
      <w:r>
        <w:t>That riverfront setting also helps create the relaxed atmosphere people often look for at Pride. There’s room to pause, meet friends, take in the scenery and enjoy the day at your own pace. Just remember the basics for an outdoor festival: comfortable shoes, sun protection and water are sensible additions.</w:t>
      </w:r>
      <w:r/>
    </w:p>
    <w:p>
      <w:pPr>
        <w:pStyle w:val="Heading2"/>
      </w:pPr>
      <w:r>
        <w:t>Chattanooga’s Pride message looks set to endure</w:t>
      </w:r>
      <w:r/>
    </w:p>
    <w:p>
      <w:r/>
      <w:r>
        <w:t>The turnout showed that Chattanooga Pride is more than a one-day party. It’s a visible expression of solidarity, with residents coming together to support LGBTQ+ neighbours and celebrate the character of their city.</w:t>
      </w:r>
      <w:r/>
    </w:p>
    <w:p>
      <w:r/>
      <w:r>
        <w:t>As Chattanooga’s riverfront continues to host major public events, Pride remains one of the most colourful and community-focused dates on the calendar. For many attendees, that combination of joy and belonging is precisely the point.</w:t>
      </w:r>
      <w:r/>
    </w:p>
    <w:p>
      <w:r/>
      <w:r>
        <w:t>A welcoming crowd and a riverside setting make Chattanooga Pride a celebration worth seeking out.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4">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https://www.wdef.com/chattanooga-celebrates-pride-at-rosss-landing/</w:t>
        </w:r>
      </w:hyperlink>
      <w:r>
        <w:t xml:space="preserve"> - Please view link - unable to able to access data</w:t>
      </w:r>
      <w:r/>
    </w:p>
    <w:p>
      <w:pPr>
        <w:pStyle w:val="ListNumber"/>
        <w:spacing w:line="240" w:lineRule="auto"/>
        <w:ind w:left="720"/>
      </w:pPr>
      <w:r/>
      <w:hyperlink r:id="rId10">
        <w:r>
          <w:rPr>
            <w:color w:val="0000EE"/>
            <w:u w:val="single"/>
          </w:rPr>
          <w:t>https://www.chattanoogapride.com/event-details-registration/chattanooga-pride-parade-festival-a-river-of-color</w:t>
        </w:r>
      </w:hyperlink>
      <w:r>
        <w:t xml:space="preserve"> - The Chattanooga Pride Parade &amp; Festival, themed 'A River of Color', is scheduled for October 17, 2026, at Ross's Landing. This annual event, marking its 26th year, aims to unite the community in a vibrant celebration of LGBTQ+ culture. The festival will feature a parade, live entertainment, vendors, and various activities along the Tennessee River, fostering inclusivity and connection among attendees. The event is open to all ages, families, and allies, reflecting the city's commitment to diversity and acceptance.</w:t>
      </w:r>
      <w:r/>
    </w:p>
    <w:p>
      <w:pPr>
        <w:pStyle w:val="ListNumber"/>
        <w:spacing w:line="240" w:lineRule="auto"/>
        <w:ind w:left="720"/>
      </w:pPr>
      <w:r/>
      <w:hyperlink r:id="rId11">
        <w:r>
          <w:rPr>
            <w:color w:val="0000EE"/>
            <w:u w:val="single"/>
          </w:rPr>
          <w:t>https://www.chattanoogapride.com/2025-festival</w:t>
        </w:r>
      </w:hyperlink>
      <w:r>
        <w:t xml:space="preserve"> - The 2025 Chattanooga Pride Parade &amp; Festival, themed 'River of Color', took place on October 17, 2025, at Ross's Landing. This annual event celebrated the LGBTQ+ community with a week of activities culminating in the main parade and festival. The festival featured live entertainment, vendors, and various activities along the Tennessee River, fostering inclusivity and connection among attendees. The event was open to all ages, families, and allies, reflecting the city's commitment to diversity and acceptance.</w:t>
      </w:r>
      <w:r/>
    </w:p>
    <w:p>
      <w:pPr>
        <w:pStyle w:val="ListNumber"/>
        <w:spacing w:line="240" w:lineRule="auto"/>
        <w:ind w:left="720"/>
      </w:pPr>
      <w:r/>
      <w:hyperlink r:id="rId12">
        <w:r>
          <w:rPr>
            <w:color w:val="0000EE"/>
            <w:u w:val="single"/>
          </w:rPr>
          <w:t>https://www.herechattanooga.com/2026/10/13/rosss-landing-closure-riverwalk-detour-businesses/</w:t>
        </w:r>
      </w:hyperlink>
      <w:r>
        <w:t xml:space="preserve"> - Ross's Landing in Chattanooga is set to close for approximately 18 months starting in November 2026 for redevelopment. This closure will impact the Riverwalk, leading to planned detours to maintain access for pedestrians and cyclists. Local businesses in the area are concerned about potential declines in foot traffic and are seeking support during the construction period. The redevelopment aims to enhance the riverfront area with new amenities, but the temporary closure poses challenges for the surrounding community and commerce.</w:t>
      </w:r>
      <w:r/>
    </w:p>
    <w:p>
      <w:pPr>
        <w:pStyle w:val="ListNumber"/>
        <w:spacing w:line="240" w:lineRule="auto"/>
        <w:ind w:left="720"/>
      </w:pPr>
      <w:r/>
      <w:hyperlink r:id="rId14">
        <w:r>
          <w:rPr>
            <w:color w:val="0000EE"/>
            <w:u w:val="single"/>
          </w:rPr>
          <w:t>https://www.herechattanooga.com/2026/10/09/chattanooga-head-of-hooch-staying-riverfront/</w:t>
        </w:r>
      </w:hyperlink>
      <w:r>
        <w:t xml:space="preserve"> - Despite the upcoming closure of Ross's Landing for redevelopment, the Head of the Hooch rowing regatta will remain in Chattanooga. Organizers have adjusted plans to accommodate the event during the construction period, including relocating certain activities to the North Shore of the Tennessee River. The regatta is scheduled for November 7-8, 2026, and will continue to utilize the riverfront area, ensuring the event's continuity and its significant economic impact on the city.</w:t>
      </w:r>
      <w:r/>
    </w:p>
    <w:p>
      <w:pPr>
        <w:pStyle w:val="ListNumber"/>
        <w:spacing w:line="240" w:lineRule="auto"/>
        <w:ind w:left="720"/>
      </w:pPr>
      <w:r/>
      <w:hyperlink r:id="rId13">
        <w:r>
          <w:rPr>
            <w:color w:val="0000EE"/>
            <w:u w:val="single"/>
          </w:rPr>
          <w:t>https://www.choicehomes.co/blog/rosss-landing-redevelopment-is-underway-new-dock-opens-on-chattanoogas-riverfront</w:t>
        </w:r>
      </w:hyperlink>
      <w:r>
        <w:t xml:space="preserve"> - A new public dock has been opened at Ross's Landing in Chattanooga, marking the first completed phase of the park's redevelopment. This addition provides residents and visitors with a new space to enjoy the riverfront without the need for a boat or paddleboard. The broader redevelopment plan includes various enhancements to the area, aiming to attract more visitors and improve the overall experience of the riverfront park.</w:t>
      </w:r>
      <w:r/>
    </w:p>
    <w:p>
      <w:pPr>
        <w:pStyle w:val="ListNumber"/>
        <w:spacing w:line="240" w:lineRule="auto"/>
        <w:ind w:left="720"/>
      </w:pPr>
      <w:r/>
      <w:hyperlink r:id="rId9">
        <w:r>
          <w:rPr>
            <w:color w:val="0000EE"/>
            <w:u w:val="single"/>
          </w:rPr>
          <w:t>https://www.wdef.com/chattanooga-celebrates-pride-at-rosss-landing/</w:t>
        </w:r>
      </w:hyperlink>
      <w:r>
        <w:t xml:space="preserve"> - Chattanooga celebrated Pride at Ross's Landing with a day focused on community, connection, and inclusion. The festival featured live entertainment, vendors, and activities along the Tennessee River, bringing people downtown for the annual celebration. Katie Mullaney, a representative of the City of Chattanooga LGBTQ+ Employee Resource Group, highlighted the support from the community, stating that despite Tennessee's legal challenges for queer people, the residents of Chattanooga demonstrate love and acceptance, making everyone feel welcome.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def.com/chattanooga-celebrates-pride-at-rosss-landing/" TargetMode="External"/><Relationship Id="rId10" Type="http://schemas.openxmlformats.org/officeDocument/2006/relationships/hyperlink" Target="https://www.chattanoogapride.com/event-details-registration/chattanooga-pride-parade-festival-a-river-of-color" TargetMode="External"/><Relationship Id="rId11" Type="http://schemas.openxmlformats.org/officeDocument/2006/relationships/hyperlink" Target="https://www.chattanoogapride.com/2025-festival" TargetMode="External"/><Relationship Id="rId12" Type="http://schemas.openxmlformats.org/officeDocument/2006/relationships/hyperlink" Target="https://www.herechattanooga.com/2026/10/13/rosss-landing-closure-riverwalk-detour-businesses/" TargetMode="External"/><Relationship Id="rId13" Type="http://schemas.openxmlformats.org/officeDocument/2006/relationships/hyperlink" Target="https://www.choicehomes.co/blog/rosss-landing-redevelopment-is-underway-new-dock-opens-on-chattanoogas-riverfront" TargetMode="External"/><Relationship Id="rId14" Type="http://schemas.openxmlformats.org/officeDocument/2006/relationships/hyperlink" Target="https://www.herechattanooga.com/2026/10/09/chattanooga-head-of-hooch-staying-riverfro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