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50 Cent Opens Up About His Gay Mother and Childhood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50 Cent has spoken candidly about discovering that his late mother was gay, recalling a childhood shaped by openness rather than shame. In a new Variety interview, the rapper connected that experience to his vulnerable “Hate It or Love It” lyrics, offering a more personal look at one of his most recognised verses.</w:t>
      </w:r>
      <w:r/>
    </w:p>
    <w:p>
      <w:pPr>
        <w:pStyle w:val="Heading2"/>
      </w:pPr>
      <w:r>
        <w:t>Essential Takeaways</w:t>
      </w:r>
      <w:r/>
      <w:r/>
    </w:p>
    <w:p>
      <w:pPr>
        <w:pStyle w:val="ListBullet"/>
        <w:spacing w:line="240" w:lineRule="auto"/>
        <w:ind w:left="720"/>
      </w:pPr>
      <w:r/>
      <w:r>
        <w:rPr>
          <w:b/>
        </w:rPr>
        <w:t>A childhood memory:</w:t>
      </w:r>
      <w:r>
        <w:t xml:space="preserve"> 50 Cent initially believed his mother’s female companion was simply a friend.</w:t>
      </w:r>
      <w:r/>
    </w:p>
    <w:p>
      <w:pPr>
        <w:pStyle w:val="ListBullet"/>
        <w:spacing w:line="240" w:lineRule="auto"/>
        <w:ind w:left="720"/>
      </w:pPr>
      <w:r/>
      <w:r>
        <w:rPr>
          <w:b/>
        </w:rPr>
        <w:t>No shame attached:</w:t>
      </w:r>
      <w:r>
        <w:t xml:space="preserve"> He says the revelation never carried stigma for him.</w:t>
      </w:r>
      <w:r/>
    </w:p>
    <w:p>
      <w:pPr>
        <w:pStyle w:val="ListBullet"/>
        <w:spacing w:line="240" w:lineRule="auto"/>
        <w:ind w:left="720"/>
      </w:pPr>
      <w:r/>
      <w:r>
        <w:rPr>
          <w:b/>
        </w:rPr>
        <w:t>A lyric revisited:</w:t>
      </w:r>
      <w:r>
        <w:t xml:space="preserve"> His “Hate It or Love It” verse draws directly on that family experience.</w:t>
      </w:r>
      <w:r/>
    </w:p>
    <w:p>
      <w:pPr>
        <w:pStyle w:val="ListBullet"/>
        <w:spacing w:line="240" w:lineRule="auto"/>
        <w:ind w:left="720"/>
      </w:pPr>
      <w:r/>
      <w:r>
        <w:rPr>
          <w:b/>
        </w:rPr>
        <w:t>Vulnerability mattered:</w:t>
      </w:r>
      <w:r>
        <w:t xml:space="preserve"> He believes being open made the song and its message more powerful.</w:t>
      </w:r>
      <w:r/>
    </w:p>
    <w:p>
      <w:pPr>
        <w:pStyle w:val="ListBullet"/>
        <w:spacing w:line="240" w:lineRule="auto"/>
        <w:ind w:left="720"/>
      </w:pPr>
      <w:r/>
      <w:r>
        <w:rPr>
          <w:b/>
        </w:rPr>
        <w:t>A wider perspective:</w:t>
      </w:r>
      <w:r>
        <w:t xml:space="preserve"> His comments add personal context to a familiar hip-hop lyric.</w:t>
      </w:r>
      <w:r/>
      <w:r/>
    </w:p>
    <w:p>
      <w:pPr>
        <w:pStyle w:val="Heading2"/>
      </w:pPr>
      <w:r>
        <w:t>50 Cent revisits a family truth</w:t>
      </w:r>
      <w:r/>
    </w:p>
    <w:p>
      <w:r/>
      <w:r>
        <w:t>50 Cent’s story begins with an ordinary childhood image: two women spending time together, seemingly just friends. He told Variety that it was only later, after his grandmother explained the relationship, that he understood there had been more to it.</w:t>
      </w:r>
      <w:r/>
    </w:p>
    <w:p>
      <w:r/>
      <w:r>
        <w:t>That delayed realisation gives the memory a gentle, almost everyday quality. Rather than describing a dramatic confrontation, the rapper recalled a child gradually making sense of something adults had already understood. Variety reported that he said he wasn't ashamed of his mother's sexuality and had grown up around it.</w:t>
      </w:r>
      <w:r/>
    </w:p>
    <w:p>
      <w:pPr>
        <w:pStyle w:val="Heading2"/>
      </w:pPr>
      <w:r>
        <w:t>The lyric was more personal than it first appeared</w:t>
      </w:r>
      <w:r/>
    </w:p>
    <w:p>
      <w:r/>
      <w:r>
        <w:t>The memory also sheds light on one of 50 Cent's best-known contributions to “Hate It or Love It”, his collaboration with The Game. The verse includes the line about being confused while seeing his mother kiss a girl, turning a private family experience into a striking piece of autobiographical rap.</w:t>
      </w:r>
      <w:r/>
    </w:p>
    <w:p>
      <w:r/>
      <w:r>
        <w:t>Song lyric references and fan interpretations have long pointed to the line's personal quality. Heard with this new context, it feels less like a throwaway detail and more like a snapshot of childhood confusion, family complexity and the way memory can sit inside music.</w:t>
      </w:r>
      <w:r/>
    </w:p>
    <w:p>
      <w:pPr>
        <w:pStyle w:val="Heading2"/>
      </w:pPr>
      <w:r>
        <w:t>Why openness strengthened the song</w:t>
      </w:r>
      <w:r/>
    </w:p>
    <w:p>
      <w:r/>
      <w:r>
        <w:t>50 Cent told Variety that being vulnerable about the situation “made it more powerful”. That observation goes beyond one track. In hip-hop, where toughness and control have often been central to an artist's image, a candid detail can create a sharper emotional impact than bravado alone.</w:t>
      </w:r>
      <w:r/>
    </w:p>
    <w:p>
      <w:r/>
      <w:r>
        <w:t>The line works because it doesn't tidy the feeling away. It captures a child's uncertainty before arriving at an adult understanding, and that emotional movement is what makes it memorable. The rapper's latest comments don't change the lyric, but they give listeners a clearer window into where it came from.</w:t>
      </w:r>
      <w:r/>
    </w:p>
    <w:p>
      <w:pPr>
        <w:pStyle w:val="Heading2"/>
      </w:pPr>
      <w:r>
        <w:t>A changing conversation around identity</w:t>
      </w:r>
      <w:r/>
    </w:p>
    <w:p>
      <w:r/>
      <w:r>
        <w:t>Public conversations about LGBTQ+ identity have shifted considerably since “Hate It or Love It” was released. That doesn't erase the language or attitudes of the period, but it does make personal context more valuable. 50 Cent's comments present his mother's sexuality as part of his family history, not as a source of disgrace.</w:t>
      </w:r>
      <w:r/>
    </w:p>
    <w:p>
      <w:r/>
      <w:r>
        <w:t>There is also something quietly striking in his description of how children process adult relationships. They often observe first and interpret later, while relatives and culture supply the meaning around them. In this case, the rapper's recollection suggests that familiarity, rather than judgement, shaped his understanding.</w:t>
      </w:r>
      <w:r/>
    </w:p>
    <w:p>
      <w:pPr>
        <w:pStyle w:val="Heading2"/>
      </w:pPr>
      <w:r>
        <w:t>The lasting pull of autobiographical rap</w:t>
      </w:r>
      <w:r/>
    </w:p>
    <w:p>
      <w:r/>
      <w:r>
        <w:t>The best personal verses often feel immediate because they leave room for uncertainty. “Hate It or Love It” has remained memorable partly because its imagery is so specific, and 50 Cent's explanation reinforces that sense of lived experience.</w:t>
      </w:r>
      <w:r/>
    </w:p>
    <w:p>
      <w:r/>
      <w:r>
        <w:t>For listeners revisiting the track, the story adds another layer without requiring a new interpretation. Sometimes a lyric becomes more affecting simply because the person who wrote it explains the moment behind it. Here, vulnerability isn't a detour from the music; it's the reason the memory still lands.</w:t>
      </w:r>
      <w:r/>
    </w:p>
    <w:p>
      <w:r/>
      <w:r>
        <w:t>A personal memory can give a familiar verse an entirely new weight.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Paragraph 6: </w:t>
      </w:r>
      <w:hyperlink r:id="rId10">
        <w:r>
          <w:rPr>
            <w:color w:val="0000EE"/>
            <w:u w:val="single"/>
          </w:rPr>
          <w:t>[3]</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https://www.complex.com/music/a/treyalston/50-cent-mother-gay-variety-interview</w:t>
        </w:r>
      </w:hyperlink>
      <w:r>
        <w:t xml:space="preserve"> - Please view link - unable to able to access data</w:t>
      </w:r>
      <w:r/>
    </w:p>
    <w:p>
      <w:pPr>
        <w:pStyle w:val="ListNumber"/>
        <w:spacing w:line="240" w:lineRule="auto"/>
        <w:ind w:left="720"/>
      </w:pPr>
      <w:r/>
      <w:hyperlink r:id="rId9">
        <w:r>
          <w:rPr>
            <w:color w:val="0000EE"/>
            <w:u w:val="single"/>
          </w:rPr>
          <w:t>https://www.complex.com/music/a/treyalston/50-cent-mother-gay-variety-interview</w:t>
        </w:r>
      </w:hyperlink>
      <w:r>
        <w:t xml:space="preserve"> - In an interview with Variety, 50 Cent discussed his understanding of his late mother, Sabrina Jackson's sexuality. He recounted how his grandmother explained that his mother was gay, leading him to realise that the two women he saw together were more than just friends. He expressed no shame about this revelation, stating, 'I'm not ashamed of that in any way. I grew up around that.' He also mentioned incorporating this experience into his verse on 'Hate It or Love It' with The Game, highlighting the line, 'Coming up I was confused, my mommy kissing a girl.'</w:t>
      </w:r>
      <w:r/>
    </w:p>
    <w:p>
      <w:pPr>
        <w:pStyle w:val="ListNumber"/>
        <w:spacing w:line="240" w:lineRule="auto"/>
        <w:ind w:left="720"/>
      </w:pPr>
      <w:r/>
      <w:hyperlink r:id="rId10">
        <w:r>
          <w:rPr>
            <w:color w:val="0000EE"/>
            <w:u w:val="single"/>
          </w:rPr>
          <w:t>https://www.variety.com/2026/10/13/50-cent-mother-gay-interview/</w:t>
        </w:r>
      </w:hyperlink>
      <w:r>
        <w:t xml:space="preserve"> - In a candid interview with Variety, 50 Cent opened up about learning that his late mother, Sabrina Jackson, was gay. He shared that his grandmother informed him of his mother's sexuality, leading to a moment of realisation for him. He expressed that he was never ashamed of this fact, stating, 'I'm not ashamed of that in any way. I grew up around that.' He also discussed how this experience influenced his verse on 'Hate It or Love It' with The Game, referencing the line, 'Coming up I was confused, my mommy kissing a girl.'</w:t>
      </w:r>
      <w:r/>
    </w:p>
    <w:p>
      <w:pPr>
        <w:pStyle w:val="ListNumber"/>
        <w:spacing w:line="240" w:lineRule="auto"/>
        <w:ind w:left="720"/>
      </w:pPr>
      <w:r/>
      <w:hyperlink r:id="rId11">
        <w:r>
          <w:rPr>
            <w:color w:val="0000EE"/>
            <w:u w:val="single"/>
          </w:rPr>
          <w:t>https://www.songstranslation.com/50-cent-hate-it-or-love-it/</w:t>
        </w:r>
      </w:hyperlink>
      <w:r>
        <w:t xml:space="preserve"> - The lyrics of 'Hate It or Love It' by 50 Cent and The Game are available on Songstranslation.com. The song includes the line, 'Coming up I was confused, my mommy kissing a girl,' reflecting 50 Cent's personal experiences and observations during his upbringing. The lyrics delve into themes of confusion and the challenges faced in a harsh environment, providing insight into the artists' perspectives and experiences.</w:t>
      </w:r>
      <w:r/>
    </w:p>
    <w:p>
      <w:pPr>
        <w:pStyle w:val="ListNumber"/>
        <w:spacing w:line="240" w:lineRule="auto"/>
        <w:ind w:left="720"/>
      </w:pPr>
      <w:r/>
      <w:hyperlink r:id="rId12">
        <w:r>
          <w:rPr>
            <w:color w:val="0000EE"/>
            <w:u w:val="single"/>
          </w:rPr>
          <w:t>https://www.musica.com/letras.asp?letra=804704</w:t>
        </w:r>
      </w:hyperlink>
      <w:r>
        <w:t xml:space="preserve"> - Musica.com provides the lyrics to 'Hate It or Love It' by 50 Cent. The song features the line, 'Coming up I was confused, my mommy kissing a girl,' which 50 Cent has discussed in interviews, highlighting his personal experiences and the challenges he faced growing up. The lyrics offer a glimpse into the artist's life and the themes of confusion and resilience present in his music.</w:t>
      </w:r>
      <w:r/>
    </w:p>
    <w:p>
      <w:pPr>
        <w:pStyle w:val="ListNumber"/>
        <w:spacing w:line="240" w:lineRule="auto"/>
        <w:ind w:left="720"/>
      </w:pPr>
      <w:r/>
      <w:hyperlink r:id="rId13">
        <w:r>
          <w:rPr>
            <w:color w:val="0000EE"/>
            <w:u w:val="single"/>
          </w:rPr>
          <w:t>https://www.youtube.com/watch?v=HE9OZn0O65A</w:t>
        </w:r>
      </w:hyperlink>
      <w:r>
        <w:t xml:space="preserve"> - This YouTube video features the lyrics to 'Hate It or Love It' by 50 Cent. The song includes the line, 'Coming up I was confused, my mommy kissing a girl,' which 50 Cent has discussed in interviews, reflecting on his upbringing and the challenges he faced. The video provides viewers with the full lyrics, offering insight into the themes of the song and the artist's personal experiences.</w:t>
      </w:r>
      <w:r/>
    </w:p>
    <w:p>
      <w:pPr>
        <w:pStyle w:val="ListNumber"/>
        <w:spacing w:line="240" w:lineRule="auto"/>
        <w:ind w:left="720"/>
      </w:pPr>
      <w:r/>
      <w:hyperlink r:id="rId14">
        <w:r>
          <w:rPr>
            <w:color w:val="0000EE"/>
            <w:u w:val="single"/>
          </w:rPr>
          <w:t>https://www.youtube.com/watch?v=axGINwAN-eg</w:t>
        </w:r>
      </w:hyperlink>
      <w:r>
        <w:t xml:space="preserve"> - This lyric video of 'Hate It or Love It' by 50 Cent and The Game includes the line, 'Coming up I was confused, my mommy kissing a girl.' 50 Cent has discussed this line in interviews, reflecting on his upbringing and the challenges he faced. The video provides viewers with the full lyrics, offering insight into the themes of the song and the artist's personal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mplex.com/music/a/treyalston/50-cent-mother-gay-variety-interview" TargetMode="External"/><Relationship Id="rId10" Type="http://schemas.openxmlformats.org/officeDocument/2006/relationships/hyperlink" Target="https://www.variety.com/2026/10/13/50-cent-mother-gay-interview/" TargetMode="External"/><Relationship Id="rId11" Type="http://schemas.openxmlformats.org/officeDocument/2006/relationships/hyperlink" Target="https://www.songstranslation.com/50-cent-hate-it-or-love-it/" TargetMode="External"/><Relationship Id="rId12" Type="http://schemas.openxmlformats.org/officeDocument/2006/relationships/hyperlink" Target="https://www.musica.com/letras.asp?letra=804704" TargetMode="External"/><Relationship Id="rId13" Type="http://schemas.openxmlformats.org/officeDocument/2006/relationships/hyperlink" Target="https://www.youtube.com/watch?v=HE9OZn0O65A" TargetMode="External"/><Relationship Id="rId14" Type="http://schemas.openxmlformats.org/officeDocument/2006/relationships/hyperlink" Target="https://www.youtube.com/watch?v=axGINwAN-e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