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Ruaridh Mollica’s Bisexual Marvel Role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Ruaridh Mollica in VisionQuest, where the Sebastian star plays Tommy, a bisexual Marvel character whose identity isn't reduced to his romantic storylines. His comments about feeling seen add a personal layer to the Disney+ series, while his move from intimate queer cinema to the MCU marks a striking new chapter.</w:t>
      </w:r>
      <w:r/>
    </w:p>
    <w:p>
      <w:pPr>
        <w:pStyle w:val="Heading2"/>
      </w:pPr>
      <w:r>
        <w:t>Essential Takeaways</w:t>
      </w:r>
      <w:r/>
      <w:r/>
    </w:p>
    <w:p>
      <w:pPr>
        <w:pStyle w:val="ListBullet"/>
        <w:spacing w:line="240" w:lineRule="auto"/>
        <w:ind w:left="720"/>
      </w:pPr>
      <w:r/>
      <w:r>
        <w:rPr>
          <w:b/>
        </w:rPr>
        <w:t>Representation matters:</w:t>
      </w:r>
      <w:r>
        <w:t xml:space="preserve"> Mollica says playing a bisexual character as a bisexual actor feels personally affirming.</w:t>
      </w:r>
      <w:r/>
    </w:p>
    <w:p>
      <w:pPr>
        <w:pStyle w:val="ListBullet"/>
        <w:spacing w:line="240" w:lineRule="auto"/>
        <w:ind w:left="720"/>
      </w:pPr>
      <w:r/>
      <w:r>
        <w:rPr>
          <w:b/>
        </w:rPr>
        <w:t>Attraction isn't a checklist:</w:t>
      </w:r>
      <w:r>
        <w:t xml:space="preserve"> Tommy's interest in a woman doesn't erase his bisexuality.</w:t>
      </w:r>
      <w:r/>
    </w:p>
    <w:p>
      <w:pPr>
        <w:pStyle w:val="ListBullet"/>
        <w:spacing w:line="240" w:lineRule="auto"/>
        <w:ind w:left="720"/>
      </w:pPr>
      <w:r/>
      <w:r>
        <w:rPr>
          <w:b/>
        </w:rPr>
        <w:t>A major career step:</w:t>
      </w:r>
      <w:r>
        <w:t xml:space="preserve"> VisionQuest follows Mollica's acclaimed role in the queer drama Sebastian.</w:t>
      </w:r>
      <w:r/>
    </w:p>
    <w:p>
      <w:pPr>
        <w:pStyle w:val="ListBullet"/>
        <w:spacing w:line="240" w:lineRule="auto"/>
        <w:ind w:left="720"/>
      </w:pPr>
      <w:r/>
      <w:r>
        <w:rPr>
          <w:b/>
        </w:rPr>
        <w:t>A wider Marvel story:</w:t>
      </w:r>
      <w:r>
        <w:t xml:space="preserve"> The series continues Vision's journey after WandaVision and expands its family mythology.</w:t>
      </w:r>
      <w:r/>
    </w:p>
    <w:p>
      <w:pPr>
        <w:pStyle w:val="ListBullet"/>
        <w:spacing w:line="240" w:lineRule="auto"/>
        <w:ind w:left="720"/>
      </w:pPr>
      <w:r/>
      <w:r>
        <w:rPr>
          <w:b/>
        </w:rPr>
        <w:t>Different kinds of visibility:</w:t>
      </w:r>
      <w:r>
        <w:t xml:space="preserve"> Mollica's work now reaches audiences through both intimate cinema and blockbuster television.</w:t>
      </w:r>
      <w:r/>
      <w:r/>
    </w:p>
    <w:p>
      <w:pPr>
        <w:pStyle w:val="Heading2"/>
      </w:pPr>
      <w:r>
        <w:t>Tommy's bisexuality isn't defined by who he dates</w:t>
      </w:r>
      <w:r/>
    </w:p>
    <w:p>
      <w:r/>
      <w:r>
        <w:t>The most meaningful detail in Mollica's VisionQuest role may be what the show doesn't spell out. Tommy flirts with Lisa Molinari, but viewers don't see him pursue men, and that hasn't stopped Mollica from recognising the character as bisexual.</w:t>
      </w:r>
      <w:r/>
    </w:p>
    <w:p>
      <w:r/>
      <w:r>
        <w:t>That distinction matters because bisexuality is still too often treated as something that needs to be visibly demonstrated on screen. According to the interview reported by B-Gay, Mollica says he feels seen playing a bisexual character, even when Tommy's attraction to women is the main part viewers encounter.</w:t>
      </w:r>
      <w:r/>
    </w:p>
    <w:p>
      <w:r/>
      <w:r>
        <w:t>A character doesn't become less bisexual because of a relationship with a woman. The same applies in reverse. Sexual identity isn't a scorecard based on a person's current partner, and Tommy's storyline offers a quiet reminder of that.</w:t>
      </w:r>
      <w:r/>
    </w:p>
    <w:p>
      <w:pPr>
        <w:pStyle w:val="Heading2"/>
      </w:pPr>
      <w:r>
        <w:t>From Sebastian to the Marvel universe</w:t>
      </w:r>
      <w:r/>
    </w:p>
    <w:p>
      <w:r/>
      <w:r>
        <w:t>Mollica's arrival in VisionQuest follows a very different kind of breakthrough. In Mikko Makela's 2024 film Sebastian, he plays Max, a young London writer whose research for a novel leads him into sex work and an increasingly complicated double life.</w:t>
      </w:r>
      <w:r/>
    </w:p>
    <w:p>
      <w:r/>
      <w:r>
        <w:t>The film, which screened at Sundance, puts desire, performance and ambition under a much more intimate lens. Wikipedia's film overview describes a story concerned with the tension between Max's public life and the experiences he keeps separate from it.</w:t>
      </w:r>
      <w:r/>
    </w:p>
    <w:p>
      <w:r/>
      <w:r>
        <w:t>That makes VisionQuest an intriguing next step. One project places Mollica inside a searching queer drama, while the other gives him a role in one of entertainment's biggest shared universes. It's a dramatic change of scale, but both stories are interested in how people build an identity that others may not fully understand.</w:t>
      </w:r>
      <w:r/>
    </w:p>
    <w:p>
      <w:pPr>
        <w:pStyle w:val="Heading2"/>
      </w:pPr>
      <w:r>
        <w:t>What VisionQuest adds to Marvel's next chapter</w:t>
      </w:r>
      <w:r/>
    </w:p>
    <w:p>
      <w:r/>
      <w:r>
        <w:t>VisionQuest continues the story of Vision after WandaVision, with Paul Bettany returning as the synthezoid hero. Marvel's official character material identifies Thomas Shepherd as a mysterious boy who may be Vision's reincarnated son, giving the series a strong family and identity-based thread.</w:t>
      </w:r>
      <w:r/>
    </w:p>
    <w:p>
      <w:r/>
      <w:r>
        <w:t>Mollica's Tommy sits within that larger mythology. GamesRadar's coverage has also pointed to the show's interest in Marvel's expanding family connections, including the eventual relationship between Wiccan and Speed.</w:t>
      </w:r>
      <w:r/>
    </w:p>
    <w:p>
      <w:r/>
      <w:r>
        <w:t>Meanwhile, early reviews have suggested that the Disney+ series is broader than a straightforward continuation. Tom's Guide described the premiere as offering more than expected from a WandaVision follow-up, while The Daily Beast highlighted its lively ensemble energy. That mix of emotional stakes and superhero spectacle gives Mollica's role room to resonate beyond a single label.</w:t>
      </w:r>
      <w:r/>
    </w:p>
    <w:p>
      <w:pPr>
        <w:pStyle w:val="Heading2"/>
      </w:pPr>
      <w:r>
        <w:t>Why the casting feels especially personal</w:t>
      </w:r>
      <w:r/>
    </w:p>
    <w:p>
      <w:r/>
      <w:r>
        <w:t>There can be a particular force in seeing an actor's lived identity overlap with a character's. It doesn't mean the performance is autobiographical, but it can make the role feel less like an outside interpretation and more like a genuine point of connection.</w:t>
      </w:r>
      <w:r/>
    </w:p>
    <w:p>
      <w:r/>
      <w:r>
        <w:t>Mollica's comments are also useful because Tommy's bisexuality isn't presented through a dramatic announcement or a neatly packaged lesson. Instead, it exists alongside the rest of his personality. He can flirt with a woman, belong to a complicated family story and still be bisexual without the show needing to prove anything.</w:t>
      </w:r>
      <w:r/>
    </w:p>
    <w:p>
      <w:r/>
      <w:r>
        <w:t>For viewers who have had their identity questioned because of a partner or a perceived lack of experience, that normality may be the most welcome part. Sometimes representation works best when it feels like a character is simply allowed to exist.</w:t>
      </w:r>
      <w:r/>
    </w:p>
    <w:p>
      <w:pPr>
        <w:pStyle w:val="Heading2"/>
      </w:pPr>
      <w:r>
        <w:t>A promising new phase for Ruaridh Mollica</w:t>
      </w:r>
      <w:r/>
    </w:p>
    <w:p>
      <w:r/>
      <w:r>
        <w:t>Mollica now has two very different calling cards. Sebastian introduced audiences to a performer capable of carrying an emotionally exposed, sexually charged drama, while VisionQuest brings that talent to a much larger mainstream audience.</w:t>
      </w:r>
      <w:r/>
    </w:p>
    <w:p>
      <w:r/>
      <w:r>
        <w:t>His profile page and filmography, as recorded by Wikipedia, reflect a career moving between independent queer cinema and major television. That contrast could become one of his strengths: the ability to bring subtle, human detail to stories with enormous production values.</w:t>
      </w:r>
      <w:r/>
    </w:p>
    <w:p>
      <w:r/>
      <w:r>
        <w:t>For Marvel, the casting adds a bisexual actor to a character whose identity doesn't depend on a single romantic plot. For Mollica, it appears to offer something more personal - the rare feeling that a role is making space for a part of who he is.</w:t>
      </w:r>
      <w:r/>
    </w:p>
    <w:p>
      <w:r/>
      <w:r>
        <w:t>That kind of visibility can be quietly powerful, even in a story filled with superpowers.</w:t>
      </w:r>
      <w:r/>
    </w:p>
    <w:p>
      <w:r/>
      <w:r>
        <w:t>It's a small but significant step towards letting bisexual characters be fully themselves on screen.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4">
        <w:r>
          <w:rPr>
            <w:color w:val="0000EE"/>
            <w:u w:val="single"/>
          </w:rPr>
          <w:t>[5]</w:t>
        </w:r>
      </w:hyperlink>
      <w:r>
        <w:t xml:space="preserve">- Paragraph 15: </w:t>
      </w:r>
      <w:hyperlink r:id="rId13">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[3]</w:t>
        </w:r>
      </w:hyperlink>
      <w:r>
        <w:t xml:space="preserve">, </w:t>
      </w:r>
      <w:hyperlink r:id="rId14">
        <w:r>
          <w:rPr>
            <w:color w:val="0000EE"/>
            <w:u w:val="single"/>
          </w:rPr>
          <w:t>[5]</w:t>
        </w:r>
      </w:hyperlink>
      <w:r>
        <w:t xml:space="preserve">- Paragraph 18: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https://b-gay.com/ruaridh-mollica-feels-seen-playing-a-bisexual-marvel-character-in-visionquest/</w:t>
        </w:r>
      </w:hyperlink>
      <w:r>
        <w:t xml:space="preserve"> - Please view link - unable to able to access data</w:t>
      </w:r>
      <w:r/>
    </w:p>
    <w:p>
      <w:pPr>
        <w:pStyle w:val="ListNumber"/>
        <w:spacing w:line="240" w:lineRule="auto"/>
        <w:ind w:left="720"/>
      </w:pPr>
      <w:r/>
      <w:hyperlink r:id="rId10">
        <w:r>
          <w:rPr>
            <w:color w:val="0000EE"/>
            <w:u w:val="single"/>
          </w:rPr>
          <w:t>https://www.gamesradar.com/entertainment/marvel-tv-shows/visionquest-executive-producer-says-people-will-feel-the-brotherly-love-when-wiccan-and-speed-eventually-appear-together-in-the-mcu/</w:t>
        </w:r>
      </w:hyperlink>
      <w:r>
        <w:t xml:space="preserve"> - In an exclusive interview at New York Comic Con, 'VisionQuest' executive producer Mary Livanos discussed the anticipated dynamic between Wiccan and Speed in the Marvel Cinematic Universe. She expressed excitement over bringing the twin brothers to the screen, noting that their eventual reunion would evoke a strong brotherly connection. Livanos highlighted the camaraderie between actors Joe Locke and Ruaridh Mollica, suggesting that their on-screen relationship would resonate with audiences. The first two episodes of 'VisionQuest' premiered on Disney Plus on October 14, 2026.</w:t>
      </w:r>
      <w:r/>
    </w:p>
    <w:p>
      <w:pPr>
        <w:pStyle w:val="ListNumber"/>
        <w:spacing w:line="240" w:lineRule="auto"/>
        <w:ind w:left="720"/>
      </w:pPr>
      <w:r/>
      <w:hyperlink r:id="rId12">
        <w:r>
          <w:rPr>
            <w:color w:val="0000EE"/>
            <w:u w:val="single"/>
          </w:rPr>
          <w:t>https://www.gamesradar.com/entertainment/marvel-tv-shows/visionquest-paladin-explained/</w:t>
        </w:r>
      </w:hyperlink>
      <w:r>
        <w:t xml:space="preserve"> - In the Disney+ series 'VisionQuest,' Paladin, portrayed by Todd Stashwick, is introduced as a relentless bounty hunter operating under a strict personal code. Hired to capture Vision, Paladin is depicted as a formidable adversary with deep resources and connections, including the rogue AI Ultron. His moral convictions are demonstrated through actions such as executing a sniper who violated his 'no civilians' rule. Paladin's live-action debut in 'VisionQuest' expands his legacy within the Marvel Cinematic Universe.</w:t>
      </w:r>
      <w:r/>
    </w:p>
    <w:p>
      <w:pPr>
        <w:pStyle w:val="ListNumber"/>
        <w:spacing w:line="240" w:lineRule="auto"/>
        <w:ind w:left="720"/>
      </w:pPr>
      <w:r/>
      <w:hyperlink r:id="rId11">
        <w:r>
          <w:rPr>
            <w:color w:val="0000EE"/>
            <w:u w:val="single"/>
          </w:rPr>
          <w:t>https://www.tomsguide.com/entertainment/disney-plus/visionquest-premiere-review-theres-a-lot-more-to-this-wandavision-follow-up-than-i-expected</w:t>
        </w:r>
      </w:hyperlink>
      <w:r>
        <w:t xml:space="preserve"> - Tom's Guide reviews the premiere of 'VisionQuest,' the latest Disney+ Marvel series that continues the narrative from 'WandaVision' and 'Agatha All Along.' The series follows White Vision (Paul Bettany) as he struggles with his identity while living quietly in Edinburgh. The plot introduces Thomas (Ruaridh Mollica), the reincarnated son of Wanda and Vision, highlighting shared identity struggles. Despite some pacing issues, the premiere suggests a potentially rich addition to the broader MCU, with episodes now streaming on Disney+.</w:t>
      </w:r>
      <w:r/>
    </w:p>
    <w:p>
      <w:pPr>
        <w:pStyle w:val="ListNumber"/>
        <w:spacing w:line="240" w:lineRule="auto"/>
        <w:ind w:left="720"/>
      </w:pPr>
      <w:r/>
      <w:hyperlink r:id="rId14">
        <w:r>
          <w:rPr>
            <w:color w:val="0000EE"/>
            <w:u w:val="single"/>
          </w:rPr>
          <w:t>https://www.thedailybeast.com/obsessed/visionquest-unrecognizable-emmy-winner-electrifies-tvs-biggest-new-show</w:t>
        </w:r>
      </w:hyperlink>
      <w:r>
        <w:t xml:space="preserve"> - The Daily Beast discusses 'VisionQuest,' premiering October 14 on Disney+, as a dynamic follow-up to the 2021 Marvel series 'WandaVision.' Centering on Vision (Paul Bettany), the show explores themes of identity and self-discovery. Vision shares his mental sanctuary with AI companions, including J.A.R.V.I.S., E.D.I.T.H., and others, while secretly housing Ultron (James Spader). The narrative follows Vision as he uncovers a potential familial connection with a troubled boy, Thomas, all while fending off a bounty hunter named Paladin and the mysterious serial killer Butcherbird.</w:t>
      </w:r>
      <w:r/>
    </w:p>
    <w:p>
      <w:pPr>
        <w:pStyle w:val="ListNumber"/>
        <w:spacing w:line="240" w:lineRule="auto"/>
        <w:ind w:left="720"/>
      </w:pPr>
      <w:r/>
      <w:hyperlink r:id="rId13">
        <w:r>
          <w:rPr>
            <w:color w:val="0000EE"/>
            <w:u w:val="single"/>
          </w:rPr>
          <w:t>https://en.wikipedia.org/wiki/Sebastian_(2024_film)</w:t>
        </w:r>
      </w:hyperlink>
      <w:r>
        <w:t xml:space="preserve"> - The 2024 film 'Sebastian,' directed by Mikko Mäkelä, follows Max, a young London writer portrayed by Ruaridh Mollica, who begins working as a sex worker while researching a novel. The film was selected for the Sundance Film Festival, placing Mollica at the center of a very different kind of screen story from a Marvel production. The film was supported by the BFI and Screen Scotland, as well as the Finnish Film Foundation, Finnish Impact Film Fund, Great Point Media, BNP Paribas Film Finance, and the Belgian Tax Shelter.</w:t>
      </w:r>
      <w:r/>
    </w:p>
    <w:p>
      <w:pPr>
        <w:pStyle w:val="ListNumber"/>
        <w:spacing w:line="240" w:lineRule="auto"/>
        <w:ind w:left="720"/>
      </w:pPr>
      <w:r/>
      <w:hyperlink r:id="rId15">
        <w:r>
          <w:rPr>
            <w:color w:val="0000EE"/>
            <w:u w:val="single"/>
          </w:rPr>
          <w:t>https://en.wikipedia.org/wiki/Ruaridh_Mollica</w:t>
        </w:r>
      </w:hyperlink>
      <w:r>
        <w:t xml:space="preserve"> - Ruaridh Silvio James MacGillivray-Mollica, born on 14 October 1999, is a Scottish actor, writer, and director. He was nominated for a British Independent Film Award for his performance in the film 'Sebastian' (2024). On television, he appeared in the Channel 5 series 'Witness Number 3' and the BBC Three series 'Red Rose' (both 2022). Mollica was named one of Screen International's 2024 Rising Stars Scotland. He was born in Prato, Italy, to a Scottish mother and an Italian father, and was educated at Heriot-Watt University.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ruaridh-mollica-feels-seen-playing-a-bisexual-marvel-character-in-visionquest/" TargetMode="External"/><Relationship Id="rId10" Type="http://schemas.openxmlformats.org/officeDocument/2006/relationships/hyperlink" Target="https://www.gamesradar.com/entertainment/marvel-tv-shows/visionquest-executive-producer-says-people-will-feel-the-brotherly-love-when-wiccan-and-speed-eventually-appear-together-in-the-mcu/" TargetMode="External"/><Relationship Id="rId11" Type="http://schemas.openxmlformats.org/officeDocument/2006/relationships/hyperlink" Target="https://www.tomsguide.com/entertainment/disney-plus/visionquest-premiere-review-theres-a-lot-more-to-this-wandavision-follow-up-than-i-expected" TargetMode="External"/><Relationship Id="rId12" Type="http://schemas.openxmlformats.org/officeDocument/2006/relationships/hyperlink" Target="https://www.gamesradar.com/entertainment/marvel-tv-shows/visionquest-paladin-explained/" TargetMode="External"/><Relationship Id="rId13" Type="http://schemas.openxmlformats.org/officeDocument/2006/relationships/hyperlink" Target="https://en.wikipedia.org/wiki/Sebastian_(2024_film)" TargetMode="External"/><Relationship Id="rId14" Type="http://schemas.openxmlformats.org/officeDocument/2006/relationships/hyperlink" Target="https://www.thedailybeast.com/obsessed/visionquest-unrecognizable-emmy-winner-electrifies-tvs-biggest-new-show" TargetMode="External"/><Relationship Id="rId15" Type="http://schemas.openxmlformats.org/officeDocument/2006/relationships/hyperlink" Target="https://en.wikipedia.org/wiki/Ruaridh_Molli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