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Ruaridh Mollica’s Bisexual Marvel Hero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meeting Ruaridh Mollica as Tommy Maximoff in Marvel’s VisionQuest, and the Scottish actor says playing a bisexual character while identifying as bisexual himself feels deeply meaningful. His comments have renewed discussion about queer representation, comic-book canon and whether Tommy’s identity will become more explicit as the Disney+ series develops.</w:t>
      </w:r>
      <w:r/>
    </w:p>
    <w:p>
      <w:pPr>
        <w:pStyle w:val="Heading2"/>
      </w:pPr>
      <w:r>
        <w:t>Essential Takeaways</w:t>
      </w:r>
      <w:r/>
      <w:r/>
    </w:p>
    <w:p>
      <w:pPr>
        <w:pStyle w:val="ListBullet"/>
        <w:spacing w:line="240" w:lineRule="auto"/>
        <w:ind w:left="720"/>
      </w:pPr>
      <w:r/>
      <w:r>
        <w:rPr>
          <w:b/>
        </w:rPr>
        <w:t>A personal connection:</w:t>
      </w:r>
      <w:r>
        <w:t xml:space="preserve"> Mollica says portraying a bisexual Marvel character as a bisexual actor is an honour.</w:t>
      </w:r>
      <w:r/>
    </w:p>
    <w:p>
      <w:pPr>
        <w:pStyle w:val="ListBullet"/>
        <w:spacing w:line="240" w:lineRule="auto"/>
        <w:ind w:left="720"/>
      </w:pPr>
      <w:r/>
      <w:r>
        <w:rPr>
          <w:b/>
        </w:rPr>
        <w:t>Tommy’s identity:</w:t>
      </w:r>
      <w:r>
        <w:t xml:space="preserve"> The character is bisexual in Marvel Comics, although the series has not yet stated it clearly onscreen.</w:t>
      </w:r>
      <w:r/>
    </w:p>
    <w:p>
      <w:pPr>
        <w:pStyle w:val="ListBullet"/>
        <w:spacing w:line="240" w:lineRule="auto"/>
        <w:ind w:left="720"/>
      </w:pPr>
      <w:r/>
      <w:r>
        <w:rPr>
          <w:b/>
        </w:rPr>
        <w:t>Representation can be subtle:</w:t>
      </w:r>
      <w:r>
        <w:t xml:space="preserve"> Tommy’s flirting with a woman doesn’t erase his bisexuality, Mollica argues.</w:t>
      </w:r>
      <w:r/>
    </w:p>
    <w:p>
      <w:pPr>
        <w:pStyle w:val="ListBullet"/>
        <w:spacing w:line="240" w:lineRule="auto"/>
        <w:ind w:left="720"/>
      </w:pPr>
      <w:r/>
      <w:r>
        <w:rPr>
          <w:b/>
        </w:rPr>
        <w:t>A complicated introduction:</w:t>
      </w:r>
      <w:r>
        <w:t xml:space="preserve"> Tommy arrives as a young London grifter shaped by loneliness and survival.</w:t>
      </w:r>
      <w:r/>
    </w:p>
    <w:p>
      <w:pPr>
        <w:pStyle w:val="ListBullet"/>
        <w:spacing w:line="240" w:lineRule="auto"/>
        <w:ind w:left="720"/>
      </w:pPr>
      <w:r/>
      <w:r>
        <w:rPr>
          <w:b/>
        </w:rPr>
        <w:t>Family at the centre:</w:t>
      </w:r>
      <w:r>
        <w:t xml:space="preserve"> The show brings Tommy and his queer twin brother Billy together in the MCU.</w:t>
      </w:r>
      <w:r/>
      <w:r/>
    </w:p>
    <w:p>
      <w:pPr>
        <w:pStyle w:val="Heading2"/>
      </w:pPr>
      <w:r>
        <w:t>A role that feels personal</w:t>
      </w:r>
      <w:r/>
    </w:p>
    <w:p>
      <w:r/>
      <w:r>
        <w:t>There’s a particular warmth to Mollica’s comments about Tommy Maximoff. Speaking to Variety, the actor said Marvel had made a meaningful choice by casting a bisexual performer in a bisexual role, adding that he felt “so seen”. It’s a simple sentiment, but one that lands heavily in a franchise watched by millions.</w:t>
      </w:r>
      <w:r/>
    </w:p>
    <w:p>
      <w:r/>
      <w:r>
        <w:t>The significance isn’t only about labels. Mollica’s remarks suggest that representation works best when it feels lived-in rather than bolted on for a single dramatic moment. As outlets including Breitbart and The Direct reported, he sees the casting itself as part of the character’s importance, even before the show spells out every aspect of Tommy’s identity.</w:t>
      </w:r>
      <w:r/>
    </w:p>
    <w:p>
      <w:pPr>
        <w:pStyle w:val="Heading2"/>
      </w:pPr>
      <w:r>
        <w:t>Tommy’s bisexuality is part of a bigger conversation</w:t>
      </w:r>
      <w:r/>
    </w:p>
    <w:p>
      <w:r/>
      <w:r>
        <w:t>Tommy’s bisexuality is established in Marvel Comics, but VisionQuest has so far left the subject less direct. That gap has prompted questions from fans, especially because Tommy is shown flirting with Lisa Molinari.</w:t>
      </w:r>
      <w:r/>
    </w:p>
    <w:p>
      <w:r/>
      <w:r>
        <w:t>Mollica has pushed back on the idea that this makes the character less representative. As Out reported, he explained that bisexuality isn’t simply determined by a person’s current relationship or by who they happen to flirt with. That’s an important distinction, particularly in a culture that still too often treats bisexual characters as needing to prove themselves.</w:t>
      </w:r>
      <w:r/>
    </w:p>
    <w:p>
      <w:r/>
      <w:r>
        <w:t>In other words, Tommy doesn’t have to deliver a neat speech to qualify. Sometimes identity sits in the character’s history, choices and sense of self, even when the camera isn’t underlining it in bright red.</w:t>
      </w:r>
      <w:r/>
    </w:p>
    <w:p>
      <w:pPr>
        <w:pStyle w:val="Heading2"/>
      </w:pPr>
      <w:r>
        <w:t>Meet Marvel’s new London grifter</w:t>
      </w:r>
      <w:r/>
    </w:p>
    <w:p>
      <w:r/>
      <w:r>
        <w:t>Tommy’s entrance gives VisionQuest a street-level edge. Mollica described him as a teenage hustler, pickpocket and conman living on London’s margins, with Matt Damon’s character in Good Will Hunting serving as one performance reference.</w:t>
      </w:r>
      <w:r/>
    </w:p>
    <w:p>
      <w:r/>
      <w:r>
        <w:t>The details matter because Tommy isn’t introduced as a polished superhero waiting for a costume change. He’s an orphan who has had to construct a life from scraps, according to coverage from The PinkNews and ComicBasics. That gives the character a rough, wary energy, but also a quiet ache for connection.</w:t>
      </w:r>
      <w:r/>
    </w:p>
    <w:p>
      <w:r/>
      <w:r>
        <w:t>It’s a familiar Marvel shape, really: the fast-talking survivor whose bravado is covering something softer. The difference is that Tommy’s story arrives alongside a clearer conversation about identity and belonging.</w:t>
      </w:r>
      <w:r/>
    </w:p>
    <w:p>
      <w:pPr>
        <w:pStyle w:val="Heading2"/>
      </w:pPr>
      <w:r>
        <w:t>Two queer brothers, one shared MCU story</w:t>
      </w:r>
      <w:r/>
    </w:p>
    <w:p>
      <w:r/>
      <w:r>
        <w:t>Tommy’s relationship with his twin brother Billy adds another layer to the series. Billy, played by Joe Locke, is already an important queer figure in the Marvel universe, and Mollica has welcomed the chance to portray two queer brothers together.</w:t>
      </w:r>
      <w:r/>
    </w:p>
    <w:p>
      <w:r/>
      <w:r>
        <w:t>That pairing makes the family story feel unusually central. Rather than treating queer representation as a solo subplot, VisionQuest appears to be placing it within a complicated sibling relationship, complete with history, tension and the possibility of mutual understanding.</w:t>
      </w:r>
      <w:r/>
    </w:p>
    <w:p>
      <w:r/>
      <w:r>
        <w:t>As Just Jared noted in its coverage, Mollica has also spoken about hoping his own identity comes through in the performance. That leaves room for the show to develop Tommy over time, rather than forcing every detail into his first appearance.</w:t>
      </w:r>
      <w:r/>
    </w:p>
    <w:p>
      <w:pPr>
        <w:pStyle w:val="Heading2"/>
      </w:pPr>
      <w:r>
        <w:t>What happens next for Tommy?</w:t>
      </w:r>
      <w:r/>
    </w:p>
    <w:p>
      <w:r/>
      <w:r>
        <w:t>The biggest question is whether VisionQuest will explicitly confirm Tommy’s bisexuality or allow the character to remain more understated. Mollica said before the series began that he didn’t know whether the subject would be directly referenced, while hoping it could be explored in the future.</w:t>
      </w:r>
      <w:r/>
    </w:p>
    <w:p>
      <w:r/>
      <w:r>
        <w:t>That uncertainty may frustrate some viewers, but it also keeps the conversation open. A thoughtful storyline could show Tommy’s identity through relationships, dialogue and emotional choices without turning him into a lesson for the audience.</w:t>
      </w:r>
      <w:r/>
    </w:p>
    <w:p>
      <w:r/>
      <w:r>
        <w:t>For now, Mollica’s performance gives fans a reason to pay attention. His recent breakthrough in Sebastian, followed by a breakout-performance nomination at the British Independent Film Awards, suggests he brings more than superhero polish to the part. There’s a guardedness to Tommy that could become one of the show’s most affecting threads.</w:t>
      </w:r>
      <w:r/>
    </w:p>
    <w:p>
      <w:r/>
      <w:r>
        <w:t>Representation doesn’t have to shout every second, but it should feel intentional. Tommy’s story will be strongest if VisionQuest lets him be messy, funny, flirtatious and fully himself.</w:t>
      </w:r>
      <w:r/>
    </w:p>
    <w:p>
      <w:r/>
      <w:r>
        <w:t>It's a promising start for a Marvel character whose identity may unfold one revealing moment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0">
        <w:r>
          <w:rPr>
            <w:color w:val="0000EE"/>
            <w:u w:val="single"/>
          </w:rPr>
          <w:t>[2]</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5">
        <w:r>
          <w:rPr>
            <w:color w:val="0000EE"/>
            <w:u w:val="single"/>
          </w:rPr>
          <w:t>[7]</w:t>
        </w:r>
      </w:hyperlink>
      <w:r>
        <w:t xml:space="preserve">, </w:t>
      </w:r>
      <w:hyperlink r:id="rId10">
        <w:r>
          <w:rPr>
            <w:color w:val="0000EE"/>
            <w:u w:val="single"/>
          </w:rPr>
          <w:t>[2]</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2">
        <w:r>
          <w:rPr>
            <w:color w:val="0000EE"/>
            <w:u w:val="single"/>
          </w:rPr>
          <w:t>[4]</w:t>
        </w:r>
      </w:hyperlink>
      <w:r>
        <w:t xml:space="preserve">, </w:t>
      </w:r>
      <w:hyperlink r:id="rId14">
        <w:r>
          <w:rPr>
            <w:color w:val="0000EE"/>
            <w:u w:val="single"/>
          </w:rPr>
          <w:t>[6]</w:t>
        </w:r>
      </w:hyperlink>
      <w:r>
        <w:t xml:space="preserve">- Paragraph 15: </w:t>
      </w:r>
      <w:hyperlink r:id="rId15">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https://www.washingtontimes.com/news/2026/oct/17/visionquest-star-ruaridh-mollica-says-playing-bisexual-marvel-hero/</w:t>
        </w:r>
      </w:hyperlink>
      <w:r>
        <w:t xml:space="preserve"> - Please view link - unable to able to access data</w:t>
      </w:r>
      <w:r/>
    </w:p>
    <w:p>
      <w:pPr>
        <w:pStyle w:val="ListNumber"/>
        <w:spacing w:line="240" w:lineRule="auto"/>
        <w:ind w:left="720"/>
      </w:pPr>
      <w:r/>
      <w:hyperlink r:id="rId10">
        <w:r>
          <w:rPr>
            <w:color w:val="0000EE"/>
            <w:u w:val="single"/>
          </w:rPr>
          <w:t>https://www.breitbart.com/entertainment/2026/10/17/ruaridh-mollica-says-its-an-honor-being-a-bisexual-actor-playing-a-bisexual-character-in-disneys-visionquest-i-feel-so-seen/amp/</w:t>
        </w:r>
      </w:hyperlink>
      <w:r>
        <w:t xml:space="preserve"> - Ruaridh Mollica, the Scottish actor portraying Tommy Maximoff in Marvel's 'VisionQuest', expressed his pride in playing a bisexual character. He stated that being cast as a bisexual actor for this role in the MCU is an honour and makes him feel seen. Mollica also discussed the character's on-screen flirtation with Lisa Molinari, noting that it doesn't diminish his bisexuality but rather highlights the essence of who Tommy is and who he wants to flirt with. He hopes his casting will help others feel represented.</w:t>
      </w:r>
      <w:r/>
    </w:p>
    <w:p>
      <w:pPr>
        <w:pStyle w:val="ListNumber"/>
        <w:spacing w:line="240" w:lineRule="auto"/>
        <w:ind w:left="720"/>
      </w:pPr>
      <w:r/>
      <w:hyperlink r:id="rId11">
        <w:r>
          <w:rPr>
            <w:color w:val="0000EE"/>
            <w:u w:val="single"/>
          </w:rPr>
          <w:t>https://www.out.com/gay-tv-shows/visionquest-ruaridh-mollica-bisexual</w:t>
        </w:r>
      </w:hyperlink>
      <w:r>
        <w:t xml:space="preserve"> - In an interview with Out.com, Ruaridh Mollica, who plays Tommy Shepherd in Disney+'s 'VisionQuest', shared his thoughts on portraying a bisexual character as a bisexual actor. He expressed that it's an honour to represent the LGBTQIA+ community in the MCU and feels seen in the role. Mollica also addressed discussions about Tommy's on-screen relationships, emphasising that it's about who the character is inside and who he wants to flirt with, regardless of gender.</w:t>
      </w:r>
      <w:r/>
    </w:p>
    <w:p>
      <w:pPr>
        <w:pStyle w:val="ListNumber"/>
        <w:spacing w:line="240" w:lineRule="auto"/>
        <w:ind w:left="720"/>
      </w:pPr>
      <w:r/>
      <w:hyperlink r:id="rId12">
        <w:r>
          <w:rPr>
            <w:color w:val="0000EE"/>
            <w:u w:val="single"/>
          </w:rPr>
          <w:t>https://www.thepinknews.com/2026/09/10/marvel-cinematic-universe-visionquest-ruaridh-mollica/</w:t>
        </w:r>
      </w:hyperlink>
      <w:r>
        <w:t xml:space="preserve"> - Ruaridh Mollica, portraying Tommy Maximoff in Marvel's 'VisionQuest', discussed the potential exploration of his character's bisexuality in the series. In an interview with SFX Magazine, Mollica expressed uncertainty about whether Tommy's sexuality would be explicitly referenced but hoped that his own bisexuality would come through in the performance. He believes that the essence of who Tommy is and who he wants to flirt with is more important than who he is dating.</w:t>
      </w:r>
      <w:r/>
    </w:p>
    <w:p>
      <w:pPr>
        <w:pStyle w:val="ListNumber"/>
        <w:spacing w:line="240" w:lineRule="auto"/>
        <w:ind w:left="720"/>
      </w:pPr>
      <w:r/>
      <w:hyperlink r:id="rId13">
        <w:r>
          <w:rPr>
            <w:color w:val="0000EE"/>
            <w:u w:val="single"/>
          </w:rPr>
          <w:t>https://www.thedirect.com/article/visionquest-ruaridh-mollica-marvel-hero-bisexuality</w:t>
        </w:r>
      </w:hyperlink>
      <w:r>
        <w:t xml:space="preserve"> - Ruaridh Mollica addressed the potential inclusion of Tommy Maximoff's bisexuality in Marvel's 'VisionQuest'. In an interview, Mollica expressed hope that his own bisexuality would inform his portrayal of Tommy, even if the character's sexuality isn't explicitly referenced in the series. He emphasised the importance of representing the LGBTQIA+ community and hopes his casting will help others feel seen and represented.</w:t>
      </w:r>
      <w:r/>
    </w:p>
    <w:p>
      <w:pPr>
        <w:pStyle w:val="ListNumber"/>
        <w:spacing w:line="240" w:lineRule="auto"/>
        <w:ind w:left="720"/>
      </w:pPr>
      <w:r/>
      <w:hyperlink r:id="rId14">
        <w:r>
          <w:rPr>
            <w:color w:val="0000EE"/>
            <w:u w:val="single"/>
          </w:rPr>
          <w:t>https://www.comicbasics.com/ruaridh-mollica-on-being-a-bisexual-actor-playing-a-bisexual-character-in-visionquest/</w:t>
        </w:r>
      </w:hyperlink>
      <w:r>
        <w:t xml:space="preserve"> - Ruaridh Mollica, the Scottish actor portraying Tommy Maximoff in Marvel's 'VisionQuest', discussed the significance of playing a bisexual character as a bisexual actor. He expressed that it's an honour to represent the LGBTQIA+ community in the MCU and feels seen in the role. Mollica also addressed discussions about Tommy's on-screen relationships, emphasising that it's about who the character is inside and who he wants to flirt with, regardless of gender.</w:t>
      </w:r>
      <w:r/>
    </w:p>
    <w:p>
      <w:pPr>
        <w:pStyle w:val="ListNumber"/>
        <w:spacing w:line="240" w:lineRule="auto"/>
        <w:ind w:left="720"/>
      </w:pPr>
      <w:r/>
      <w:hyperlink r:id="rId15">
        <w:r>
          <w:rPr>
            <w:color w:val="0000EE"/>
            <w:u w:val="single"/>
          </w:rPr>
          <w:t>https://www.justjared.com/2026/10/16/ruaridh-mollica-talks-his-own-sexuality-while-confirming-tommy-is-bisexual-on-visionquest-tv-show/</w:t>
        </w:r>
      </w:hyperlink>
      <w:r>
        <w:t xml:space="preserve"> - Ruaridh Mollica, portraying Tommy Maximoff in Marvel's 'VisionQuest', opened up about his own sexuality and that of his character. In an interview, Mollica confirmed that Tommy is bisexual and discussed how his own bisexuality informs his portrayal of the character. He expressed hope that his casting will help others feel seen and represented, emphasising the importance of representing the LGBTQIA+ community in the MCU.</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times.com/news/2026/oct/17/visionquest-star-ruaridh-mollica-says-playing-bisexual-marvel-hero/" TargetMode="External"/><Relationship Id="rId10" Type="http://schemas.openxmlformats.org/officeDocument/2006/relationships/hyperlink" Target="https://www.breitbart.com/entertainment/2026/10/17/ruaridh-mollica-says-its-an-honor-being-a-bisexual-actor-playing-a-bisexual-character-in-disneys-visionquest-i-feel-so-seen/amp/" TargetMode="External"/><Relationship Id="rId11" Type="http://schemas.openxmlformats.org/officeDocument/2006/relationships/hyperlink" Target="https://www.out.com/gay-tv-shows/visionquest-ruaridh-mollica-bisexual" TargetMode="External"/><Relationship Id="rId12" Type="http://schemas.openxmlformats.org/officeDocument/2006/relationships/hyperlink" Target="https://www.thepinknews.com/2026/09/10/marvel-cinematic-universe-visionquest-ruaridh-mollica/" TargetMode="External"/><Relationship Id="rId13" Type="http://schemas.openxmlformats.org/officeDocument/2006/relationships/hyperlink" Target="https://www.thedirect.com/article/visionquest-ruaridh-mollica-marvel-hero-bisexuality" TargetMode="External"/><Relationship Id="rId14" Type="http://schemas.openxmlformats.org/officeDocument/2006/relationships/hyperlink" Target="https://www.comicbasics.com/ruaridh-mollica-on-being-a-bisexual-actor-playing-a-bisexual-character-in-visionquest/" TargetMode="External"/><Relationship Id="rId15" Type="http://schemas.openxmlformats.org/officeDocument/2006/relationships/hyperlink" Target="https://www.justjared.com/2026/10/16/ruaridh-mollica-talks-his-own-sexuality-while-confirming-tommy-is-bisexual-on-visionquest-tv-sh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