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Viral Gay Couple Birthday Photo Sparks Debate Over Online Homophobia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birthday kiss in Cesenatico has become an unexpected flashpoint after a young gay couple’s photo attracted both affection and a torrent of abuse. Their story, and the heartfelt response from one grandmother, highlights how quickly an ordinary family celebration can become a battleground on social media.</w:t>
      </w:r>
      <w:r/>
    </w:p>
    <w:p>
      <w:pPr>
        <w:pStyle w:val="Heading2"/>
      </w:pPr>
      <w:r>
        <w:t>Essential Takeaways</w:t>
      </w:r>
      <w:r/>
      <w:r/>
    </w:p>
    <w:p>
      <w:pPr>
        <w:pStyle w:val="ListBullet"/>
        <w:spacing w:line="240" w:lineRule="auto"/>
        <w:ind w:left="720"/>
      </w:pPr>
      <w:r/>
      <w:r>
        <w:rPr>
          <w:b/>
        </w:rPr>
        <w:t>A private celebration went viral:</w:t>
      </w:r>
      <w:r>
        <w:t xml:space="preserve"> Cristian Valdinoci and Luca Leonardi were photographed kissing during a family birthday dinner in Cesenatico.</w:t>
      </w:r>
      <w:r/>
    </w:p>
    <w:p>
      <w:pPr>
        <w:pStyle w:val="ListBullet"/>
        <w:spacing w:line="240" w:lineRule="auto"/>
        <w:ind w:left="720"/>
      </w:pPr>
      <w:r/>
      <w:r>
        <w:rPr>
          <w:b/>
        </w:rPr>
        <w:t>Support turned into abuse:</w:t>
      </w:r>
      <w:r>
        <w:t xml:space="preserve"> The post initially drew warm messages before attracting homophobic comments as its reach grew.</w:t>
      </w:r>
      <w:r/>
    </w:p>
    <w:p>
      <w:pPr>
        <w:pStyle w:val="ListBullet"/>
        <w:spacing w:line="240" w:lineRule="auto"/>
        <w:ind w:left="720"/>
      </w:pPr>
      <w:r/>
      <w:r>
        <w:rPr>
          <w:b/>
        </w:rPr>
        <w:t>The couple is considering legal action:</w:t>
      </w:r>
      <w:r>
        <w:t xml:space="preserve"> Cristian has consulted a lawyer about the most serious messages.</w:t>
      </w:r>
      <w:r/>
    </w:p>
    <w:p>
      <w:pPr>
        <w:pStyle w:val="ListBullet"/>
        <w:spacing w:line="240" w:lineRule="auto"/>
        <w:ind w:left="720"/>
      </w:pPr>
      <w:r/>
      <w:r>
        <w:rPr>
          <w:b/>
        </w:rPr>
        <w:t>A grandmother spoke out:</w:t>
      </w:r>
      <w:r>
        <w:t xml:space="preserve"> Luca’s grandmother defended the couple, saying love and acceptance should come first.</w:t>
      </w:r>
      <w:r/>
    </w:p>
    <w:p>
      <w:pPr>
        <w:pStyle w:val="ListBullet"/>
        <w:spacing w:line="240" w:lineRule="auto"/>
        <w:ind w:left="720"/>
      </w:pPr>
      <w:r/>
      <w:r>
        <w:rPr>
          <w:b/>
        </w:rPr>
        <w:t>The wider lesson is stark:</w:t>
      </w:r>
      <w:r>
        <w:t xml:space="preserve"> Social media can turn a joyful snapshot into a target within hours.</w:t>
      </w:r>
      <w:r/>
      <w:r/>
    </w:p>
    <w:p>
      <w:pPr>
        <w:pStyle w:val="Heading2"/>
      </w:pPr>
      <w:r>
        <w:t>How a birthday kiss became a national conversation</w:t>
      </w:r>
      <w:r/>
    </w:p>
    <w:p>
      <w:r/>
      <w:r>
        <w:t>The picture itself is disarmingly ordinary. Two young men kiss in front of a birthday cake, with the words “Auguri Cri” written across it, while family members celebrate around them. Yet after Cristian shared the image online, its audience grew far beyond the original circle of friends and relatives.</w:t>
      </w:r>
      <w:r/>
    </w:p>
    <w:p>
      <w:r/>
      <w:r>
        <w:t>According to La Stampa, the photograph was taken on 30 September at a restaurant in Cesenatico. The dinner marked Cristian’s 23rd birthday as well as Luca’s parents’ 25th wedding anniversary, making the moment feel especially intimate and celebratory.</w:t>
      </w:r>
      <w:r/>
    </w:p>
    <w:p>
      <w:r/>
      <w:r>
        <w:t>That warmth was initially reflected online, with congratulations, hearts and affectionate replies. But once the post passed 600,000 views, the mood shifted. Open reported that supportive comments were joined by hostile remarks questioning the couple’s relationship and their right to show affection publicly.</w:t>
      </w:r>
      <w:r/>
    </w:p>
    <w:p>
      <w:pPr>
        <w:pStyle w:val="Heading2"/>
      </w:pPr>
      <w:r>
        <w:t>Supportive comments gave way to shocking abuse</w:t>
      </w:r>
      <w:r/>
    </w:p>
    <w:p>
      <w:r/>
      <w:r>
        <w:t>The distinction between disagreement and abuse quickly disappeared in the most extreme replies. Some users complained that the couple was “showing off”, while others posted language that was openly demeaning and threatening.</w:t>
      </w:r>
      <w:r/>
    </w:p>
    <w:p>
      <w:r/>
      <w:r>
        <w:t>Cristian told Il Resto del Carlino that he hadn't expected such a reaction, despite having around 30,000 followers and regularly sharing photographs. He said he replied to some people, but not everyone, a sensible boundary when a comment thread starts behaving less like conversation and more like a digital mob.</w:t>
      </w:r>
      <w:r/>
    </w:p>
    <w:p>
      <w:r/>
      <w:r>
        <w:t>Gay.it also highlighted the contrast between the harmless nature of the photograph and the severity of the backlash. A simple kiss, captured during a family occasion, became a magnet for prejudice. It's a familiar pattern online: visibility brings connection, but it can also bring strangers who feel entitled to police other people's lives.</w:t>
      </w:r>
      <w:r/>
    </w:p>
    <w:p>
      <w:pPr>
        <w:pStyle w:val="Heading2"/>
      </w:pPr>
      <w:r>
        <w:t>One grandmother answered hate with affection</w:t>
      </w:r>
      <w:r/>
    </w:p>
    <w:p>
      <w:r/>
      <w:r>
        <w:t>The most striking response came from Loretta Togni, Luca’s 70-year-old grandmother. Rather than allowing the abuse to define the story, she wrote a short message supporting both her grandson and his partner.</w:t>
      </w:r>
      <w:r/>
    </w:p>
    <w:p>
      <w:r/>
      <w:r>
        <w:t>In the letter, reported by La Stampa and Open, she said that her life experience had taught her that love has no barriers. She also placed her family’s happiness and acceptance alongside the freedom to be oneself, ending with an emphatic celebration of love.</w:t>
      </w:r>
      <w:r/>
    </w:p>
    <w:p>
      <w:r/>
      <w:r>
        <w:t>Her intervention matters because it isn't presented as a slogan from a campaign group or a statement from an institution. It's a family member speaking plainly, with the calm confidence of someone who has seen enough of life to recognise that cruelty isn't wisdom. In a story dominated by anonymous anger, her voice feels particularly human.</w:t>
      </w:r>
      <w:r/>
    </w:p>
    <w:p>
      <w:pPr>
        <w:pStyle w:val="Heading2"/>
      </w:pPr>
      <w:r>
        <w:t>The couple's story goes beyond one photograph</w:t>
      </w:r>
      <w:r/>
    </w:p>
    <w:p>
      <w:r/>
      <w:r>
        <w:t>Luca and Cristian met on 5 April 2025 at a friend’s party, according to Il Resto del Carlino. Luca has said he remembers dates closely and that the meeting felt like love at first sight, although he took time to decide whether the relationship could become serious before introducing Cristian to his family.</w:t>
      </w:r>
      <w:r/>
    </w:p>
    <w:p>
      <w:r/>
      <w:r>
        <w:t>Luca has also spoken about recognising his feelings during adolescence and later discussing them with his father. Gay.it's coverage placed that experience in the broader reality of coming out, when young people may worry about protecting their parents even while needing understanding themselves.</w:t>
      </w:r>
      <w:r/>
    </w:p>
    <w:p>
      <w:r/>
      <w:r>
        <w:t>That context gives the viral image a different weight. It isn't merely a social media post that attracted attention. It's a small record of belonging, family celebration and a relationship that was being lived openly. No wonder the insults felt so personal.</w:t>
      </w:r>
      <w:r/>
    </w:p>
    <w:p>
      <w:pPr>
        <w:pStyle w:val="Heading2"/>
      </w:pPr>
      <w:r>
        <w:t>What happens next after the online backlash?</w:t>
      </w:r>
      <w:r/>
    </w:p>
    <w:p>
      <w:r/>
      <w:r>
        <w:t>Cristian has consulted a lawyer, and the couple is considering whether to pursue legal action over the most serious comments. The decision will depend on the content of the messages and the relevant legal process, but their response underlines an important point: online abuse isn't automatically harmless because it appears on a screen.</w:t>
      </w:r>
      <w:r/>
    </w:p>
    <w:p>
      <w:r/>
      <w:r>
        <w:t>For anyone sharing personal photographs, the episode is also a reminder to check privacy settings, save threatening messages and report content through the platform rather than engaging with every attacker. Blocking is not an overreaction, and keeping records can matter if threats become specific or persistent.</w:t>
      </w:r>
      <w:r/>
    </w:p>
    <w:p>
      <w:r/>
      <w:r>
        <w:t>Meanwhile, the family’s response has shifted attention back towards what the photograph actually shows. A cake, a kiss and people celebrating together. In the end, that's a much stronger picture than the comment section.</w:t>
      </w:r>
      <w:r/>
    </w:p>
    <w:p>
      <w:r/>
      <w:r>
        <w:t>It's a small family photograph, but its message about love and acceptance has travelled a long way.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[5]</w:t>
        </w:r>
      </w:hyperlink>
      <w:r>
        <w:t xml:space="preserve">- Paragraph 3: </w:t>
      </w:r>
      <w:hyperlink r:id="rId10">
        <w:r>
          <w:rPr>
            <w:color w:val="0000EE"/>
            <w:u w:val="single"/>
          </w:rPr>
          <w:t>[3]</w:t>
        </w:r>
      </w:hyperlink>
      <w:r>
        <w:t xml:space="preserve">, </w:t>
      </w:r>
      <w:hyperlink r:id="rId12">
        <w:r>
          <w:rPr>
            <w:color w:val="0000EE"/>
            <w:u w:val="single"/>
          </w:rPr>
          <w:t>[4]</w:t>
        </w:r>
      </w:hyperlink>
      <w:r>
        <w:t xml:space="preserve">- Paragraph 4: </w:t>
      </w:r>
      <w:hyperlink r:id="rId12">
        <w:r>
          <w:rPr>
            <w:color w:val="0000EE"/>
            <w:u w:val="single"/>
          </w:rPr>
          <w:t>[4]</w:t>
        </w:r>
      </w:hyperlink>
      <w:r>
        <w:t xml:space="preserve">, </w:t>
      </w:r>
      <w:hyperlink r:id="rId11">
        <w:r>
          <w:rPr>
            <w:color w:val="0000EE"/>
            <w:u w:val="single"/>
          </w:rPr>
          <w:t>[5]</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9">
        <w:r>
          <w:rPr>
            <w:color w:val="0000EE"/>
            <w:u w:val="single"/>
          </w:rPr>
          <w:t>[2]</w:t>
        </w:r>
      </w:hyperlink>
      <w:r>
        <w:t xml:space="preserve">, </w:t>
      </w:r>
      <w:hyperlink r:id="rId12">
        <w:r>
          <w:rPr>
            <w:color w:val="0000EE"/>
            <w:u w:val="single"/>
          </w:rPr>
          <w:t>[4]</w:t>
        </w:r>
      </w:hyperlink>
      <w:r>
        <w:t xml:space="preserve">- Paragraph 7: </w:t>
      </w:r>
      <w:hyperlink r:id="rId11">
        <w:r>
          <w:rPr>
            <w:color w:val="0000EE"/>
            <w:u w:val="single"/>
          </w:rPr>
          <w:t>[5]</w:t>
        </w:r>
      </w:hyperlink>
      <w:r>
        <w:t xml:space="preserve">, </w:t>
      </w:r>
      <w:hyperlink r:id="rId12">
        <w:r>
          <w:rPr>
            <w:color w:val="0000EE"/>
            <w:u w:val="single"/>
          </w:rPr>
          <w:t>[4]</w:t>
        </w:r>
      </w:hyperlink>
      <w:r>
        <w:t xml:space="preserve">- Paragraph 8: </w:t>
      </w:r>
      <w:hyperlink r:id="rId11">
        <w:r>
          <w:rPr>
            <w:color w:val="0000EE"/>
            <w:u w:val="single"/>
          </w:rPr>
          <w:t>[5]</w:t>
        </w:r>
      </w:hyperlink>
      <w:r>
        <w:t xml:space="preserve">, </w:t>
      </w:r>
      <w:hyperlink r:id="rId12">
        <w:r>
          <w:rPr>
            <w:color w:val="0000EE"/>
            <w:u w:val="single"/>
          </w:rPr>
          <w:t>[4]</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12">
        <w:r>
          <w:rPr>
            <w:color w:val="0000EE"/>
            <w:u w:val="single"/>
          </w:rPr>
          <w:t>[4]</w:t>
        </w:r>
      </w:hyperlink>
      <w:r>
        <w:t xml:space="preserve">, </w:t>
      </w:r>
      <w:hyperlink r:id="rId11">
        <w:r>
          <w:rPr>
            <w:color w:val="0000EE"/>
            <w:u w:val="single"/>
          </w:rPr>
          <w:t>[5]</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12">
        <w:r>
          <w:rPr>
            <w:color w:val="0000EE"/>
            <w:u w:val="single"/>
          </w:rPr>
          <w:t>[4]</w:t>
        </w:r>
      </w:hyperlink>
      <w:r>
        <w:t xml:space="preserve">, </w:t>
      </w:r>
      <w:hyperlink r:id="rId11">
        <w:r>
          <w:rPr>
            <w:color w:val="0000EE"/>
            <w:u w:val="single"/>
          </w:rPr>
          <w:t>[5]</w:t>
        </w:r>
      </w:hyperlink>
      <w:r>
        <w:t xml:space="preserve">- Paragraph 13: </w:t>
      </w:r>
      <w:hyperlink r:id="rId9">
        <w:r>
          <w:rPr>
            <w:color w:val="0000EE"/>
            <w:u w:val="single"/>
          </w:rPr>
          <w:t>[2]</w:t>
        </w:r>
      </w:hyperlink>
      <w:r>
        <w:t xml:space="preserve">, </w:t>
      </w:r>
      <w:hyperlink r:id="rId10">
        <w:r>
          <w:rPr>
            <w:color w:val="0000EE"/>
            <w:u w:val="single"/>
          </w:rPr>
          <w:t>[3]</w:t>
        </w:r>
      </w:hyperlink>
      <w:r>
        <w:t xml:space="preserve">- Paragraph 14: </w:t>
      </w:r>
      <w:hyperlink r:id="rId12">
        <w:r>
          <w:rPr>
            <w:color w:val="0000EE"/>
            <w:u w:val="single"/>
          </w:rPr>
          <w:t>[4]</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https://www.lastampa.it/cronaca/2026/10/17/news/foto_del_bacio_davanti_alla_torta_coppia_gay_travolta_dagli_insulti_la_difesa_della_nonna-15769106/</w:t>
        </w:r>
      </w:hyperlink>
      <w:r>
        <w:t xml:space="preserve"> - Please view link - unable to able to access data</w:t>
      </w:r>
      <w:r/>
    </w:p>
    <w:p>
      <w:pPr>
        <w:pStyle w:val="ListNumber"/>
        <w:spacing w:line="240" w:lineRule="auto"/>
        <w:ind w:left="720"/>
      </w:pPr>
      <w:r/>
      <w:hyperlink r:id="rId9">
        <w:r>
          <w:rPr>
            <w:color w:val="0000EE"/>
            <w:u w:val="single"/>
          </w:rPr>
          <w:t>https://www.lastampa.it/cronaca/2026/10/17/news/foto_del_bacio_davanti_alla_torta_coppia_gay_travolta_dagli_insulti_la_difesa_della_nonna-15769106/</w:t>
        </w:r>
      </w:hyperlink>
      <w:r>
        <w:t xml:space="preserve"> - A photo of two young men kissing in front of a birthday cake with the inscription "Auguri Cri" went viral on social media, leading to a wave of homophobic insults. The individuals are Cristian Valdinoci, 23, from Cesena, and Luca Leonardi, 22, from Cesenatico. The image was taken by Luca's 70-year-old grandmother, Loretta Togni, during a family celebration in Cesenatico. After Cristian shared the photo online, it garnered over 600,000 views, attracting both supportive messages and homophobic comments. Cristian has considered legal action in response to the abuse. Loretta expressed her support, stating, "With my experience, I have understood that love has no barriers, and the happiness and acceptance of my family are paramount, as is the freedom of the human being. I believe that love can break down any scheme, prejudice, and generalization. Long live love."</w:t>
      </w:r>
      <w:r/>
    </w:p>
    <w:p>
      <w:pPr>
        <w:pStyle w:val="ListNumber"/>
        <w:spacing w:line="240" w:lineRule="auto"/>
        <w:ind w:left="720"/>
      </w:pPr>
      <w:r/>
      <w:hyperlink r:id="rId10">
        <w:r>
          <w:rPr>
            <w:color w:val="0000EE"/>
            <w:u w:val="single"/>
          </w:rPr>
          <w:t>https://www.open.online/2026/10/17/insulti-omofobi-foto-bacio-coppia-gay-difesa-nonna/</w:t>
        </w:r>
      </w:hyperlink>
      <w:r>
        <w:t xml:space="preserve"> - Following the viral photo of Cristian Valdinoci and Luca Leonardi kissing, the couple faced a barrage of homophobic insults online. Luca's 70-year-old grandmother, Loretta Togni, defended them, stating, "With my experience, I have understood that love has no barriers, and the happiness and acceptance of my family are paramount, as is the freedom of the human being. I believe that love can break down any scheme, prejudice, and generalization. Long live love."</w:t>
      </w:r>
      <w:r/>
    </w:p>
    <w:p>
      <w:pPr>
        <w:pStyle w:val="ListNumber"/>
        <w:spacing w:line="240" w:lineRule="auto"/>
        <w:ind w:left="720"/>
      </w:pPr>
      <w:r/>
      <w:hyperlink r:id="rId12">
        <w:r>
          <w:rPr>
            <w:color w:val="0000EE"/>
            <w:u w:val="single"/>
          </w:rPr>
          <w:t>https://www.gay.it/omofobia-social-cristian-luca-foto-bacio-gay-nonna</w:t>
        </w:r>
      </w:hyperlink>
      <w:r>
        <w:t xml:space="preserve"> - Cristian Valdinoci and Luca Leonardi, a couple from Italy, were overwhelmed by homophobic comments after sharing a photo of themselves kissing at a family celebration. The image, taken by Luca's grandmother, went viral, leading to both supportive and hateful messages. Cristian considered legal action in response to the abuse. Loretta Togni, Luca's 70-year-old grandmother, expressed her support, stating, "With my experience, I have understood that love has no barriers, and the happiness and acceptance of my family are paramount, as is the freedom of the human being. I believe that love can break down any scheme, prejudice, and generalization. Long live love."</w:t>
      </w:r>
      <w:r/>
    </w:p>
    <w:p>
      <w:pPr>
        <w:pStyle w:val="ListNumber"/>
        <w:spacing w:line="240" w:lineRule="auto"/>
        <w:ind w:left="720"/>
      </w:pPr>
      <w:r/>
      <w:hyperlink r:id="rId11">
        <w:r>
          <w:rPr>
            <w:color w:val="0000EE"/>
            <w:u w:val="single"/>
          </w:rPr>
          <w:t>https://www.ilrestodelcarlino.it/cesena/cronaca/travolti-dallodio-social-per-un-76f08981</w:t>
        </w:r>
      </w:hyperlink>
      <w:r>
        <w:t xml:space="preserve"> - Cristian Valdinoci and Luca Leonardi, a couple from Italy, faced a wave of homophobic insults online after sharing a photo of themselves kissing at a family celebration. The image, taken by Luca's 70-year-old grandmother, went viral, leading to both supportive and hateful messages. Cristian considered legal action in response to the abuse. Loretta Togni, Luca's 70-year-old grandmother, expressed her support, stating, "With my experience, I have understood that love has no barriers, and the happiness and acceptance of my family are paramount, as is the freedom of the human being. I believe that love can break down any scheme, prejudice, and generalization. Long live love."</w:t>
      </w:r>
      <w:r/>
    </w:p>
    <w:p>
      <w:pPr>
        <w:pStyle w:val="ListNumber"/>
        <w:spacing w:line="240" w:lineRule="auto"/>
        <w:ind w:left="720"/>
      </w:pPr>
      <w:r/>
      <w:hyperlink r:id="rId13">
        <w:r>
          <w:rPr>
            <w:color w:val="0000EE"/>
            <w:u w:val="single"/>
          </w:rPr>
          <w:t>https://www.gay.it/cremona-coppia-gay-omofobia-dopo-annuncio-unione-civile</w:t>
        </w:r>
      </w:hyperlink>
      <w:r>
        <w:t xml:space="preserve"> - Giorgio Donders and Sergio Sormani, a gay couple from Cremona, Italy, faced online homophobic insults after announcing their civil union in 2018. They decided to take legal action, but the case faced delays and the risk of prescription. The incident highlights the challenges in addressing online hate crimes and the need for specific laws against such offenses in Italy.</w:t>
      </w:r>
      <w:r/>
    </w:p>
    <w:p>
      <w:pPr>
        <w:pStyle w:val="ListNumber"/>
        <w:spacing w:line="240" w:lineRule="auto"/>
        <w:ind w:left="720"/>
      </w:pPr>
      <w:r/>
      <w:hyperlink r:id="rId14">
        <w:r>
          <w:rPr>
            <w:color w:val="0000EE"/>
            <w:u w:val="single"/>
          </w:rPr>
          <w:t>https://www.gay.it/de-paoli-assolto-omofobia</w:t>
        </w:r>
      </w:hyperlink>
      <w:r>
        <w:t xml:space="preserve"> - Giovanni De Paoli, a former regional councilor from the League party, was acquitted of charges of defamation with the aggravating factor of incitement to hatred. The case stemmed from a 2016 incident where De Paoli allegedly stated, "If I had a gay son, I would burn him in the oven." The court ruled that the act did not constitute a crime, highlighting the lack of specific laws against hate speech targeting the LGBTQ+ community in Italy.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astampa.it/cronaca/2026/10/17/news/foto_del_bacio_davanti_alla_torta_coppia_gay_travolta_dagli_insulti_la_difesa_della_nonna-15769106/" TargetMode="External"/><Relationship Id="rId10" Type="http://schemas.openxmlformats.org/officeDocument/2006/relationships/hyperlink" Target="https://www.open.online/2026/10/17/insulti-omofobi-foto-bacio-coppia-gay-difesa-nonna/" TargetMode="External"/><Relationship Id="rId11" Type="http://schemas.openxmlformats.org/officeDocument/2006/relationships/hyperlink" Target="https://www.ilrestodelcarlino.it/cesena/cronaca/travolti-dallodio-social-per-un-76f08981" TargetMode="External"/><Relationship Id="rId12" Type="http://schemas.openxmlformats.org/officeDocument/2006/relationships/hyperlink" Target="https://www.gay.it/omofobia-social-cristian-luca-foto-bacio-gay-nonna" TargetMode="External"/><Relationship Id="rId13" Type="http://schemas.openxmlformats.org/officeDocument/2006/relationships/hyperlink" Target="https://www.gay.it/cremona-coppia-gay-omofobia-dopo-annuncio-unione-civile" TargetMode="External"/><Relationship Id="rId14" Type="http://schemas.openxmlformats.org/officeDocument/2006/relationships/hyperlink" Target="https://www.gay.it/de-paoli-assolto-omofobi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