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Palm Springs Pride Equality Walk Marks 40 Years of Progress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Palm Springs Pride is opening its 40th-anniversary celebrations with an Equality Walk on 17 October, bringing residents and visitors together in downtown Palm Springs to honour LGBTQ+ history, celebrate progress and keep the call for equality moving forward.</w:t>
      </w:r>
      <w:r/>
    </w:p>
    <w:p>
      <w:pPr>
        <w:pStyle w:val="Heading2"/>
      </w:pPr>
      <w:r>
        <w:t>Essential Takeaways</w:t>
      </w:r>
      <w:r/>
      <w:r/>
    </w:p>
    <w:p>
      <w:pPr>
        <w:pStyle w:val="ListBullet"/>
        <w:spacing w:line="240" w:lineRule="auto"/>
        <w:ind w:left="720"/>
      </w:pPr>
      <w:r/>
      <w:r>
        <w:rPr>
          <w:b/>
        </w:rPr>
        <w:t>The milestone:</w:t>
      </w:r>
      <w:r>
        <w:t xml:space="preserve"> Palm Springs Pride is celebrating its 40th anniversary.</w:t>
      </w:r>
      <w:r/>
    </w:p>
    <w:p>
      <w:pPr>
        <w:pStyle w:val="ListBullet"/>
        <w:spacing w:line="240" w:lineRule="auto"/>
        <w:ind w:left="720"/>
      </w:pPr>
      <w:r/>
      <w:r>
        <w:rPr>
          <w:b/>
        </w:rPr>
        <w:t>The opening event:</w:t>
      </w:r>
      <w:r>
        <w:t xml:space="preserve"> An Equality Walk will launch the anniversary programme on 17 October.</w:t>
      </w:r>
      <w:r/>
    </w:p>
    <w:p>
      <w:pPr>
        <w:pStyle w:val="ListBullet"/>
        <w:spacing w:line="240" w:lineRule="auto"/>
        <w:ind w:left="720"/>
      </w:pPr>
      <w:r/>
      <w:r>
        <w:rPr>
          <w:b/>
        </w:rPr>
        <w:t>The setting:</w:t>
      </w:r>
      <w:r>
        <w:t xml:space="preserve"> The gathering takes place in Palm Springs, a long-standing LGBTQ+ destination in California.</w:t>
      </w:r>
      <w:r/>
    </w:p>
    <w:p>
      <w:pPr>
        <w:pStyle w:val="ListBullet"/>
        <w:spacing w:line="240" w:lineRule="auto"/>
        <w:ind w:left="720"/>
      </w:pPr>
      <w:r/>
      <w:r>
        <w:rPr>
          <w:b/>
        </w:rPr>
        <w:t>The message:</w:t>
      </w:r>
      <w:r>
        <w:t xml:space="preserve"> The walk combines celebration with visibility, remembrance and continued advocacy.</w:t>
      </w:r>
      <w:r/>
    </w:p>
    <w:p>
      <w:pPr>
        <w:pStyle w:val="ListBullet"/>
        <w:spacing w:line="240" w:lineRule="auto"/>
        <w:ind w:left="720"/>
      </w:pPr>
      <w:r/>
      <w:r>
        <w:rPr>
          <w:b/>
        </w:rPr>
        <w:t>The atmosphere:</w:t>
      </w:r>
      <w:r>
        <w:t xml:space="preserve"> Expect a communal, colourful event rather than a conventional parade, with people walking together for a shared cause.</w:t>
      </w:r>
      <w:r/>
      <w:r/>
    </w:p>
    <w:p>
      <w:pPr>
        <w:pStyle w:val="Heading2"/>
      </w:pPr>
      <w:r>
        <w:t>A landmark anniversary begins on foot</w:t>
      </w:r>
      <w:r/>
    </w:p>
    <w:p>
      <w:r/>
      <w:r>
        <w:t>Palm Springs Pride is choosing a simple but powerful way to begin its 40th-anniversary year: getting people moving together. The Equality Walk is designed to put community at the centre, with the streets becoming a bright, open-air expression of solidarity.</w:t>
      </w:r>
      <w:r/>
    </w:p>
    <w:p>
      <w:r/>
      <w:r>
        <w:t xml:space="preserve">According to KESQ, the event marks the start of the anniversary celebrations and gives participants a chance to reflect on how far LGBTQ+ rights and representation have come. It also carries a familiar reminder that progress isn't something to admire from a distance. It needs people to keep showing up. </w:t>
      </w:r>
      <w:r/>
    </w:p>
    <w:p>
      <w:pPr>
        <w:pStyle w:val="Heading2"/>
      </w:pPr>
      <w:r>
        <w:t>Why the Equality Walk matters</w:t>
      </w:r>
      <w:r/>
    </w:p>
    <w:p>
      <w:r/>
      <w:r>
        <w:t>A walk can feel quieter than a large festival, but that restraint is part of its appeal. People can take part at their own pace, meet friends, bring family members and share a moment that feels personal as well as public.</w:t>
      </w:r>
      <w:r/>
    </w:p>
    <w:p>
      <w:r/>
      <w:r>
        <w:t>Palm Springs has built a strong identity around LGBTQ+ community life, tourism and activism. The city's own announcement places the event within a broader 40-year story, while the Palm Springs Pride organisation presents the walk as a meaningful opening to its anniversary programme.</w:t>
      </w:r>
      <w:r/>
    </w:p>
    <w:p>
      <w:pPr>
        <w:pStyle w:val="Heading2"/>
      </w:pPr>
      <w:r>
        <w:t>More than a celebration</w:t>
      </w:r>
      <w:r/>
    </w:p>
    <w:p>
      <w:r/>
      <w:r>
        <w:t>Anniversary events can easily become a look back, complete with familiar photographs and fond memories. This one is intended to do more. The Equality Walk links the organisation's history with the continuing work of visibility and inclusion.</w:t>
      </w:r>
      <w:r/>
    </w:p>
    <w:p>
      <w:r/>
      <w:r>
        <w:t>Gay Desert Guide reported that the walk launches the 40th-anniversary celebrations, while local event information frames it as an opportunity for the community to gather around equality. That balance matters: there is room for pride, but also space to remember the organising, campaigning and everyday courage behind the progress.</w:t>
      </w:r>
      <w:r/>
    </w:p>
    <w:p>
      <w:pPr>
        <w:pStyle w:val="Heading2"/>
      </w:pPr>
      <w:r>
        <w:t>Planning your visit to Palm Springs</w:t>
      </w:r>
      <w:r/>
    </w:p>
    <w:p>
      <w:r/>
      <w:r>
        <w:t>Anyone attending should check the official Palm Springs Pride event page for the latest details on timing, meeting arrangements and accessibility. October can still feel warm in the Coachella Valley, so light clothing, comfortable shoes, water and sun protection are sensible choices.</w:t>
      </w:r>
      <w:r/>
    </w:p>
    <w:p>
      <w:r/>
      <w:r>
        <w:t>It's also worth allowing extra time around the event. Palm Springs is easy to explore on foot in many central areas, but road closures, parking demand and busy cafés can change the pace of a short visit. Arriving early usually makes the day feel more relaxed, especially if you're travelling with children, older relatives or anyone who prefers a gentler crowd.</w:t>
      </w:r>
      <w:r/>
    </w:p>
    <w:p>
      <w:pPr>
        <w:pStyle w:val="Heading2"/>
      </w:pPr>
      <w:r>
        <w:t>A meaningful start to 40 years</w:t>
      </w:r>
      <w:r/>
    </w:p>
    <w:p>
      <w:r/>
      <w:r>
        <w:t>The Equality Walk offers Palm Springs Pride a fitting opening: visible, welcoming and focused on togetherness. It doesn't need elaborate staging to make an impression. A group of people moving through the city with a shared purpose can say plenty on its own.</w:t>
      </w:r>
      <w:r/>
    </w:p>
    <w:p>
      <w:r/>
      <w:r>
        <w:t>For visitors, it may become one of those travel memories that lingers beyond the photographs. For local residents, it offers a chance to celebrate the community's past while making space for its next chapter.</w:t>
      </w:r>
      <w:r/>
    </w:p>
    <w:p>
      <w:r/>
      <w:r>
        <w:t>It's a small step in distance, but a significant one in meaning.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2">
        <w:r>
          <w:rPr>
            <w:color w:val="0000EE"/>
            <w:u w:val="single"/>
          </w:rPr>
          <w:t>[6]</w:t>
        </w:r>
      </w:hyperlink>
      <w:r>
        <w:t xml:space="preserve">- Paragraph 5: </w:t>
      </w:r>
      <w:hyperlink r:id="rId11">
        <w:r>
          <w:rPr>
            <w:color w:val="0000EE"/>
            <w:u w:val="single"/>
          </w:rPr>
          <w:t>[4]</w:t>
        </w:r>
      </w:hyperlink>
      <w:r>
        <w:t xml:space="preserve">, </w:t>
      </w:r>
      <w:hyperlink r:id="rId14">
        <w:r>
          <w:rPr>
            <w:color w:val="0000EE"/>
            <w:u w:val="single"/>
          </w:rPr>
          <w:t>[7]</w:t>
        </w:r>
      </w:hyperlink>
      <w:r>
        <w:t xml:space="preserve">- Paragraph 6: </w:t>
      </w:r>
      <w:hyperlink r:id="rId13">
        <w:r>
          <w:rPr>
            <w:color w:val="0000EE"/>
            <w:u w:val="single"/>
          </w:rPr>
          <w:t>[5]</w:t>
        </w:r>
      </w:hyperlink>
      <w:r>
        <w:t xml:space="preserve">, </w:t>
      </w:r>
      <w:hyperlink r:id="rId12">
        <w:r>
          <w:rPr>
            <w:color w:val="0000EE"/>
            <w:u w:val="single"/>
          </w:rPr>
          <w:t>[6]</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4">
        <w:r>
          <w:rPr>
            <w:color w:val="0000EE"/>
            <w:u w:val="single"/>
          </w:rPr>
          <w:t>[7]</w:t>
        </w:r>
      </w:hyperlink>
      <w:r>
        <w:t xml:space="preserve">- Paragraph 9: </w:t>
      </w:r>
      <w:hyperlink r:id="rId13">
        <w:r>
          <w:rPr>
            <w:color w:val="0000EE"/>
            <w:u w:val="single"/>
          </w:rPr>
          <w:t>[5]</w:t>
        </w:r>
      </w:hyperlink>
      <w:r>
        <w:t xml:space="preserve">, </w:t>
      </w:r>
      <w:hyperlink r:id="rId12">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https://kesq.com/news/top-stories/2026/10/17/palm-springs-pride-kicks-off-40-year-celebrations-with-equality-walk/</w:t>
        </w:r>
      </w:hyperlink>
      <w:r>
        <w:t xml:space="preserve"> - Please view link - unable to able to access data</w:t>
      </w:r>
      <w:r/>
    </w:p>
    <w:p>
      <w:pPr>
        <w:pStyle w:val="ListNumber"/>
        <w:spacing w:line="240" w:lineRule="auto"/>
        <w:ind w:left="720"/>
      </w:pPr>
      <w:r/>
      <w:hyperlink r:id="rId9">
        <w:r>
          <w:rPr>
            <w:color w:val="0000EE"/>
            <w:u w:val="single"/>
          </w:rPr>
          <w:t>https://kesq.com/news/top-stories/2026/10/17/palm-springs-pride-kicks-off-40-year-celebrations-with-equality-walk/</w:t>
        </w:r>
      </w:hyperlink>
      <w:r>
        <w:t xml:space="preserve"> - Greater Palm Springs Pride hosted its Pride Equality Walk in the Arenas District of downtown Palm Springs, marking the official kickoff of the organisation's 40th anniversary celebrations. The walk served as a fundraising event to keep Greater Palm Springs Pride's signature community programming free and accessible. Funds raised by walking teams directly supported upcoming events, including the flagship Pride Festival and Parade in November. The walk route featured live entertainment, including performances by the Desert Winds Freedom Band, A Cabbello, and the Flaggers of the Desert. Organisers also established a Blue Zones Water Stop and a DJ Dance Zone along the course. Following the walk, participants returned to the Arenas District for a community block party featuring food, drinks, and live DJs.</w:t>
      </w:r>
      <w:r/>
    </w:p>
    <w:p>
      <w:pPr>
        <w:pStyle w:val="ListNumber"/>
        <w:spacing w:line="240" w:lineRule="auto"/>
        <w:ind w:left="720"/>
      </w:pPr>
      <w:r/>
      <w:hyperlink r:id="rId10">
        <w:r>
          <w:rPr>
            <w:color w:val="0000EE"/>
            <w:u w:val="single"/>
          </w:rPr>
          <w:t>https://kesq.com/pride/2026/10/07/palm-springs-pride-kicks-off-40th-anniversary-with-pride-equality-walk-on-oct-17/</w:t>
        </w:r>
      </w:hyperlink>
      <w:r>
        <w:t xml:space="preserve"> - Greater Palm Springs Pride is kicking off its landmark 40th anniversary with the Pride Equality Walk on Saturday, October 17. The event starts at 8:30 a.m. from the Arenas District in downtown Palm Springs. The community is invited to take to the streets of downtown Palm Springs for an unforgettable morning of rally-style action, live music, and radical inclusion. The walk pairs civic advocacy with downtown party energy, featuring live entertainment by the Desert Winds Freedom Band, A Cabbello, and the Flaggers of the Desert. Energy zones include a Blue Zones Water Stop and a DJ Dance Zone. Celebrity emcees KESQ News Channel 3 personalities Peter Daut and Sandie Newton will kick off the walk. A post-walk block party will return to the Arenas District for food, drinks, live DJs, and community connection. Every step supports Greater Palm Springs Pride’s mission to keep the November Pride Festival and Parade 100% free and accessible to everyone.</w:t>
      </w:r>
      <w:r/>
    </w:p>
    <w:p>
      <w:pPr>
        <w:pStyle w:val="ListNumber"/>
        <w:spacing w:line="240" w:lineRule="auto"/>
        <w:ind w:left="720"/>
      </w:pPr>
      <w:r/>
      <w:hyperlink r:id="rId11">
        <w:r>
          <w:rPr>
            <w:color w:val="0000EE"/>
            <w:u w:val="single"/>
          </w:rPr>
          <w:t>https://www.palmspringsca.gov/Home/Components/News/News/8867/358?npage=25</w:t>
        </w:r>
      </w:hyperlink>
      <w:r>
        <w:t xml:space="preserve"> - Greater Palm Springs Pride announced the official Marshals for the 40th Anniversary Celebration of Pride in Palm Springs. Honouring four decades of history, community engagement, and progress, this year’s Grand Marshals embody resilience, activism, and diverse contributions that uplift the LGBTQIA+ community and advance equality across the region and nation. The 2026 Pride Parade will take place on Sunday, November 8, 2026, stepping off at 10:00 AM. The parade route begins on Palm Canyon Drive at Tachevah and travels south through downtown Palm Springs, finishing at the entrance to the official Pride Festival.</w:t>
      </w:r>
      <w:r/>
    </w:p>
    <w:p>
      <w:pPr>
        <w:pStyle w:val="ListNumber"/>
        <w:spacing w:line="240" w:lineRule="auto"/>
        <w:ind w:left="720"/>
      </w:pPr>
      <w:r/>
      <w:hyperlink r:id="rId13">
        <w:r>
          <w:rPr>
            <w:color w:val="0000EE"/>
            <w:u w:val="single"/>
          </w:rPr>
          <w:t>https://vacationpalmspringsoasis.com/vpso-directory/palm-springs-pride-equality-walk/</w:t>
        </w:r>
      </w:hyperlink>
      <w:r>
        <w:t xml:space="preserve"> - The Pride Equality Walk kicks off the 40th anniversary of Greater Palm Springs Pride with a morning march through downtown Palm Springs for LGBTQ+ visibility and equal rights. Walkers step off from the Arenas District and loop back for a block party, and every dollar raised helps keep the November Pride Festival and Parade free for everyone. A milestone year: 2026 marks 40 years of Pride in Palm Springs. Music on the route: Expect the Desert Winds Freedom Band, the Flaggers of the Desert, a DJ dance zone and a water stop along the way. Block party finish: The walk ends back in the Arenas District with food, drinks and live DJs.</w:t>
      </w:r>
      <w:r/>
    </w:p>
    <w:p>
      <w:pPr>
        <w:pStyle w:val="ListNumber"/>
        <w:spacing w:line="240" w:lineRule="auto"/>
        <w:ind w:left="720"/>
      </w:pPr>
      <w:r/>
      <w:hyperlink r:id="rId12">
        <w:r>
          <w:rPr>
            <w:color w:val="0000EE"/>
            <w:u w:val="single"/>
          </w:rPr>
          <w:t>https://www.pspride.org/walk</w:t>
        </w:r>
      </w:hyperlink>
      <w:r>
        <w:t xml:space="preserve"> - Join us for the Pride Walk on Saturday, October 17, as we unite for LGBTQ+ visibility, rights, and the ongoing fight for full equality. Together, we’ll champion justice and promote equity for everyone. Your involvement ensures that the November Pride Festival remains free and accessible. Whether you solo, form a team, or donate, stand with us to amplify our voices and spark a movement! The walk kicks off in the Arenas District, takes us through downtown Palm Springs, and returns to the Arenas District for music, food, drinks, and a fantastic celebration. Live Entertainment: by the Desert Winds Freedom Band, A Cabbello, and the Flaggers of the Desert. Energy Zones: Beat the heat at the Blue Zones Water Stop and dance through the route at the DJ Dance Zone. Celebrity Emcees: KESQ News Channel 3 personalities Peter Daut and Sandie Newton kick off the walk. Post-Walk Block Party: Return to Arenas District for food, drinks, live DJs, and community connection.</w:t>
      </w:r>
      <w:r/>
    </w:p>
    <w:p>
      <w:pPr>
        <w:pStyle w:val="ListNumber"/>
        <w:spacing w:line="240" w:lineRule="auto"/>
        <w:ind w:left="720"/>
      </w:pPr>
      <w:r/>
      <w:hyperlink r:id="rId14">
        <w:r>
          <w:rPr>
            <w:color w:val="0000EE"/>
            <w:u w:val="single"/>
          </w:rPr>
          <w:t>https://gaydesertguide.com/palm-springs-pride-equality-walk-launches-40th-anniversary/</w:t>
        </w:r>
      </w:hyperlink>
      <w:r>
        <w:t xml:space="preserve"> - Palm Springs Pride is kicking off its 40th anniversary with a powerful call to action, and this year Gay Desert Guide readers have even more reason to show up: a KGAY 103.1 team will be marching right alongside the community. The Pride Equality Walk on Saturday, October 17, 2026, transforms downtown Palm Springs into a moving festival of advocacy, music, and unity. Beginning at 8:30 a.m. in the Arenas District, the walk blends rally‑style energy with celebration—live performances from the Desert Winds Freedom Band, A Cabbello, and the Flaggers of the Desert; cooling and dancing zones along the route; and a post‑walk block party filled with food, drinks, DJs, and community connection. Every step supports Greater Palm Springs Pride’s mission to keep the November Pride Festival and Parade 100% free for all. With KGAY joining the march, the morning promises even more spirit, visibility, and Pride‑powered joy.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sq.com/news/top-stories/2026/10/17/palm-springs-pride-kicks-off-40-year-celebrations-with-equality-walk/" TargetMode="External"/><Relationship Id="rId10" Type="http://schemas.openxmlformats.org/officeDocument/2006/relationships/hyperlink" Target="https://kesq.com/pride/2026/10/07/palm-springs-pride-kicks-off-40th-anniversary-with-pride-equality-walk-on-oct-17/" TargetMode="External"/><Relationship Id="rId11" Type="http://schemas.openxmlformats.org/officeDocument/2006/relationships/hyperlink" Target="https://www.palmspringsca.gov/Home/Components/News/News/8867/358?npage=25" TargetMode="External"/><Relationship Id="rId12" Type="http://schemas.openxmlformats.org/officeDocument/2006/relationships/hyperlink" Target="https://www.pspride.org/walk" TargetMode="External"/><Relationship Id="rId13" Type="http://schemas.openxmlformats.org/officeDocument/2006/relationships/hyperlink" Target="https://vacationpalmspringsoasis.com/vpso-directory/palm-springs-pride-equality-walk/" TargetMode="External"/><Relationship Id="rId14" Type="http://schemas.openxmlformats.org/officeDocument/2006/relationships/hyperlink" Target="https://gaydesertguide.com/palm-springs-pride-equality-walk-launches-40th-anniversa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