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Madrid Pride Plus spotlights HIV dignity and lasting stigma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Marchers have filled central Madrid for Pride Plus, a growing event challenging HIV stigma and celebrating the lives of people living with the virus. With public figures, health campaigners and allies taking part, the gathering matters because medical progress has moved quickly, while social attitudes have often lagged behind.</w:t>
      </w:r>
      <w:r/>
    </w:p>
    <w:p>
      <w:pPr>
        <w:pStyle w:val="Heading2"/>
      </w:pPr>
      <w:r>
        <w:t>Essential Takeaways</w:t>
      </w:r>
      <w:r/>
      <w:r/>
    </w:p>
    <w:p>
      <w:pPr>
        <w:pStyle w:val="ListBullet"/>
        <w:spacing w:line="240" w:lineRule="auto"/>
        <w:ind w:left="720"/>
      </w:pPr>
      <w:r/>
      <w:r>
        <w:rPr>
          <w:b/>
        </w:rPr>
        <w:t>A visible show of solidarity:</w:t>
      </w:r>
      <w:r>
        <w:t xml:space="preserve"> Thousands joined the Madrid march, including Eduardo Casanova, Paco Leon and Health Minister Monica Garcia.</w:t>
      </w:r>
      <w:r/>
    </w:p>
    <w:p>
      <w:pPr>
        <w:pStyle w:val="ListBullet"/>
        <w:spacing w:line="240" w:lineRule="auto"/>
        <w:ind w:left="720"/>
      </w:pPr>
      <w:r/>
      <w:r>
        <w:rPr>
          <w:b/>
        </w:rPr>
        <w:t>The message is clear:</w:t>
      </w:r>
      <w:r>
        <w:t xml:space="preserve"> Organisers are challenging serophobia, discrimination and the silence surrounding HIV.</w:t>
      </w:r>
      <w:r/>
    </w:p>
    <w:p>
      <w:pPr>
        <w:pStyle w:val="ListBullet"/>
        <w:spacing w:line="240" w:lineRule="auto"/>
        <w:ind w:left="720"/>
      </w:pPr>
      <w:r/>
      <w:r>
        <w:rPr>
          <w:b/>
        </w:rPr>
        <w:t>Science has changed lives:</w:t>
      </w:r>
      <w:r>
        <w:t xml:space="preserve"> Effective treatment means people with an undetectable viral load cannot sexually transmit HIV.</w:t>
      </w:r>
      <w:r/>
    </w:p>
    <w:p>
      <w:pPr>
        <w:pStyle w:val="ListBullet"/>
        <w:spacing w:line="240" w:lineRule="auto"/>
        <w:ind w:left="720"/>
      </w:pPr>
      <w:r/>
      <w:r>
        <w:rPr>
          <w:b/>
        </w:rPr>
        <w:t>Stigma still has practical costs:</w:t>
      </w:r>
      <w:r>
        <w:t xml:space="preserve"> Housing, insurance, ageing and hate speech remain significant concerns.</w:t>
      </w:r>
      <w:r/>
    </w:p>
    <w:p>
      <w:pPr>
        <w:pStyle w:val="ListBullet"/>
        <w:spacing w:line="240" w:lineRule="auto"/>
        <w:ind w:left="720"/>
      </w:pPr>
      <w:r/>
      <w:r>
        <w:rPr>
          <w:b/>
        </w:rPr>
        <w:t>Visibility is powerful:</w:t>
      </w:r>
      <w:r>
        <w:t xml:space="preserve"> Campaigners say public figures can help replace fear and misinformation with understanding.</w:t>
      </w:r>
      <w:r/>
      <w:r/>
    </w:p>
    <w:p>
      <w:pPr>
        <w:pStyle w:val="Heading2"/>
      </w:pPr>
      <w:r>
        <w:t>Madrid’s Pride Plus turns visibility into protest</w:t>
      </w:r>
      <w:r/>
    </w:p>
    <w:p>
      <w:r/>
      <w:r>
        <w:t>The strongest image from Madrid is also the simplest: people walking together, drums beating, banners raised and voices refusing to soften the message. Pride Plus brought thousands to the Paseo del Prado under the slogan “Neither guilt nor silence”, according to El Pais.</w:t>
      </w:r>
      <w:r/>
    </w:p>
    <w:p>
      <w:r/>
      <w:r>
        <w:t>Eduardo Casanova stood at the front of the procession alongside other people living openly with HIV. After publicly sharing his status late last year, the actor and director said he had experienced abuse and hostility, revealing how quickly old prejudices can surface when a private diagnosis becomes public. El Pais has previously explored his decision to speak out and the taboos surrounding HIV.</w:t>
      </w:r>
      <w:r/>
    </w:p>
    <w:p>
      <w:r/>
      <w:r>
        <w:t>The march began outside the Health Ministry and ended near the Reina Sofia Museum. That route gave the event a distinctly civic character: this wasn't only a celebration, but a demand for dignity, protection and equal treatment.</w:t>
      </w:r>
      <w:r/>
    </w:p>
    <w:p>
      <w:pPr>
        <w:pStyle w:val="Heading2"/>
      </w:pPr>
      <w:r>
        <w:t>Why HIV stigma still feels so persistent</w:t>
      </w:r>
      <w:r/>
    </w:p>
    <w:p>
      <w:r/>
      <w:r>
        <w:t>Medical language has changed dramatically, but public assumptions can be stubborn. Cesida, Spain's national HIV and AIDS coordinator, says six in ten people living with HIV report experiencing serophobia, from social judgement to outright discrimination.</w:t>
      </w:r>
      <w:r/>
    </w:p>
    <w:p>
      <w:r/>
      <w:r>
        <w:t>The problem isn't limited to awkward conversations or outdated jokes. Campaigners point to barriers involving housing, life insurance, employment and the treatment of older people who lived through the worst years of the epidemic. Cesida's Pride Plus materials place visibility and rights at the heart of the 2026 programme.</w:t>
      </w:r>
      <w:r/>
    </w:p>
    <w:p>
      <w:r/>
      <w:r>
        <w:t>That gap between scientific reality and social behaviour is what makes the march feel necessary. As Cesida director Toni Poveda has argued, being visible can itself become a political act. It tells people living with HIV that they aren't expected to disappear, explain themselves or retreat into silence.</w:t>
      </w:r>
      <w:r/>
    </w:p>
    <w:p>
      <w:pPr>
        <w:pStyle w:val="Heading2"/>
      </w:pPr>
      <w:r>
        <w:t>The science is clearer than many people realise</w:t>
      </w:r>
      <w:r/>
    </w:p>
    <w:p>
      <w:r/>
      <w:r>
        <w:t>One of the most important facts is also one of the least consistently understood. People on effective treatment who maintain an undetectable viral load cannot sexually transmit HIV. Often expressed as U equals U, or undetectable equals untransmittable, the principle has transformed both health outcomes and relationships.</w:t>
      </w:r>
      <w:r/>
    </w:p>
    <w:p>
      <w:r/>
      <w:r>
        <w:t>Prevention has also advanced. Newer medicines, including long-acting options, are widening the choices available to people who want protection from HIV. But a breakthrough in treatment doesn't automatically erase fear, particularly when public knowledge is shaped by decades-old imagery and misinformation.</w:t>
      </w:r>
      <w:r/>
    </w:p>
    <w:p>
      <w:r/>
      <w:r>
        <w:t>That is why Pride Plus combines protest with education, art and storytelling. Cesida's programme includes creative projects, awards for activism and a theatre production, turning a complex health subject into something people can see, hear and discuss.</w:t>
      </w:r>
      <w:r/>
    </w:p>
    <w:p>
      <w:pPr>
        <w:pStyle w:val="Heading2"/>
      </w:pPr>
      <w:r>
        <w:t>Public figures can help shift the conversation</w:t>
      </w:r>
      <w:r/>
    </w:p>
    <w:p>
      <w:r/>
      <w:r>
        <w:t>Casanova's appearance carries particular weight because celebrity visibility can reach people who may never attend a health briefing or read a campaign guide. His experience also shows the risk involved. Being open may help dismantle a taboo, but it can expose someone to cruelty that should have disappeared long ago.</w:t>
      </w:r>
      <w:r/>
    </w:p>
    <w:p>
      <w:r/>
      <w:r>
        <w:t>Earlier coverage in El Pais described Casanova's HIV disclosure as a break with a deeply personal silence. At Pride Plus, his message was aimed at other public figures who might be considering whether to speak. Visibility, he suggested, can offer reassurance to people who are still frightened of being judged.</w:t>
      </w:r>
      <w:r/>
    </w:p>
    <w:p>
      <w:r/>
      <w:r>
        <w:t>There is no obligation for anyone to disclose a health condition. But when people choose to do so safely and on their own terms, the effect can be significant. One honest account can challenge a whole collection of myths.</w:t>
      </w:r>
      <w:r/>
    </w:p>
    <w:p>
      <w:pPr>
        <w:pStyle w:val="Heading2"/>
      </w:pPr>
      <w:r>
        <w:t>What needs to happen next?</w:t>
      </w:r>
      <w:r/>
    </w:p>
    <w:p>
      <w:r/>
      <w:r>
        <w:t>Pride Plus has grown since its first edition and is now gaining wider recognition among European pride organisations, according to Cesida. Organisers say this year's gathering was the largest yet, reflecting both stronger support and the scale of the work still ahead.</w:t>
      </w:r>
      <w:r/>
    </w:p>
    <w:p>
      <w:r/>
      <w:r>
        <w:t>The next challenge is making progress feel ordinary rather than exceptional. That means accurate sex education, better training for health and social-care professionals, stronger anti-discrimination measures and practical support for people facing housing or financial barriers.</w:t>
      </w:r>
      <w:r/>
    </w:p>
    <w:p>
      <w:r/>
      <w:r>
        <w:t>For the marchers, the message is ultimately hopeful. HIV is no longer the same medical threat it was in the 1980s, but a dignified life depends on more than medicine. It also requires respect, safety and the freedom to be seen without fear.</w:t>
      </w:r>
      <w:r/>
    </w:p>
    <w:p>
      <w:r/>
      <w:r>
        <w:t>Small facts can dismantle big prejudices, one conversation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[3]</w:t>
        </w:r>
      </w:hyperlink>
      <w:r>
        <w:t xml:space="preserve">- Paragraph 4: </w:t>
      </w:r>
      <w:hyperlink r:id="rId9">
        <w:r>
          <w:rPr>
            <w:color w:val="0000EE"/>
            <w:u w:val="single"/>
          </w:rPr>
          <w:t>[2]</w:t>
        </w:r>
      </w:hyperlink>
      <w:r>
        <w:t xml:space="preserve">, </w:t>
      </w:r>
      <w:hyperlink r:id="rId13">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[7]</w:t>
        </w:r>
      </w:hyperlink>
      <w:r>
        <w:t xml:space="preserve">- Paragraph 6: </w:t>
      </w:r>
      <w:hyperlink r:id="rId9">
        <w:r>
          <w:rPr>
            <w:color w:val="0000EE"/>
            <w:u w:val="single"/>
          </w:rPr>
          <w:t>[2]</w:t>
        </w:r>
      </w:hyperlink>
      <w:r>
        <w:t xml:space="preserve">, </w:t>
      </w:r>
      <w:hyperlink r:id="rId13">
        <w:r>
          <w:rPr>
            <w:color w:val="0000EE"/>
            <w:u w:val="single"/>
          </w:rPr>
          <w:t>[3]</w:t>
        </w:r>
      </w:hyperlink>
      <w:r>
        <w:t xml:space="preserve">- Paragraph 7: </w:t>
      </w:r>
      <w:hyperlink r:id="rId9">
        <w:r>
          <w:rPr>
            <w:color w:val="0000EE"/>
            <w:u w:val="single"/>
          </w:rPr>
          <w:t>[2]</w:t>
        </w:r>
      </w:hyperlink>
      <w:r>
        <w:t xml:space="preserve">, </w:t>
      </w:r>
      <w:hyperlink r:id="rId13">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[3]</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3">
        <w:r>
          <w:rPr>
            <w:color w:val="0000EE"/>
            <w:u w:val="single"/>
          </w:rPr>
          <w:t>[3]</w:t>
        </w:r>
      </w:hyperlink>
      <w:r>
        <w:t xml:space="preserve">- Paragraph 13: </w:t>
      </w:r>
      <w:hyperlink r:id="rId9">
        <w:r>
          <w:rPr>
            <w:color w:val="0000EE"/>
            <w:u w:val="single"/>
          </w:rPr>
          <w:t>[2]</w:t>
        </w:r>
      </w:hyperlink>
      <w:r>
        <w:t xml:space="preserve">, </w:t>
      </w:r>
      <w:hyperlink r:id="rId13">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[7]</w:t>
        </w:r>
      </w:hyperlink>
      <w:r>
        <w:t xml:space="preserve">- Paragraph 15: </w:t>
      </w:r>
      <w:hyperlink r:id="rId9">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https://elpais.com/sociedad/lgtb/2026-10-17/el-orgullo-positivo-reivindica-en-madrid-la-dignidad-de-las-personas-con-vih-los-prejuicios-han-perdurado-demasiado-tiempo.html</w:t>
        </w:r>
      </w:hyperlink>
      <w:r>
        <w:t xml:space="preserve"> - Please view link - unable to able to access data</w:t>
      </w:r>
      <w:r/>
    </w:p>
    <w:p>
      <w:pPr>
        <w:pStyle w:val="ListNumber"/>
        <w:spacing w:line="240" w:lineRule="auto"/>
        <w:ind w:left="720"/>
      </w:pPr>
      <w:r/>
      <w:hyperlink r:id="rId9">
        <w:r>
          <w:rPr>
            <w:color w:val="0000EE"/>
            <w:u w:val="single"/>
          </w:rPr>
          <w:t>https://elpais.com/sociedad/lgtb/2026-10-17/el-orgullo-positivo-reivindica-en-madrid-la-dignidad-de-las-personas-con-vih-los-prejuicios-han-perdurado-demasiado-tiempo.html</w:t>
        </w:r>
      </w:hyperlink>
      <w:r>
        <w:t xml:space="preserve"> - Thousands gathered in Madrid for the Pride + event under the slogan 'Neither guilt nor silence', advocating for the dignity of people living with HIV. Actor and director Eduardo Casanova, who publicly disclosed his HIV status last year, participated visibly, highlighting the ongoing stigma and serophobia. Minister of Health Mónica García attended, acknowledging the persistent discrimination and calling for change. The event also featured cultural activities like the Jancho Awards, Arte Positivo exhibitions, and the play 'Punto Positivo', aiming to combat the stigma associated with HIV. (</w:t>
      </w:r>
      <w:hyperlink r:id="rId14">
        <w:r>
          <w:rPr>
            <w:color w:val="0000EE"/>
            <w:u w:val="single"/>
          </w:rPr>
          <w:t>elpais.com</w:t>
        </w:r>
      </w:hyperlink>
      <w:r>
        <w:t>)</w:t>
      </w:r>
      <w:r/>
    </w:p>
    <w:p>
      <w:pPr>
        <w:pStyle w:val="ListNumber"/>
        <w:spacing w:line="240" w:lineRule="auto"/>
        <w:ind w:left="720"/>
      </w:pPr>
      <w:r/>
      <w:hyperlink r:id="rId13">
        <w:r>
          <w:rPr>
            <w:color w:val="0000EE"/>
            <w:u w:val="single"/>
          </w:rPr>
          <w:t>https://cesida.org/pridepositivo2026/</w:t>
        </w:r>
      </w:hyperlink>
      <w:r>
        <w:t xml:space="preserve"> - Pride Positivo is an initiative by Cesida aimed at raising awareness about the reality of people living with HIV and combating the persistent stigma. The 2026 edition includes the V Marcha Positiva on October 17, 2026, under the slogan 'Neither guilt nor silence', culminating in a significant march through Madrid. The event also features cultural activities such as the Jancho Awards, Arte Positivo exhibitions, and the play 'Punto Positivo', all designed to promote visibility and dignity for those living with HIV. (</w:t>
      </w:r>
      <w:hyperlink r:id="rId15">
        <w:r>
          <w:rPr>
            <w:color w:val="0000EE"/>
            <w:u w:val="single"/>
          </w:rPr>
          <w:t>cesida.org</w:t>
        </w:r>
      </w:hyperlink>
      <w:r>
        <w:t>)</w:t>
      </w:r>
      <w:r/>
    </w:p>
    <w:p>
      <w:pPr>
        <w:pStyle w:val="ListNumber"/>
        <w:spacing w:line="240" w:lineRule="auto"/>
        <w:ind w:left="720"/>
      </w:pPr>
      <w:r/>
      <w:hyperlink r:id="rId11">
        <w:r>
          <w:rPr>
            <w:color w:val="0000EE"/>
            <w:u w:val="single"/>
          </w:rPr>
          <w:t>https://elpais.com/expres/2026-02-27/del-exito-en-aida-a-sidosa-eduardo-casanova-hace-publica-su-historia-con-el-vih.html</w:t>
        </w:r>
      </w:hyperlink>
      <w:r>
        <w:t xml:space="preserve"> - Eduardo Casanova, known for his role in the series 'Aída', publicly revealed in December 2025 that he lives with HIV, a condition he had kept secret since his diagnosis at 17. This disclosure coincided with the announcement of his documentary 'Sidosa', set to premiere in April 2026. Casanova shared his experiences of facing serophobia and expressed hope that his story would inspire others to speak openly about their HIV status. (</w:t>
      </w:r>
      <w:hyperlink r:id="rId16">
        <w:r>
          <w:rPr>
            <w:color w:val="0000EE"/>
            <w:u w:val="single"/>
          </w:rPr>
          <w:t>elpais.com</w:t>
        </w:r>
      </w:hyperlink>
      <w:r>
        <w:t>)</w:t>
      </w:r>
      <w:r/>
    </w:p>
    <w:p>
      <w:pPr>
        <w:pStyle w:val="ListNumber"/>
        <w:spacing w:line="240" w:lineRule="auto"/>
        <w:ind w:left="720"/>
      </w:pPr>
      <w:r/>
      <w:hyperlink r:id="rId12">
        <w:r>
          <w:rPr>
            <w:color w:val="0000EE"/>
            <w:u w:val="single"/>
          </w:rPr>
          <w:t>https://elpais.com/eps/2026-02-27/eduardo-casanova-rompe-el-tabú-el-unico-armario-en-el-que-he-vivido-no-es-el-de-la-homosexualidad-es-el-del-vih.html</w:t>
        </w:r>
      </w:hyperlink>
      <w:r>
        <w:t xml:space="preserve"> - Eduardo Casanova, actor and director, revealed that he has been living with HIV since he was 17, a fact he had kept private for nearly two decades. He described the anxiety and shame he felt due to the deep-seated social stigma surrounding the virus. Casanova decided to break his silence in December 2025, announcing it on Instagram alongside the release of his documentary 'Sidosa', aiming to combat serophobia and give visibility to those living with HIV. (</w:t>
      </w:r>
      <w:hyperlink r:id="rId17">
        <w:r>
          <w:rPr>
            <w:color w:val="0000EE"/>
            <w:u w:val="single"/>
          </w:rPr>
          <w:t>elpais.com</w:t>
        </w:r>
      </w:hyperlink>
      <w:r>
        <w:t>)</w:t>
      </w:r>
      <w:r/>
    </w:p>
    <w:p>
      <w:pPr>
        <w:pStyle w:val="ListNumber"/>
        <w:spacing w:line="240" w:lineRule="auto"/>
        <w:ind w:left="720"/>
      </w:pPr>
      <w:r/>
      <w:hyperlink r:id="rId18">
        <w:r>
          <w:rPr>
            <w:color w:val="0000EE"/>
            <w:u w:val="single"/>
          </w:rPr>
          <w:t>https://fotos.europapress.es/temasactualidad/f7851231</w:t>
        </w:r>
      </w:hyperlink>
      <w:r>
        <w:t xml:space="preserve"> - Photographs from the Fifth Positive March organised by Pride Positivo in Madrid on October 17, 2026, under the slogan 'Neither guilt nor silence'. The event was convened by the State Coordinator of HIV and AIDS (Cesida) to advocate for the dignity, visibility, and rights of people living with HIV. Actor Eduardo Casanova participated visibly, highlighting the importance of public figures in combating HIV-related stigma. (</w:t>
      </w:r>
      <w:hyperlink r:id="rId19">
        <w:r>
          <w:rPr>
            <w:color w:val="0000EE"/>
            <w:u w:val="single"/>
          </w:rPr>
          <w:t>fotos.europapress.es</w:t>
        </w:r>
      </w:hyperlink>
      <w:r>
        <w:t>)</w:t>
      </w:r>
      <w:r/>
    </w:p>
    <w:p>
      <w:pPr>
        <w:pStyle w:val="ListNumber"/>
        <w:spacing w:line="240" w:lineRule="auto"/>
        <w:ind w:left="720"/>
      </w:pPr>
      <w:r/>
      <w:hyperlink r:id="rId10">
        <w:r>
          <w:rPr>
            <w:color w:val="0000EE"/>
            <w:u w:val="single"/>
          </w:rPr>
          <w:t>https://cesida.org/blog/noticias/el-quinto-pride-positivo-reivindica-la-visibilidad-del-vih-junto-a-eduardo-casanova/</w:t>
        </w:r>
      </w:hyperlink>
      <w:r>
        <w:t xml:space="preserve"> - Cesida presented the programme for the fifth anniversary of Pride Positivo, an initiative combining culture, art, dissemination, and social mobilisation to combat the stigma associated with HIV. The event featured actor and director Eduardo Casanova, who emphasised the need for more public figures to come out about their HIV status to drive social mobilisation and address the suffering caused by stigma. (</w:t>
      </w:r>
      <w:hyperlink r:id="rId20">
        <w:r>
          <w:rPr>
            <w:color w:val="0000EE"/>
            <w:u w:val="single"/>
          </w:rPr>
          <w:t>cesida.org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pais.com/sociedad/lgtb/2026-10-17/el-orgullo-positivo-reivindica-en-madrid-la-dignidad-de-las-personas-con-vih-los-prejuicios-han-perdurado-demasiado-tiempo.html" TargetMode="External"/><Relationship Id="rId10" Type="http://schemas.openxmlformats.org/officeDocument/2006/relationships/hyperlink" Target="https://cesida.org/blog/noticias/el-quinto-pride-positivo-reivindica-la-visibilidad-del-vih-junto-a-eduardo-casanova/" TargetMode="External"/><Relationship Id="rId11" Type="http://schemas.openxmlformats.org/officeDocument/2006/relationships/hyperlink" Target="https://elpais.com/expres/2026-02-27/del-exito-en-aida-a-sidosa-eduardo-casanova-hace-publica-su-historia-con-el-vih.html" TargetMode="External"/><Relationship Id="rId12" Type="http://schemas.openxmlformats.org/officeDocument/2006/relationships/hyperlink" Target="https://elpais.com/eps/2026-02-27/eduardo-casanova-rompe-el-tab&#250;-el-unico-armario-en-el-que-he-vivido-no-es-el-de-la-homosexualidad-es-el-del-vih.html" TargetMode="External"/><Relationship Id="rId13" Type="http://schemas.openxmlformats.org/officeDocument/2006/relationships/hyperlink" Target="https://cesida.org/pridepositivo2026/" TargetMode="External"/><Relationship Id="rId14" Type="http://schemas.openxmlformats.org/officeDocument/2006/relationships/hyperlink" Target="https://elpais.com/sociedad/lgtb/2026-10-17/el-orgullo-positivo-reivindica-en-madrid-la-dignidad-de-las-personas-con-vih-los-prejuicios-han-perdurado-demasiado-tiempo.html?utm_source=openai" TargetMode="External"/><Relationship Id="rId15" Type="http://schemas.openxmlformats.org/officeDocument/2006/relationships/hyperlink" Target="https://cesida.org/pridepositivo2026/?utm_source=openai" TargetMode="External"/><Relationship Id="rId16" Type="http://schemas.openxmlformats.org/officeDocument/2006/relationships/hyperlink" Target="https://elpais.com/expres/2026-02-27/del-exito-en-aida-a-sidosa-eduardo-casanova-hace-publica-su-historia-con-el-vih.html?utm_source=openai" TargetMode="External"/><Relationship Id="rId17" Type="http://schemas.openxmlformats.org/officeDocument/2006/relationships/hyperlink" Target="https://elpais.com/eps/2026-02-27/eduardo-casanova-rompe-el-tabu-el-unico-armario-en-el-que-he-vivido-no-es-el-de-la-homosexualidad-es-el-del-vih.html?utm_source=openai" TargetMode="External"/><Relationship Id="rId18" Type="http://schemas.openxmlformats.org/officeDocument/2006/relationships/hyperlink" Target="https://fotos.europapress.es/temasactualidad/f7851231" TargetMode="External"/><Relationship Id="rId19" Type="http://schemas.openxmlformats.org/officeDocument/2006/relationships/hyperlink" Target="https://fotos.europapress.es/temasactualidad/f7851231?utm_source=openai" TargetMode="External"/><Relationship Id="rId20" Type="http://schemas.openxmlformats.org/officeDocument/2006/relationships/hyperlink" Target="https://cesida.org/blog/noticias/el-quinto-pride-positivo-reivindica-la-visibilidad-eduardo-casanov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