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Woodlands Pride Dinner, Drag and Dancing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in The Woodlands, Texas, can open Pride weekend with an upbeat evening of dinner, drag performances and dancing at Harrison’s on Thursday, 29 October. The 21-plus event pairs a 1990s-inspired ballroom atmosphere with live entertainment, cocktails and a charitable cause, making it an easy night out with a little more meaning.</w:t>
      </w:r>
      <w:r/>
    </w:p>
    <w:p>
      <w:pPr>
        <w:pStyle w:val="Heading2"/>
      </w:pPr>
      <w:r>
        <w:t>Essential Takeaways</w:t>
      </w:r>
      <w:r/>
      <w:r/>
    </w:p>
    <w:p>
      <w:pPr>
        <w:pStyle w:val="ListBullet"/>
        <w:spacing w:line="240" w:lineRule="auto"/>
        <w:ind w:left="720"/>
      </w:pPr>
      <w:r/>
      <w:r>
        <w:rPr>
          <w:b/>
        </w:rPr>
        <w:t>When:</w:t>
      </w:r>
      <w:r>
        <w:t xml:space="preserve"> Thursday, 29 October, from 6pm to 11.30pm.</w:t>
      </w:r>
      <w:r/>
    </w:p>
    <w:p>
      <w:pPr>
        <w:pStyle w:val="ListBullet"/>
        <w:spacing w:line="240" w:lineRule="auto"/>
        <w:ind w:left="720"/>
      </w:pPr>
      <w:r/>
      <w:r>
        <w:rPr>
          <w:b/>
        </w:rPr>
        <w:t>Where:</w:t>
      </w:r>
      <w:r>
        <w:t xml:space="preserve"> Harrison’s at The Woodlands Resort, Curio Collection by Hilton.</w:t>
      </w:r>
      <w:r/>
    </w:p>
    <w:p>
      <w:pPr>
        <w:pStyle w:val="ListBullet"/>
        <w:spacing w:line="240" w:lineRule="auto"/>
        <w:ind w:left="720"/>
      </w:pPr>
      <w:r/>
      <w:r>
        <w:rPr>
          <w:b/>
        </w:rPr>
        <w:t>What’s included:</w:t>
      </w:r>
      <w:r>
        <w:t xml:space="preserve"> A champagne toast, buffet dinner, a complimentary Campari cocktail and live entertainment.</w:t>
      </w:r>
      <w:r/>
    </w:p>
    <w:p>
      <w:pPr>
        <w:pStyle w:val="ListBullet"/>
        <w:spacing w:line="240" w:lineRule="auto"/>
        <w:ind w:left="720"/>
      </w:pPr>
      <w:r/>
      <w:r>
        <w:rPr>
          <w:b/>
        </w:rPr>
        <w:t>Entertainment:</w:t>
      </w:r>
      <w:r>
        <w:t xml:space="preserve"> Drag artists Nadine Hughes, Sasha Frost, Chevelle Brooks and Violet Brooks, followed by DJ Furo.</w:t>
      </w:r>
      <w:r/>
    </w:p>
    <w:p>
      <w:pPr>
        <w:pStyle w:val="ListBullet"/>
        <w:spacing w:line="240" w:lineRule="auto"/>
        <w:ind w:left="720"/>
      </w:pPr>
      <w:r/>
      <w:r>
        <w:rPr>
          <w:b/>
        </w:rPr>
        <w:t>Tickets and cause:</w:t>
      </w:r>
      <w:r>
        <w:t xml:space="preserve"> Tickets cost $65 per person, with proceeds benefiting Out for Education.</w:t>
      </w:r>
      <w:r/>
      <w:r/>
    </w:p>
    <w:p>
      <w:pPr>
        <w:pStyle w:val="Heading2"/>
      </w:pPr>
      <w:r>
        <w:t>A colourful Pride weekend opener lands in The Woodlands</w:t>
      </w:r>
      <w:r/>
    </w:p>
    <w:p>
      <w:r/>
      <w:r>
        <w:t>The evening is designed to start with a warm welcome rather than a slow shuffle to the bar. Guests will arrive to champagne before settling in for dinner, with the resort’s Harrison’s venue taking on a retro ballroom feel inspired by the 1990s.</w:t>
      </w:r>
      <w:r/>
    </w:p>
    <w:p>
      <w:r/>
      <w:r>
        <w:t>That mix of polished dining and lively performance gives the event a clear sense of occasion. Visit The Woodlands lists the celebration as a Pride-focused night combining food, entertainment and community spirit, while the event listing confirms the 21-plus format and evening schedule.</w:t>
      </w:r>
      <w:r/>
    </w:p>
    <w:p>
      <w:r/>
      <w:r>
        <w:t>For anyone looking for things to do in The Woodlands on Pride weekend, the appeal is straightforward: dinner first, a drag show next, and plenty of room for dancing afterwards. It’s the sort of plan that removes the usual question of what to do after the meal.</w:t>
      </w:r>
      <w:r/>
    </w:p>
    <w:p>
      <w:pPr>
        <w:pStyle w:val="Heading2"/>
      </w:pPr>
      <w:r>
        <w:t>Dinner, cocktails and drag take centre stage</w:t>
      </w:r>
      <w:r/>
    </w:p>
    <w:p>
      <w:r/>
      <w:r>
        <w:t>Dinner will be served buffet-style from 6pm to 8pm, giving guests time to eat before the main performance begins. The ticket also includes a welcome champagne toast and a complimentary Campari cocktail, so the package offers more than entry alone.</w:t>
      </w:r>
      <w:r/>
    </w:p>
    <w:p>
      <w:r/>
      <w:r>
        <w:t>At 7pm, Nadine Hughes, Sasha Frost, Chevelle Brooks and Violet Brooks are scheduled to perform. Their appearance places local drag artistry at the heart of the evening, rather than treating it as a brief extra between courses.</w:t>
      </w:r>
      <w:r/>
    </w:p>
    <w:p>
      <w:r/>
      <w:r>
        <w:t>The Woodlands Pride describes its work as centred on LGBTQ+ community support and visibility, which helps explain why the event feels broader than a standard hotel dinner. There should be plenty of sparkle, naturally, but the community purpose is just as important. (The Woodlands Pride)</w:t>
      </w:r>
      <w:r/>
    </w:p>
    <w:p>
      <w:pPr>
        <w:pStyle w:val="Heading2"/>
      </w:pPr>
      <w:r>
        <w:t>The dance floor keeps the night moving</w:t>
      </w:r>
      <w:r/>
    </w:p>
    <w:p>
      <w:r/>
      <w:r>
        <w:t>Once the performances finish, DJ Furo will take over with a selection of chart-friendly hits. That handover from stage show to dancing should keep the atmosphere buoyant, especially for guests who'd rather join in than sit through a long formal programme.</w:t>
      </w:r>
      <w:r/>
    </w:p>
    <w:p>
      <w:r/>
      <w:r>
        <w:t>The event runs until 11.30pm, giving the night enough breathing space for conversation, another drink or a few enthusiastic attempts at 1990s dance moves. HappeningNext and the local event listings both present it as a full evening celebration, rather than a short performance slot.</w:t>
      </w:r>
      <w:r/>
    </w:p>
    <w:p>
      <w:r/>
      <w:r>
        <w:t>A useful tip for guests is to arrive close to the advertised start time. Doing so means you'll catch the welcome toast, settle in before dinner and avoid walking in just as the first performers take the stage.</w:t>
      </w:r>
      <w:r/>
    </w:p>
    <w:p>
      <w:pPr>
        <w:pStyle w:val="Heading2"/>
      </w:pPr>
      <w:r>
        <w:t>What your $65 ticket covers</w:t>
      </w:r>
      <w:r/>
    </w:p>
    <w:p>
      <w:r/>
      <w:r>
        <w:t>Tickets are priced at $65 per person through Eventbrite. That includes the champagne welcome, buffet dinner, Campari cocktail and live entertainment, although guests should check the booking page for the latest availability and any conditions before purchasing.</w:t>
      </w:r>
      <w:r/>
    </w:p>
    <w:p>
      <w:r/>
      <w:r>
        <w:t>The event is strictly for guests aged 21 and over. Bring valid identification, particularly if you're planning to enjoy the included cocktail or order additional drinks during the evening.</w:t>
      </w:r>
      <w:r/>
    </w:p>
    <w:p>
      <w:r/>
      <w:r>
        <w:t>The venue is The Woodlands Resort, Curio Collection by Hilton, at 2301 North Millbend Drive, The Woodlands, Texas 77380. With dinner, a show and dancing in one location, it’s a fairly neat option for groups who want a social evening without arranging several separate stops.</w:t>
      </w:r>
      <w:r/>
    </w:p>
    <w:p>
      <w:pPr>
        <w:pStyle w:val="Heading2"/>
      </w:pPr>
      <w:r>
        <w:t>A party with a purpose beyond the ballroom</w:t>
      </w:r>
      <w:r/>
    </w:p>
    <w:p>
      <w:r/>
      <w:r>
        <w:t>Proceeds will benefit Out for Education, extending the event's impact beyond the room at Harrison’s. The organisation supports LGBTQ+ students and education-related community work, giving the celebration a practical charitable thread.</w:t>
      </w:r>
      <w:r/>
    </w:p>
    <w:p>
      <w:r/>
      <w:r>
        <w:t>That matters because Pride events often work best when they combine joy with visible support. Here, the fundraising element is built into an entertaining night out, so guests can enjoy the music and performances while contributing to a cause at the same time.</w:t>
      </w:r>
      <w:r/>
    </w:p>
    <w:p>
      <w:r/>
      <w:r>
        <w:t>The Woodlands Resort and The Woodlands Pride are expected to share updates through their social channels. For guests considering the event, checking those feeds and the Eventbrite page before travelling is the sensible final step, as timings and ticket availability can change.</w:t>
      </w:r>
      <w:r/>
    </w:p>
    <w:p>
      <w:r/>
      <w:r>
        <w:t>It's a bright, generous way to start Pride weekend in The Woodlands.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5">
        <w:r>
          <w:rPr>
            <w:color w:val="0000EE"/>
            <w:u w:val="single"/>
          </w:rPr>
          <w:t>[7]</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1">
        <w:r>
          <w:rPr>
            <w:color w:val="0000EE"/>
            <w:u w:val="single"/>
          </w:rPr>
          <w:t>[3]</w:t>
        </w:r>
      </w:hyperlink>
      <w:r>
        <w:t xml:space="preserve">- Paragraph 10: </w:t>
      </w:r>
      <w:hyperlink r:id="rId15">
        <w:r>
          <w:rPr>
            <w:color w:val="0000EE"/>
            <w:u w:val="single"/>
          </w:rPr>
          <w:t>[7]</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3">
        <w:r>
          <w:rPr>
            <w:color w:val="0000EE"/>
            <w:u w:val="single"/>
          </w:rPr>
          <w:t>[6]</w:t>
        </w:r>
      </w:hyperlink>
      <w:r>
        <w:t xml:space="preserve">, </w:t>
      </w:r>
      <w:hyperlink r:id="rId10">
        <w:r>
          <w:rPr>
            <w:color w:val="0000EE"/>
            <w:u w:val="single"/>
          </w:rPr>
          <w:t>[2]</w:t>
        </w:r>
      </w:hyperlink>
      <w:r>
        <w:t xml:space="preserve">- Paragraph 14: </w:t>
      </w:r>
      <w:hyperlink r:id="rId15">
        <w:r>
          <w:rPr>
            <w:color w:val="0000EE"/>
            <w:u w:val="single"/>
          </w:rPr>
          <w:t>[7]</w:t>
        </w:r>
      </w:hyperlink>
      <w:r>
        <w:t xml:space="preserve">, </w:t>
      </w:r>
      <w:hyperlink r:id="rId11">
        <w:r>
          <w:rPr>
            <w:color w:val="0000EE"/>
            <w:u w:val="single"/>
          </w:rPr>
          <w:t>[3]</w:t>
        </w:r>
      </w:hyperlink>
      <w:r>
        <w:t xml:space="preserve">- Paragraph 15: </w:t>
      </w:r>
      <w:hyperlink r:id="rId14">
        <w:r>
          <w:rPr>
            <w:color w:val="0000EE"/>
            <w:u w:val="single"/>
          </w:rPr>
          <w:t>[5]</w:t>
        </w:r>
      </w:hyperlink>
      <w:r>
        <w:t xml:space="preserve">, </w:t>
      </w:r>
      <w:hyperlink r:id="rId13">
        <w:r>
          <w:rPr>
            <w:color w:val="0000EE"/>
            <w:u w:val="single"/>
          </w:rPr>
          <w:t>[6]</w:t>
        </w:r>
      </w:hyperlink>
      <w:r>
        <w:t xml:space="preserve">- Paragraph 16: </w:t>
      </w:r>
      <w:hyperlink r:id="rId15">
        <w:r>
          <w:rPr>
            <w:color w:val="0000EE"/>
            <w:u w:val="single"/>
          </w:rPr>
          <w:t>[7]</w:t>
        </w:r>
      </w:hyperlink>
      <w:r>
        <w:t xml:space="preserve">, </w:t>
      </w:r>
      <w:hyperlink r:id="rId10">
        <w:r>
          <w:rPr>
            <w:color w:val="0000EE"/>
            <w:u w:val="single"/>
          </w:rPr>
          <w:t>[2]</w:t>
        </w:r>
      </w:hyperlink>
      <w:r>
        <w:t xml:space="preserve">- Paragraph 17: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https://stylemagazine.com/news/2026/oct/16/the-woodlands-resort-and-the-woodlands-pride-to-kick-off-pride-weekend-with-dinner-dancing-and-live-entertainment/</w:t>
        </w:r>
      </w:hyperlink>
      <w:r>
        <w:t xml:space="preserve"> - Please view link - unable to able to access data</w:t>
      </w:r>
      <w:r/>
    </w:p>
    <w:p>
      <w:pPr>
        <w:pStyle w:val="ListNumber"/>
        <w:spacing w:line="240" w:lineRule="auto"/>
        <w:ind w:left="720"/>
      </w:pPr>
      <w:r/>
      <w:hyperlink r:id="rId10">
        <w:r>
          <w:rPr>
            <w:color w:val="0000EE"/>
            <w:u w:val="single"/>
          </w:rPr>
          <w:t>https://www.visitthewoodlands.com/articles/post/twr-pride-dinner/</w:t>
        </w:r>
      </w:hyperlink>
      <w:r>
        <w:t xml:space="preserve"> - The Woodlands Resort is hosting a new Pride event titled 'Dinner, Drag &amp; Dancing' on Thursday, October 29, 2026. The event will feature a 1990s-inspired evening at Harrison's, including a champagne toast, buffet-style dinner, handcrafted cocktails, live drag performances by Nadine Hughes, Sasha Frost, Chevelle Brooks, and Violet S'Arbleu, and music and dancing with DJ Furor. A portion of the proceeds will benefit Out for Education, supporting scholarships for regional LGBTQ+ students. Tickets are $65 per person and are available through Eventbrite. Attendees must be 21 or older.</w:t>
      </w:r>
      <w:r/>
    </w:p>
    <w:p>
      <w:pPr>
        <w:pStyle w:val="ListNumber"/>
        <w:spacing w:line="240" w:lineRule="auto"/>
        <w:ind w:left="720"/>
      </w:pPr>
      <w:r/>
      <w:hyperlink r:id="rId11">
        <w:r>
          <w:rPr>
            <w:color w:val="0000EE"/>
            <w:u w:val="single"/>
          </w:rPr>
          <w:t>https://www.visitthewoodlands.com/event/dinner-drag-and-dancing/3044/</w:t>
        </w:r>
      </w:hyperlink>
      <w:r>
        <w:t xml:space="preserve"> - The Woodlands Resort and The Woodlands PRIDE are collaborating to kick off PRIDE weekend with a 1990s-inspired evening of Dinner, Drag, and Dancing at Harrison’s on Thursday, October 29, 2026. The event includes a welcome champagne toast, buffet-style dinner, handcrafted cocktails, live drag performances by Nadine Hughes, Sasha Frost, Chevelle Brooks, and Violet S'Arbleu, followed by dancing with DJ Furor. Proceeds will benefit Out for Education. Tickets are $65 per person and are available through Eventbrite. Attendees must be 21 or older.</w:t>
      </w:r>
      <w:r/>
    </w:p>
    <w:p>
      <w:pPr>
        <w:pStyle w:val="ListNumber"/>
        <w:spacing w:line="240" w:lineRule="auto"/>
        <w:ind w:left="720"/>
      </w:pPr>
      <w:r/>
      <w:hyperlink r:id="rId12">
        <w:r>
          <w:rPr>
            <w:color w:val="0000EE"/>
            <w:u w:val="single"/>
          </w:rPr>
          <w:t>https://happeningnext.com/event/the-woodlands-pride-kickoff-eid1ef0l7lvt7lr</w:t>
        </w:r>
      </w:hyperlink>
      <w:r>
        <w:t xml:space="preserve"> - The Woodlands Resort, in partnership with The Woodlands Pride, is hosting 'The Woodlands PRIDE KICKOFF' on Thursday, October 29, 2026, from 6 PM to 11:30 PM. The event features dinner, drag performances by Nadine Hughes, Sasha Frost, Chevelle Brooks, and Violet S'Arbleu, and music and dancing with DJ Furor. Tickets are $65 per person and include dinner, a live drag show, a complimentary champagne toast, a complimentary Campari cocktail, and music and dancing. A full bar will also be available. The event is for attendees aged 21 and over.</w:t>
      </w:r>
      <w:r/>
    </w:p>
    <w:p>
      <w:pPr>
        <w:pStyle w:val="ListNumber"/>
        <w:spacing w:line="240" w:lineRule="auto"/>
        <w:ind w:left="720"/>
      </w:pPr>
      <w:r/>
      <w:hyperlink r:id="rId14">
        <w:r>
          <w:rPr>
            <w:color w:val="0000EE"/>
            <w:u w:val="single"/>
          </w:rPr>
          <w:t>https://www.eventbrite.com/e/the-woodlands-pride-kickoff-tickets-2001887069113?aff=ebdssbcategorybrowse</w:t>
        </w:r>
      </w:hyperlink>
      <w:r>
        <w:t xml:space="preserve"> - The Woodlands Resort, in partnership with The Woodlands Pride, is hosting 'The Woodlands PRIDE KICKOFF' on Thursday, October 29, 2026, from 6 PM to 11:30 PM. The event includes dinner, drag performances by Nadine Hughes, Sasha Frost, Chevelle Brooks, and Violet S'Arbleu, and music and dancing with DJ Furor. Tickets are $65 per person and include dinner, a live drag show, a complimentary champagne toast, a complimentary Campari cocktail, and music and dancing. A full bar will also be available. The event is for attendees aged 21 and over.</w:t>
      </w:r>
      <w:r/>
    </w:p>
    <w:p>
      <w:pPr>
        <w:pStyle w:val="ListNumber"/>
        <w:spacing w:line="240" w:lineRule="auto"/>
        <w:ind w:left="720"/>
      </w:pPr>
      <w:r/>
      <w:hyperlink r:id="rId13">
        <w:r>
          <w:rPr>
            <w:color w:val="0000EE"/>
            <w:u w:val="single"/>
          </w:rPr>
          <w:t>https://www.woodlandsonline.com/npps/story.cfm?nppage=85004</w:t>
        </w:r>
      </w:hyperlink>
      <w:r>
        <w:t xml:space="preserve"> - The Woodlands Resort and The Woodlands PRIDE are kicking off PRIDE weekend with 'Dinner, Drag and Dancing' on Thursday, October 29, 2026. The event will transform Harrison’s into a 1990s-inspired ballroom featuring live drag performances, handcrafted cocktails, elevated bites, and music designed to bring guests together in support of the LGBTQ+ community. Tickets are $65 per person and include a welcome champagne toast, dinner, a complimentary Campari cocktail, and live entertainment. Proceeds will benefit Out for Education. Attendees must be 21 or older.</w:t>
      </w:r>
      <w:r/>
    </w:p>
    <w:p>
      <w:pPr>
        <w:pStyle w:val="ListNumber"/>
        <w:spacing w:line="240" w:lineRule="auto"/>
        <w:ind w:left="720"/>
      </w:pPr>
      <w:r/>
      <w:hyperlink r:id="rId15">
        <w:r>
          <w:rPr>
            <w:color w:val="0000EE"/>
            <w:u w:val="single"/>
          </w:rPr>
          <w:t>https://www.thewoodlandspride.org/about</w:t>
        </w:r>
      </w:hyperlink>
      <w:r>
        <w:t xml:space="preserve"> - The Woodlands Pride is a volunteer-run nonprofit organisation dedicated to connecting, celebrating, educating, and fostering relationships within the LGBTQIA community while promoting equality, unity, and love in The Woodlands and beyond. Since its inception in April 2018, The Woodlands Pride has transformed its annual Pride Festival into one of Texas’s premier free Pride events. Recent initiatives include the launch of the TWP Community Library, the establishment of a TWP Endowment with Out for Education, and the integration of There's Room at Our Table (TROT) into the organisation.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tylemagazine.com/news/2026/oct/16/the-woodlands-resort-and-the-woodlands-pride-to-kick-off-pride-weekend-with-dinner-dancing-and-live-entertainment/" TargetMode="External"/><Relationship Id="rId10" Type="http://schemas.openxmlformats.org/officeDocument/2006/relationships/hyperlink" Target="https://www.visitthewoodlands.com/articles/post/twr-pride-dinner/" TargetMode="External"/><Relationship Id="rId11" Type="http://schemas.openxmlformats.org/officeDocument/2006/relationships/hyperlink" Target="https://www.visitthewoodlands.com/event/dinner-drag-and-dancing/3044/" TargetMode="External"/><Relationship Id="rId12" Type="http://schemas.openxmlformats.org/officeDocument/2006/relationships/hyperlink" Target="https://happeningnext.com/event/the-woodlands-pride-kickoff-eid1ef0l7lvt7lr" TargetMode="External"/><Relationship Id="rId13" Type="http://schemas.openxmlformats.org/officeDocument/2006/relationships/hyperlink" Target="https://www.woodlandsonline.com/npps/story.cfm?nppage=85004" TargetMode="External"/><Relationship Id="rId14" Type="http://schemas.openxmlformats.org/officeDocument/2006/relationships/hyperlink" Target="https://www.eventbrite.com/e/the-woodlands-pride-kickoff-tickets-2001887069113?aff=ebdssbcategorybrowse" TargetMode="External"/><Relationship Id="rId15" Type="http://schemas.openxmlformats.org/officeDocument/2006/relationships/hyperlink" Target="https://www.thewoodlandspride.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