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Overcome LGBTQ+ Dating Burnout Without Quitting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singles are finding that dating burnout often comes from the pace and pressure of modern connection, not simply from using apps. Repeated ghosting, identity-related stress and a limited local dating pool can leave even hopeful daters feeling flat. A more sustainable approach means slowing down, setting clearer boundaries and making room for community beyond romance.</w:t>
      </w:r>
      <w:r/>
    </w:p>
    <w:p>
      <w:pPr>
        <w:pStyle w:val="Heading2"/>
      </w:pPr>
      <w:r>
        <w:t>Essential Takeaways</w:t>
      </w:r>
      <w:r/>
      <w:r/>
    </w:p>
    <w:p>
      <w:pPr>
        <w:pStyle w:val="ListBullet"/>
        <w:spacing w:line="240" w:lineRule="auto"/>
        <w:ind w:left="720"/>
      </w:pPr>
      <w:r/>
      <w:r>
        <w:rPr>
          <w:b/>
        </w:rPr>
        <w:t>Burnout feels bigger than rejection:</w:t>
      </w:r>
      <w:r>
        <w:t xml:space="preserve"> It can bring emotional exhaustion, cynicism and a sense that dating effort never pays off.</w:t>
      </w:r>
      <w:r/>
    </w:p>
    <w:p>
      <w:pPr>
        <w:pStyle w:val="ListBullet"/>
        <w:spacing w:line="240" w:lineRule="auto"/>
        <w:ind w:left="720"/>
      </w:pPr>
      <w:r/>
      <w:r>
        <w:rPr>
          <w:b/>
        </w:rPr>
        <w:t>Identity-related pressure matters:</w:t>
      </w:r>
      <w:r>
        <w:t xml:space="preserve"> Discrimination, concealment and vigilance can add another layer of strain.</w:t>
      </w:r>
      <w:r/>
    </w:p>
    <w:p>
      <w:pPr>
        <w:pStyle w:val="ListBullet"/>
        <w:spacing w:line="240" w:lineRule="auto"/>
        <w:ind w:left="720"/>
      </w:pPr>
      <w:r/>
      <w:r>
        <w:rPr>
          <w:b/>
        </w:rPr>
        <w:t>Apps aren't automatically the problem:</w:t>
      </w:r>
      <w:r>
        <w:t xml:space="preserve"> How often you use them, why you use them and how others treat you all make a difference.</w:t>
      </w:r>
      <w:r/>
    </w:p>
    <w:p>
      <w:pPr>
        <w:pStyle w:val="ListBullet"/>
        <w:spacing w:line="240" w:lineRule="auto"/>
        <w:ind w:left="720"/>
      </w:pPr>
      <w:r/>
      <w:r>
        <w:rPr>
          <w:b/>
        </w:rPr>
        <w:t>A proper reset beats endless swiping:</w:t>
      </w:r>
      <w:r>
        <w:t xml:space="preserve"> A defined break, fewer conversations and clearer intentions can restore perspective.</w:t>
      </w:r>
      <w:r/>
    </w:p>
    <w:p>
      <w:pPr>
        <w:pStyle w:val="ListBullet"/>
        <w:spacing w:line="240" w:lineRule="auto"/>
        <w:ind w:left="720"/>
      </w:pPr>
      <w:r/>
      <w:r>
        <w:rPr>
          <w:b/>
        </w:rPr>
        <w:t>Community takes the pressure off:</w:t>
      </w:r>
      <w:r>
        <w:t xml:space="preserve"> Queer friendships and interest groups help ensure every interaction doesn't feel like a romantic audition.</w:t>
      </w:r>
      <w:r/>
      <w:r/>
    </w:p>
    <w:p>
      <w:pPr>
        <w:pStyle w:val="Heading2"/>
      </w:pPr>
      <w:r>
        <w:t>When dating starts to feel like another job</w:t>
      </w:r>
      <w:r/>
    </w:p>
    <w:p>
      <w:r/>
      <w:r>
        <w:t>The clearest sign of LGBTQ+ dating burnout isn't necessarily one painful rejection. It's the heavy sigh before opening an app, the stale feeling after another conversation disappears and the growing suspicion that every new match will follow the same script.</w:t>
      </w:r>
      <w:r/>
    </w:p>
    <w:p>
      <w:r/>
      <w:r>
        <w:t xml:space="preserve">Research published in </w:t>
      </w:r>
      <w:r>
        <w:rPr>
          <w:i/>
        </w:rPr>
        <w:t>Social Media + Society</w:t>
      </w:r>
      <w:r>
        <w:t xml:space="preserve"> describes dating-app burnout through emotional exhaustion, reduced confidence in one's effectiveness and a detached attitude towards potential matches. In everyday terms, dating can start to feel less like meeting people and more like processing a queue of profiles. That's a particularly bleak mood for something that's meant to be exciting. </w:t>
      </w:r>
      <w:hyperlink r:id="rId9">
        <w:r>
          <w:rPr>
            <w:color w:val="0000EE"/>
            <w:u w:val="single"/>
          </w:rPr>
          <w:t>[2]</w:t>
        </w:r>
      </w:hyperlink>
      <w:r/>
    </w:p>
    <w:p>
      <w:r/>
      <w:r>
        <w:t xml:space="preserve">The distinction matters because burnout isn't a formal diagnosis, nor does it mean you're incapable of love. It suggests that the current method is demanding more energy than it's returning. </w:t>
      </w:r>
      <w:r>
        <w:rPr>
          <w:i/>
        </w:rPr>
        <w:t>Pride</w:t>
      </w:r>
      <w:r>
        <w:t xml:space="preserve"> similarly highlights how repeated swiping, ghosting and mismatched expectations can wear down LGBTQ+ daters over time. </w:t>
      </w:r>
      <w:hyperlink r:id="rId10">
        <w:r>
          <w:rPr>
            <w:color w:val="0000EE"/>
            <w:u w:val="single"/>
          </w:rPr>
          <w:t>[3]</w:t>
        </w:r>
      </w:hyperlink>
      <w:r/>
    </w:p>
    <w:p>
      <w:pPr>
        <w:pStyle w:val="Heading2"/>
      </w:pPr>
      <w:r>
        <w:t>Why LGBTQ+ dating can carry extra weight</w:t>
      </w:r>
      <w:r/>
    </w:p>
    <w:p>
      <w:r/>
      <w:r>
        <w:t>All dating involves uncertainty, but LGBTQ+ people may also be weighing questions about safety, disclosure and acceptance. Someone might wonder when to mention their identity, whether a date is genuinely interested or whether a seemingly harmless venue will feel comfortable and secure.</w:t>
      </w:r>
      <w:r/>
    </w:p>
    <w:p>
      <w:r/>
      <w:r>
        <w:t xml:space="preserve">That additional vigilance is part of the wider impact of minority stress. It can make ordinary dating decisions feel more loaded, particularly for people who have already experienced prejudice or exclusion. Counselling guidance from Richard Mann Counselling notes that LGBTQIA+ clients may bring concerns around rejection, identity and belonging into relationships, rather than dealing with simple romantic nerves alone. </w:t>
      </w:r>
      <w:hyperlink r:id="rId11">
        <w:r>
          <w:rPr>
            <w:color w:val="0000EE"/>
            <w:u w:val="single"/>
          </w:rPr>
          <w:t>[6]</w:t>
        </w:r>
      </w:hyperlink>
      <w:r/>
    </w:p>
    <w:p>
      <w:r/>
      <w:r>
        <w:t xml:space="preserve">A smaller or less visible dating pool can add to the fatigue. You may broaden your search area, stay on several platforms or keep conversations alive because meeting another compatible queer person offline feels uncertain. But research doesn't support the idea that dating apps are universally harmful. The wider picture is mixed: they can expose users to discrimination and shallow interactions, while also offering visibility, friendship and community. </w:t>
      </w:r>
      <w:hyperlink r:id="rId9">
        <w:r>
          <w:rPr>
            <w:color w:val="0000EE"/>
            <w:u w:val="single"/>
          </w:rPr>
          <w:t>[2]</w:t>
        </w:r>
      </w:hyperlink>
      <w:r/>
    </w:p>
    <w:p>
      <w:pPr>
        <w:pStyle w:val="Heading2"/>
      </w:pPr>
      <w:r>
        <w:t>Is it burnout, or just one bad date?</w:t>
      </w:r>
      <w:r/>
    </w:p>
    <w:p>
      <w:r/>
      <w:r>
        <w:t>A disappointing date usually has a clear target. You feel hurt by one person, take a little time and eventually become curious about someone else. Burnout spreads further: every introduction feels repetitive, every delay seems ominous and even a promising message can feel like another task.</w:t>
      </w:r>
      <w:r/>
    </w:p>
    <w:p>
      <w:r/>
      <w:r>
        <w:t>You might also notice yourself swiping automatically despite feeling worse afterwards, keeping conversations going with people who clearly aren't a fit or treating a match as evidence that you're attractive enough. That last shift is especially draining because no app can reliably provide the reassurance it promises.</w:t>
      </w:r>
      <w:r/>
    </w:p>
    <w:p>
      <w:r/>
      <w:r>
        <w:t xml:space="preserve">A useful check is to look beyond dating. If your sleep, concentration, hobbies, friendships or general mood have also changed, dating may be only one part of a broader problem. The holistic clinic's discussion of nervous-system overload recommends noticing how digital dating affects the body and mind, including tension, restlessness and difficulty switching off. </w:t>
      </w:r>
      <w:hyperlink r:id="rId12">
        <w:r>
          <w:rPr>
            <w:color w:val="0000EE"/>
            <w:u w:val="single"/>
          </w:rPr>
          <w:t>[5]</w:t>
        </w:r>
      </w:hyperlink>
      <w:r/>
    </w:p>
    <w:p>
      <w:pPr>
        <w:pStyle w:val="Heading2"/>
      </w:pPr>
      <w:r>
        <w:t>The reset that works better than deleting an app</w:t>
      </w:r>
      <w:r/>
    </w:p>
    <w:p>
      <w:r/>
      <w:r>
        <w:t>A short, defined break is often more useful than a dramatic decision made at peak frustration. Try pausing notifications and match-checking for one to three weeks. During that time, notice what you miss. If it's conversation but not the performance of dating, you may need more connection and less swiping.</w:t>
      </w:r>
      <w:r/>
    </w:p>
    <w:p>
      <w:r/>
      <w:r>
        <w:t xml:space="preserve">When you return, change the conditions rather than simply reinstalling the same routine. Use one or two apps, set a time limit and keep your active conversations to a manageable number. Psychology Today recommends reducing the pressure and recognising when dating habits have become emotionally costly, rather than treating more effort as the automatic answer. </w:t>
      </w:r>
      <w:hyperlink r:id="rId13">
        <w:r>
          <w:rPr>
            <w:color w:val="0000EE"/>
            <w:u w:val="single"/>
          </w:rPr>
          <w:t>[7]</w:t>
        </w:r>
      </w:hyperlink>
      <w:r/>
    </w:p>
    <w:p>
      <w:r/>
      <w:r>
        <w:t>It also helps to name what you actually want right now. That could be a long-term relationship, casual dating, sex, friendship or simply meeting people without forcing an outcome. Clearer intentions won't prevent every mismatch, but they'll make it easier to spot one before you've invested too much energy.</w:t>
      </w:r>
      <w:r/>
    </w:p>
    <w:p>
      <w:pPr>
        <w:pStyle w:val="Heading2"/>
      </w:pPr>
      <w:r>
        <w:t>Make dating smaller, safer and more human</w:t>
      </w:r>
      <w:r/>
    </w:p>
    <w:p>
      <w:r/>
      <w:r>
        <w:t>Endless messaging can create a surprising amount of emotional labour without telling you whether there's real compatibility. If you feel safe and the interest is mutual, suggest a brief public coffee, walk or video call once you've established basic trust. A low-pressure meeting often offers more useful information than another week of polished messages.</w:t>
      </w:r>
      <w:r/>
    </w:p>
    <w:p>
      <w:r/>
      <w:r>
        <w:t>Keep basic safety in place, too. Don't rush into sharing private details, tell someone where you're going and leave if a person ignores boundaries, pressures you to disclose or treats your identity as entertainment. A sleek profile and quick replies aren't substitutes for respect.</w:t>
      </w:r>
      <w:r/>
    </w:p>
    <w:p>
      <w:r/>
      <w:r>
        <w:t xml:space="preserve">You can also reduce romantic pressure by adding queer spaces that aren't designed around finding a partner. A book group, sports club, volunteer project, gaming community or local event gives you chances to connect without every conversation becoming a test of desirability. </w:t>
      </w:r>
      <w:r>
        <w:rPr>
          <w:i/>
        </w:rPr>
        <w:t>The Atlantic</w:t>
      </w:r>
      <w:r>
        <w:t xml:space="preserve"> has explored how daters are increasingly looking beyond standard app routines, including alternatives that create more intentional introductions and less digital fatigue. </w:t>
      </w:r>
      <w:hyperlink r:id="rId14">
        <w:r>
          <w:rPr>
            <w:color w:val="0000EE"/>
            <w:u w:val="single"/>
          </w:rPr>
          <w:t>[4]</w:t>
        </w:r>
      </w:hyperlink>
      <w:r/>
    </w:p>
    <w:p>
      <w:pPr>
        <w:pStyle w:val="Heading2"/>
      </w:pPr>
      <w:r>
        <w:t>Hope needs room to breathe</w:t>
      </w:r>
      <w:r/>
    </w:p>
    <w:p>
      <w:r/>
      <w:r>
        <w:t>A pause isn't a defeat, and slowing down doesn't mean you've missed your chance. It simply gives your attention somewhere to recover before you ask it to carry another uncertain connection.</w:t>
      </w:r>
      <w:r/>
    </w:p>
    <w:p>
      <w:r/>
      <w:r>
        <w:t xml:space="preserve">The most sustainable approach is to let dating become one part of your life, not the scoreboard for whether life is moving forward. As </w:t>
      </w:r>
      <w:r>
        <w:rPr>
          <w:i/>
        </w:rPr>
        <w:t>Pride</w:t>
      </w:r>
      <w:r>
        <w:t xml:space="preserve"> observes, taking care of your emotional limits can make space for more genuine connection when you're ready to return. </w:t>
      </w:r>
      <w:hyperlink r:id="rId10">
        <w:r>
          <w:rPr>
            <w:color w:val="0000EE"/>
            <w:u w:val="single"/>
          </w:rPr>
          <w:t>[3]</w:t>
        </w:r>
      </w:hyperlink>
      <w:r/>
    </w:p>
    <w:p>
      <w:r/>
      <w:r>
        <w:t>It's a small shift, but dating feels kinder when it no longer has to prove your worth.</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[6]</w:t>
        </w:r>
      </w:hyperlink>
      <w:r>
        <w:t xml:space="preserve">, </w:t>
      </w:r>
      <w:hyperlink r:id="rId9">
        <w:r>
          <w:rPr>
            <w:color w:val="0000EE"/>
            <w:u w:val="single"/>
          </w:rPr>
          <w:t>[2]</w:t>
        </w:r>
      </w:hyperlink>
      <w:r>
        <w:t xml:space="preserve">- Paragraph 4: </w:t>
      </w:r>
      <w:hyperlink r:id="rId10">
        <w:r>
          <w:rPr>
            <w:color w:val="0000EE"/>
            <w:u w:val="single"/>
          </w:rPr>
          <w:t>[3]</w:t>
        </w:r>
      </w:hyperlink>
      <w:r>
        <w:t xml:space="preserve">, </w:t>
      </w:r>
      <w:hyperlink r:id="rId9">
        <w:r>
          <w:rPr>
            <w:color w:val="0000EE"/>
            <w:u w:val="single"/>
          </w:rPr>
          <w:t>[2]</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Paragraph 6: </w:t>
      </w:r>
      <w:hyperlink r:id="rId13">
        <w:r>
          <w:rPr>
            <w:color w:val="0000EE"/>
            <w:u w:val="single"/>
          </w:rPr>
          <w:t>[7]</w:t>
        </w:r>
      </w:hyperlink>
      <w:r>
        <w:t xml:space="preserve">, </w:t>
      </w:r>
      <w:hyperlink r:id="rId14">
        <w:r>
          <w:rPr>
            <w:color w:val="0000EE"/>
            <w:u w:val="single"/>
          </w:rPr>
          <w:t>[4]</w:t>
        </w:r>
      </w:hyperlink>
      <w:r>
        <w:t xml:space="preserve">- Paragraph 7: </w:t>
      </w:r>
      <w:hyperlink r:id="rId14">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https://mingle2.com/blog/lgbtq-dating-burnout/</w:t>
        </w:r>
      </w:hyperlink>
      <w:r>
        <w:t xml:space="preserve"> - Please view link - unable to able to access data</w:t>
      </w:r>
      <w:r/>
    </w:p>
    <w:p>
      <w:pPr>
        <w:pStyle w:val="ListNumber"/>
        <w:spacing w:line="240" w:lineRule="auto"/>
        <w:ind w:left="720"/>
      </w:pPr>
      <w:r/>
      <w:hyperlink r:id="rId9">
        <w:r>
          <w:rPr>
            <w:color w:val="0000EE"/>
            <w:u w:val="single"/>
          </w:rPr>
          <w:t>https://journals.sagepub.com/doi/full/10.1177/14614448241286788</w:t>
        </w:r>
      </w:hyperlink>
      <w:r>
        <w:t xml:space="preserve"> - A 2024 study published in </w:t>
      </w:r>
      <w:r>
        <w:rPr>
          <w:i/>
        </w:rPr>
        <w:t>New Media &amp; Society</w:t>
      </w:r>
      <w:r>
        <w:t xml:space="preserve"> examined the mental health impacts of dating app use over time. Researchers surveyed 493 active single users across four waves over 12 weeks, finding increased emotional exhaustion and inefficacy among participants. The study highlighted that pre-existing conditions like depression, anxiety, and loneliness predicted higher levels of burnout, while problematic dating app use was associated with increased emotional exhaustion and decreased inefficacy. This underscores the complex relationship between dating app usage and mental well-being.</w:t>
      </w:r>
      <w:r/>
    </w:p>
    <w:p>
      <w:pPr>
        <w:pStyle w:val="ListNumber"/>
        <w:spacing w:line="240" w:lineRule="auto"/>
        <w:ind w:left="720"/>
      </w:pPr>
      <w:r/>
      <w:hyperlink r:id="rId10">
        <w:r>
          <w:rPr>
            <w:color w:val="0000EE"/>
            <w:u w:val="single"/>
          </w:rPr>
          <w:t>https://www.pride.com/answers-advice/love-and-sex/lgbtq-dating-burnout</w:t>
        </w:r>
      </w:hyperlink>
      <w:r>
        <w:t xml:space="preserve"> - An article from </w:t>
      </w:r>
      <w:r>
        <w:rPr>
          <w:i/>
        </w:rPr>
        <w:t>PRIDE</w:t>
      </w:r>
      <w:r>
        <w:t xml:space="preserve"> magazine discusses the phenomenon of dating burnout within the LGBTQ+ community. Experts highlight that dating apps can lead to feelings of fatigue, overwhelm, and dread, often resulting in users procrastinating replies, cancelling dates, or feeling emotionally drained. The piece emphasizes that the pressure to maintain a perfect online presence and experiences of ghosting or deception contribute significantly to dating burnout. It also offers strategies to combat this fatigue, such as limiting time on dating apps and focusing on real-life interactions.</w:t>
      </w:r>
      <w:r/>
    </w:p>
    <w:p>
      <w:pPr>
        <w:pStyle w:val="ListNumber"/>
        <w:spacing w:line="240" w:lineRule="auto"/>
        <w:ind w:left="720"/>
      </w:pPr>
      <w:r/>
      <w:hyperlink r:id="rId14">
        <w:r>
          <w:rPr>
            <w:color w:val="0000EE"/>
            <w:u w:val="single"/>
          </w:rPr>
          <w:t>https://www.theatlantic.com/family/2026/09/dating-strategies-apps-matchmakers/688779/?utm_source=openai</w:t>
        </w:r>
      </w:hyperlink>
      <w:r>
        <w:t xml:space="preserve"> - An article from </w:t>
      </w:r>
      <w:r>
        <w:rPr>
          <w:i/>
        </w:rPr>
        <w:t>The Atlantic</w:t>
      </w:r>
      <w:r>
        <w:t xml:space="preserve"> explores the challenges of finding meaningful connections through modern dating apps. Experts argue that the decline in mixed-gender social interactions outside of dating contexts has led to a disconnect between users and potential partners. The piece suggests that dating apps encourage users to screen matches based on superficial criteria, which doesn't necessarily predict compatibility. It also discusses how emotional exhaustion and burnout from excessive choice and viewing dating as a task hinder meaningful connections.</w:t>
      </w:r>
      <w:r/>
    </w:p>
    <w:p>
      <w:pPr>
        <w:pStyle w:val="ListNumber"/>
        <w:spacing w:line="240" w:lineRule="auto"/>
        <w:ind w:left="720"/>
      </w:pPr>
      <w:r/>
      <w:hyperlink r:id="rId12">
        <w:r>
          <w:rPr>
            <w:color w:val="0000EE"/>
            <w:u w:val="single"/>
          </w:rPr>
          <w:t>https://theholistic.clinic/2026/05/17/dating-apps-and-nervous-system-overload/</w:t>
        </w:r>
      </w:hyperlink>
      <w:r>
        <w:t xml:space="preserve"> - A blog post from The Holistic Clinic delves into how dating apps can overload the nervous system. It outlines a six-stage loop that users often experience, including triggers like new matches or messages, leading to physical symptoms such as tight chest and shallow breathing. The article discusses how this cycle can result in emotional exhaustion, cynicism, anxiety, and numbness, making dating feel like a chore or a threat. It also touches upon how minority stress can exacerbate this overload, especially for LGBTQI+ individuals.</w:t>
      </w:r>
      <w:r/>
    </w:p>
    <w:p>
      <w:pPr>
        <w:pStyle w:val="ListNumber"/>
        <w:spacing w:line="240" w:lineRule="auto"/>
        <w:ind w:left="720"/>
      </w:pPr>
      <w:r/>
      <w:hyperlink r:id="rId11">
        <w:r>
          <w:rPr>
            <w:color w:val="0000EE"/>
            <w:u w:val="single"/>
          </w:rPr>
          <w:t>https://www.richardmanncounselling.com/lgbtqia</w:t>
        </w:r>
      </w:hyperlink>
      <w:r>
        <w:t xml:space="preserve"> - An article from Richard Mann Counselling addresses common challenges in LGBTQIA+ dating and relationships. It highlights issues such as dating app pressures, hookup culture, and the impact of minority stress and internalized shame. The piece discusses how exclusionary preferences on dating apps can reinforce internalized shame about body type, race, or gender expression. It also touches upon the exhaustion of repeatedly coming out and the fear of rejection based on one's identity, emphasizing the unique stressors faced by LGBTQIA+ individuals in the dating scene.</w:t>
      </w:r>
      <w:r/>
    </w:p>
    <w:p>
      <w:pPr>
        <w:pStyle w:val="ListNumber"/>
        <w:spacing w:line="240" w:lineRule="auto"/>
        <w:ind w:left="720"/>
      </w:pPr>
      <w:r/>
      <w:hyperlink r:id="rId13">
        <w:r>
          <w:rPr>
            <w:color w:val="0000EE"/>
            <w:u w:val="single"/>
          </w:rPr>
          <w:t>https://www.psychologytoday.com/us/blog/social-instincts/202411/5-ways-to-overcome-dating-burnout/amp</w:t>
        </w:r>
      </w:hyperlink>
      <w:r>
        <w:t xml:space="preserve"> - An article from </w:t>
      </w:r>
      <w:r>
        <w:rPr>
          <w:i/>
        </w:rPr>
        <w:t>Psychology Today</w:t>
      </w:r>
      <w:r>
        <w:t xml:space="preserve"> offers strategies to overcome dating burnout. It discusses how the pressure to maintain a perfect online presence and experiences of ghosting or deception contribute to dating burnout. The piece suggests limiting time on dating apps to manageable intervals, focusing on real-life interactions to foster authentic connections, and being authentic to filter unwanted matches. It also emphasizes the importance of setting specific goals and boundaries to approach dating with more clarity and purpose, rather than out of boredom or fear.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s.sagepub.com/doi/full/10.1177/14614448241286788" TargetMode="External"/><Relationship Id="rId10" Type="http://schemas.openxmlformats.org/officeDocument/2006/relationships/hyperlink" Target="https://www.pride.com/answers-advice/love-and-sex/lgbtq-dating-burnout" TargetMode="External"/><Relationship Id="rId11" Type="http://schemas.openxmlformats.org/officeDocument/2006/relationships/hyperlink" Target="https://www.richardmanncounselling.com/lgbtqia" TargetMode="External"/><Relationship Id="rId12" Type="http://schemas.openxmlformats.org/officeDocument/2006/relationships/hyperlink" Target="https://theholistic.clinic/2026/05/17/dating-apps-and-nervous-system-overload/" TargetMode="External"/><Relationship Id="rId13" Type="http://schemas.openxmlformats.org/officeDocument/2006/relationships/hyperlink" Target="https://www.psychologytoday.com/us/blog/social-instincts/202411/5-ways-to-overcome-dating-burnout/amp" TargetMode="External"/><Relationship Id="rId14" Type="http://schemas.openxmlformats.org/officeDocument/2006/relationships/hyperlink" Target="https://www.theatlantic.com/family/2026/09/dating-strategies-apps-matchmakers/688779/?utm_source=openai" TargetMode="External"/><Relationship Id="rId15" Type="http://schemas.openxmlformats.org/officeDocument/2006/relationships/hyperlink" Target="https://mingle2.com/blog/lgbtq-dating-burn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