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Palm Springs Pride Events to Start With in 2026</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are heading to Palm Springs’ Arenas District on 5 November 2026 for the annual Walkabout, a lively opening event for Greater Palm Springs Pride. With bars, restaurants and shops joining the celebration, it’s an easy way to soak up the atmosphere before the main festival weekend begins.</w:t>
      </w:r>
      <w:r/>
    </w:p>
    <w:p>
      <w:pPr>
        <w:pStyle w:val="Heading2"/>
      </w:pPr>
      <w:r>
        <w:t>Essential Takeaways</w:t>
      </w:r>
      <w:r/>
      <w:r/>
    </w:p>
    <w:p>
      <w:pPr>
        <w:pStyle w:val="ListBullet"/>
        <w:spacing w:line="240" w:lineRule="auto"/>
        <w:ind w:left="720"/>
      </w:pPr>
      <w:r/>
      <w:r>
        <w:rPr>
          <w:b/>
        </w:rPr>
        <w:t>Opening date:</w:t>
      </w:r>
      <w:r>
        <w:t xml:space="preserve"> The Arenas District Walkabout is scheduled for 5 November 2026.</w:t>
      </w:r>
      <w:r/>
    </w:p>
    <w:p>
      <w:pPr>
        <w:pStyle w:val="ListBullet"/>
        <w:spacing w:line="240" w:lineRule="auto"/>
        <w:ind w:left="720"/>
      </w:pPr>
      <w:r/>
      <w:r>
        <w:rPr>
          <w:b/>
        </w:rPr>
        <w:t>Central location:</w:t>
      </w:r>
      <w:r>
        <w:t xml:space="preserve"> The event takes place along Palm Springs’ popular Arenas Road district.</w:t>
      </w:r>
      <w:r/>
    </w:p>
    <w:p>
      <w:pPr>
        <w:pStyle w:val="ListBullet"/>
        <w:spacing w:line="240" w:lineRule="auto"/>
        <w:ind w:left="720"/>
      </w:pPr>
      <w:r/>
      <w:r>
        <w:rPr>
          <w:b/>
        </w:rPr>
        <w:t>What to expect:</w:t>
      </w:r>
      <w:r>
        <w:t xml:space="preserve"> Participating venues offer a relaxed mix of entertainment, socialising, food and drinks.</w:t>
      </w:r>
      <w:r/>
    </w:p>
    <w:p>
      <w:pPr>
        <w:pStyle w:val="ListBullet"/>
        <w:spacing w:line="240" w:lineRule="auto"/>
        <w:ind w:left="720"/>
      </w:pPr>
      <w:r/>
      <w:r>
        <w:rPr>
          <w:b/>
        </w:rPr>
        <w:t>Why go early:</w:t>
      </w:r>
      <w:r>
        <w:t xml:space="preserve"> The Walkabout gives visitors a chance to explore the Pride scene before larger weekend events.</w:t>
      </w:r>
      <w:r/>
    </w:p>
    <w:p>
      <w:pPr>
        <w:pStyle w:val="ListBullet"/>
        <w:spacing w:line="240" w:lineRule="auto"/>
        <w:ind w:left="720"/>
      </w:pPr>
      <w:r/>
      <w:r>
        <w:rPr>
          <w:b/>
        </w:rPr>
        <w:t>Useful planning tip:</w:t>
      </w:r>
      <w:r>
        <w:t xml:space="preserve"> Check official event details before travelling, as participating venues and timings may change.</w:t>
      </w:r>
      <w:r/>
      <w:r/>
    </w:p>
    <w:p>
      <w:pPr>
        <w:pStyle w:val="Heading2"/>
      </w:pPr>
      <w:r>
        <w:t>Palm Springs Pride begins with a colourful night out</w:t>
      </w:r>
      <w:r/>
    </w:p>
    <w:p>
      <w:r/>
      <w:r>
        <w:t>The Arenas District Walkabout is designed to ease visitors into Palm Springs Pride with a sociable evening rather than one giant, tightly packed spectacle. According to Palm Springs Pride, participating businesses across the district will welcome guests on 5 November, creating a lively trail through one of the city’s best-known nightlife areas.</w:t>
      </w:r>
      <w:r/>
    </w:p>
    <w:p>
      <w:r/>
      <w:r>
        <w:t>That makes it particularly appealing for first-time visitors. You can wander between venues, pause for dinner or a drink, and get a feel for the weekend without committing to a single stage or timetable. The mood is more open-house than formal ceremony, which is part of its charm.</w:t>
      </w:r>
      <w:r/>
    </w:p>
    <w:p>
      <w:pPr>
        <w:pStyle w:val="Heading2"/>
      </w:pPr>
      <w:r>
        <w:t>Why the Arenas District is a natural Pride starting point</w:t>
      </w:r>
      <w:r/>
    </w:p>
    <w:p>
      <w:r/>
      <w:r>
        <w:t>Arenas Road already has a strong reputation as a welcoming LGBTQ+ destination, with restaurants, bars and entertainment venues close together. Palm Springs Life lists the district among the key locations associated with Greater Palm Springs Pride, so visitors won't need to spend the evening crossing town.</w:t>
      </w:r>
      <w:r/>
    </w:p>
    <w:p>
      <w:r/>
      <w:r>
        <w:t>The compact setting also gives the event an easy, spontaneous rhythm. One minute you're browsing a venue, and the next you're following music or spotting a busy terrace worth investigating. For many visitors, that sense of discovery is the whole point.</w:t>
      </w:r>
      <w:r/>
    </w:p>
    <w:p>
      <w:pPr>
        <w:pStyle w:val="Heading2"/>
      </w:pPr>
      <w:r>
        <w:t>What to know before attending the Walkabout</w:t>
      </w:r>
      <w:r/>
    </w:p>
    <w:p>
      <w:r/>
      <w:r>
        <w:t>The official event listing is the best place to confirm participating venues, opening times and any entry requirements. Details can shift as the date approaches, particularly when individual businesses add performances, special menus or limited-capacity activities.</w:t>
      </w:r>
      <w:r/>
    </w:p>
    <w:p>
      <w:r/>
      <w:r>
        <w:t>If you're planning to visit several venues, comfortable shoes are a sensible choice. Palm Springs evenings can also feel cooler than the daytime, so a light layer could prove useful once the desert sun disappears.</w:t>
      </w:r>
      <w:r/>
    </w:p>
    <w:p>
      <w:pPr>
        <w:pStyle w:val="Heading2"/>
      </w:pPr>
      <w:r>
        <w:t>How it fits into the wider Pride weekend</w:t>
      </w:r>
      <w:r/>
    </w:p>
    <w:p>
      <w:r/>
      <w:r>
        <w:t>The Walkabout is an early highlight rather than the entire celebration. Greater Palm Springs Pride typically brings together parades, community events, parties and festival programming across the region, with the official Pride calendar providing the clearest overview.</w:t>
      </w:r>
      <w:r/>
    </w:p>
    <w:p>
      <w:r/>
      <w:r>
        <w:t>Visitors staying for longer can therefore use the Thursday event as a gentle launch pad. It offers a chance to learn the layout, find favourite venues and settle into the atmosphere before the bigger crowds arrive. A little local reconnaissance never hurts, especially when the weekend is busy.</w:t>
      </w:r>
      <w:r/>
    </w:p>
    <w:p>
      <w:pPr>
        <w:pStyle w:val="Heading2"/>
      </w:pPr>
      <w:r>
        <w:t>A relaxed way to meet Palm Springs Pride</w:t>
      </w:r>
      <w:r/>
    </w:p>
    <w:p>
      <w:r/>
      <w:r>
        <w:t>The official Palm Springs Pride pass also offers an option for visitors looking to organise access and discounts across the broader celebration, according to HappeningNext. Meanwhile, travel guides covering Palm Springs Pride recommend checking schedules in advance and allowing extra time for popular events.</w:t>
      </w:r>
      <w:r/>
    </w:p>
    <w:p>
      <w:r/>
      <w:r>
        <w:t>Still, the Walkabout's appeal is its simplicity. You don't need a complicated plan to enjoy it, just a sense of curiosity and a willingness to follow the lights, music and crowd. For anyone searching for the best Palm Springs Pride events for first-time visitors, it's a friendly place to begin.</w:t>
      </w:r>
      <w:r/>
    </w:p>
    <w:p>
      <w:r/>
      <w:r>
        <w:t>Explore the official calendar before you go, then leave room for a little spontaneous fun.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[7]</w:t>
        </w:r>
      </w:hyperlink>
      <w:r>
        <w:t xml:space="preserve">- Paragraph 3: </w:t>
      </w:r>
      <w:hyperlink r:id="rId10">
        <w:r>
          <w:rPr>
            <w:color w:val="0000EE"/>
            <w:u w:val="single"/>
          </w:rPr>
          <w:t>[2]</w:t>
        </w:r>
      </w:hyperlink>
      <w:r>
        <w:t xml:space="preserve">, </w:t>
      </w:r>
      <w:hyperlink r:id="rId12">
        <w:r>
          <w:rPr>
            <w:color w:val="0000EE"/>
            <w:u w:val="single"/>
          </w:rPr>
          <w:t>[4]</w:t>
        </w:r>
      </w:hyperlink>
      <w:r>
        <w:t xml:space="preserve">- Paragraph 4: </w:t>
      </w:r>
      <w:hyperlink r:id="rId14">
        <w:r>
          <w:rPr>
            <w:color w:val="0000EE"/>
            <w:u w:val="single"/>
          </w:rPr>
          <w:t>[6]</w:t>
        </w:r>
      </w:hyperlink>
      <w:r>
        <w:t xml:space="preserve">, </w:t>
      </w:r>
      <w:hyperlink r:id="rId13">
        <w:r>
          <w:rPr>
            <w:color w:val="0000EE"/>
            <w:u w:val="single"/>
          </w:rPr>
          <w:t>[7]</w:t>
        </w:r>
      </w:hyperlink>
      <w:r>
        <w:t xml:space="preserve">- Paragraph 5: </w:t>
      </w:r>
      <w:hyperlink r:id="rId12">
        <w:r>
          <w:rPr>
            <w:color w:val="0000EE"/>
            <w:u w:val="single"/>
          </w:rPr>
          <w:t>[4]</w:t>
        </w:r>
      </w:hyperlink>
      <w:r>
        <w:t xml:space="preserve">, </w:t>
      </w:r>
      <w:hyperlink r:id="rId15">
        <w:r>
          <w:rPr>
            <w:color w:val="0000EE"/>
            <w:u w:val="single"/>
          </w:rPr>
          <w:t>[5]</w:t>
        </w:r>
      </w:hyperlink>
      <w:r>
        <w:t xml:space="preserve">- Paragraph 6: </w:t>
      </w:r>
      <w:hyperlink r:id="rId14">
        <w:r>
          <w:rPr>
            <w:color w:val="0000EE"/>
            <w:u w:val="single"/>
          </w:rPr>
          <w:t>[6]</w:t>
        </w:r>
      </w:hyperlink>
      <w:r>
        <w:t xml:space="preserve">, </w:t>
      </w:r>
      <w:hyperlink r:id="rId13">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5">
        <w:r>
          <w:rPr>
            <w:color w:val="0000EE"/>
            <w:u w:val="single"/>
          </w:rPr>
          <w:t>[5]</w:t>
        </w:r>
      </w:hyperlink>
      <w:r>
        <w:t xml:space="preserve">- Paragraph 9: </w:t>
      </w:r>
      <w:hyperlink r:id="rId14">
        <w:r>
          <w:rPr>
            <w:color w:val="0000EE"/>
            <w:u w:val="single"/>
          </w:rPr>
          <w:t>[6]</w:t>
        </w:r>
      </w:hyperlink>
      <w:r>
        <w:t xml:space="preserve">, </w:t>
      </w:r>
      <w:hyperlink r:id="rId13">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5">
        <w:r>
          <w:rPr>
            <w:color w:val="0000EE"/>
            <w:u w:val="single"/>
          </w:rPr>
          <w:t>[5]</w:t>
        </w:r>
      </w:hyperlink>
      <w:r>
        <w:t xml:space="preserve">- Paragraph 12: </w:t>
      </w:r>
      <w:hyperlink r:id="rId14">
        <w:r>
          <w:rPr>
            <w:color w:val="0000EE"/>
            <w:u w:val="single"/>
          </w:rPr>
          <w:t>[6]</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https://kesq.com/pride/2026/10/16/arenas-district-walkabout-kicks-off-palm-springs-pride-on-nov-5/</w:t>
        </w:r>
      </w:hyperlink>
      <w:r>
        <w:t xml:space="preserve"> - Please view link - unable to able to access data</w:t>
      </w:r>
      <w:r/>
    </w:p>
    <w:p>
      <w:pPr>
        <w:pStyle w:val="ListNumber"/>
        <w:spacing w:line="240" w:lineRule="auto"/>
        <w:ind w:left="720"/>
      </w:pPr>
      <w:r/>
      <w:hyperlink r:id="rId10">
        <w:r>
          <w:rPr>
            <w:color w:val="0000EE"/>
            <w:u w:val="single"/>
          </w:rPr>
          <w:t>https://www.pspride.org/event-details-registration/arenas-district-walkabout-kicks-off-palm-springs-pride-nov-5</w:t>
        </w:r>
      </w:hyperlink>
      <w:r>
        <w:t xml:space="preserve"> - The Arenas District Walkabout is set to commence Palm Springs Pride on Thursday, November 5, 2026, transforming Arenas Road into a pedestrian-only festival street from 6:00 PM to 11:30 PM. This event marks the beginning of the 40th anniversary of Palm Springs Pride, inviting both locals and visitors to enjoy a vibrant atmosphere with various activities, including live music, dancing, and local shopping. The participating venues along Arenas Road include Hunters Palm Springs, Chill Bar Palm Springs, Blackbook Bar and Kitchen, Dick’s Bar, and Streetbar, each offering unique entertainment and specials to celebrate the occasion.</w:t>
      </w:r>
      <w:r/>
    </w:p>
    <w:p>
      <w:pPr>
        <w:pStyle w:val="ListNumber"/>
        <w:spacing w:line="240" w:lineRule="auto"/>
        <w:ind w:left="720"/>
      </w:pPr>
      <w:r/>
      <w:hyperlink r:id="rId11">
        <w:r>
          <w:rPr>
            <w:color w:val="0000EE"/>
            <w:u w:val="single"/>
          </w:rPr>
          <w:t>https://www.pspride.org/post/pride-starts-here-arenas-district-walkabout-kicks-off-palm-springs-pride-on-november-5</w:t>
        </w:r>
      </w:hyperlink>
      <w:r>
        <w:t xml:space="preserve"> - The official announcement for the Arenas District Walkabout, scheduled for November 5, 2026, highlights the event as the kickoff to Palm Springs Pride's 40th anniversary. The article details the transformation of Arenas Road into a bustling, pedestrian-only festival street, featuring performances by POP ROYALTY and DJ Ray Rhodes at Hunters Palm Springs, and Dawna Montell at Chill Bar Palm Springs. The event aims to unite the community in celebration, offering a diverse range of entertainment and activities to commence the Pride festivities.</w:t>
      </w:r>
      <w:r/>
    </w:p>
    <w:p>
      <w:pPr>
        <w:pStyle w:val="ListNumber"/>
        <w:spacing w:line="240" w:lineRule="auto"/>
        <w:ind w:left="720"/>
      </w:pPr>
      <w:r/>
      <w:hyperlink r:id="rId12">
        <w:r>
          <w:rPr>
            <w:color w:val="0000EE"/>
            <w:u w:val="single"/>
          </w:rPr>
          <w:t>https://www.pspride.org/pride</w:t>
        </w:r>
      </w:hyperlink>
      <w:r>
        <w:t xml:space="preserve"> - Palm Springs Pride 2026 is scheduled from November 6 to 8, featuring a series of events including the Arenas District Walkabout on Thursday, November 5. The festival encompasses entertainment on Arenas and Amado Stages, a Festival Marketplace, and the Pride Parade on Sunday, November 8. The event is free to attend, with donations encouraged to support its accessibility. The festival aims to celebrate the LGBTQ+ community with a variety of activities and performances across multiple venues in downtown Palm Springs.</w:t>
      </w:r>
      <w:r/>
    </w:p>
    <w:p>
      <w:pPr>
        <w:pStyle w:val="ListNumber"/>
        <w:spacing w:line="240" w:lineRule="auto"/>
        <w:ind w:left="720"/>
      </w:pPr>
      <w:r/>
      <w:hyperlink r:id="rId15">
        <w:r>
          <w:rPr>
            <w:color w:val="0000EE"/>
            <w:u w:val="single"/>
          </w:rPr>
          <w:t>https://happeningnext.com/event/skip-the-line-all-access-pass-the-only-official-palm-springs-pride-pass-eid1ef0l594n2nr</w:t>
        </w:r>
      </w:hyperlink>
      <w:r>
        <w:t xml:space="preserve"> - The 'Skip the Line - All Access Pass' offers attendees expedited entry to various venues during Palm Springs Pride 2026, including Hunters, Blackbook, Quadz, Dick’s, and Chill. The pass is valid from November 6 to 8, 2026, and wristbands can be picked up at the Palm Springs Pride Kiosk on Arenas Road. The initiative aims to enhance the festival experience by reducing wait times and supporting the nonprofit Palm Springs Pride organization.</w:t>
      </w:r>
      <w:r/>
    </w:p>
    <w:p>
      <w:pPr>
        <w:pStyle w:val="ListNumber"/>
        <w:spacing w:line="240" w:lineRule="auto"/>
        <w:ind w:left="720"/>
      </w:pPr>
      <w:r/>
      <w:hyperlink r:id="rId14">
        <w:r>
          <w:rPr>
            <w:color w:val="0000EE"/>
            <w:u w:val="single"/>
          </w:rPr>
          <w:t>https://www.travelinpride.com/palm-springs-pride/</w:t>
        </w:r>
      </w:hyperlink>
      <w:r>
        <w:t xml:space="preserve"> - Palm Springs Pride 2026 is set to take place from November 5 through November 8, 2026, in downtown Palm Springs and the Arenas District. The multi-day festival includes a Pride Parade, Festival Marketplace, and various entertainment stages. The event is free to attend, with donations encouraged to support its accessibility. The festival aims to celebrate the LGBTQ+ community with a variety of activities and performances across multiple venues in downtown Palm Springs.</w:t>
      </w:r>
      <w:r/>
    </w:p>
    <w:p>
      <w:pPr>
        <w:pStyle w:val="ListNumber"/>
        <w:spacing w:line="240" w:lineRule="auto"/>
        <w:ind w:left="720"/>
      </w:pPr>
      <w:r/>
      <w:hyperlink r:id="rId13">
        <w:r>
          <w:rPr>
            <w:color w:val="0000EE"/>
            <w:u w:val="single"/>
          </w:rPr>
          <w:t>https://www.palmspringslife.com/event/greater-palm-springs-pride/</w:t>
        </w:r>
      </w:hyperlink>
      <w:r>
        <w:t xml:space="preserve"> - Greater Palm Springs Pride 2026 is scheduled for November 6 to 8, 2026, in downtown Palm Springs and the Arenas District. The event includes stages, community organizations, vendors, nightlife, and public gatherings under the theme 'Be Included.' The signature Pride Parade steps off at 10 a.m. on Sunday, November 8, traveling south on Palm Canyon Drive from Tachevah Drive toward downtown. The event serves as both a celebration and a visible expression of the city’s LGBTQ+ community, allies, businesses, and civic life.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kesq.com/pride/2026/10/16/arenas-district-walkabout-kicks-off-palm-springs-pride-on-nov-5/" TargetMode="External"/><Relationship Id="rId10" Type="http://schemas.openxmlformats.org/officeDocument/2006/relationships/hyperlink" Target="https://www.pspride.org/event-details-registration/arenas-district-walkabout-kicks-off-palm-springs-pride-nov-5" TargetMode="External"/><Relationship Id="rId11" Type="http://schemas.openxmlformats.org/officeDocument/2006/relationships/hyperlink" Target="https://www.pspride.org/post/pride-starts-here-arenas-district-walkabout-kicks-off-palm-springs-pride-on-november-5" TargetMode="External"/><Relationship Id="rId12" Type="http://schemas.openxmlformats.org/officeDocument/2006/relationships/hyperlink" Target="https://www.pspride.org/pride" TargetMode="External"/><Relationship Id="rId13" Type="http://schemas.openxmlformats.org/officeDocument/2006/relationships/hyperlink" Target="https://www.palmspringslife.com/event/greater-palm-springs-pride/" TargetMode="External"/><Relationship Id="rId14" Type="http://schemas.openxmlformats.org/officeDocument/2006/relationships/hyperlink" Target="https://www.travelinpride.com/palm-springs-pride/" TargetMode="External"/><Relationship Id="rId15" Type="http://schemas.openxmlformats.org/officeDocument/2006/relationships/hyperlink" Target="https://happeningnext.com/event/skip-the-line-all-access-pass-the-only-official-palm-springs-pride-pass-eid1ef0l594n2n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