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Las Vegas Pride Festival 2026 Guide for Families and Allies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Las Vegas Pride Festival 2026 is set to turn Desert Breeze Events Center into a full-day celebration of LGBTQIA+ community, entertainment and connection. Taking place on Saturday 17 October, the event welcomes locals, visitors, families and allies, with daytime programming, evening performances and practical details worth knowing before you go.</w:t>
      </w:r>
      <w:r/>
    </w:p>
    <w:p>
      <w:pPr>
        <w:pStyle w:val="Heading2"/>
      </w:pPr>
      <w:r>
        <w:t>Essential Takeaways</w:t>
      </w:r>
      <w:r/>
      <w:r/>
    </w:p>
    <w:p>
      <w:pPr>
        <w:pStyle w:val="ListBullet"/>
        <w:spacing w:line="240" w:lineRule="auto"/>
        <w:ind w:left="720"/>
      </w:pPr>
      <w:r/>
      <w:r>
        <w:rPr>
          <w:b/>
        </w:rPr>
        <w:t>When and where:</w:t>
      </w:r>
      <w:r>
        <w:t xml:space="preserve"> Saturday 17 October 2026, from noon until 10pm at Desert Breeze Events Center.</w:t>
      </w:r>
      <w:r/>
    </w:p>
    <w:p>
      <w:pPr>
        <w:pStyle w:val="ListBullet"/>
        <w:spacing w:line="240" w:lineRule="auto"/>
        <w:ind w:left="720"/>
      </w:pPr>
      <w:r/>
      <w:r>
        <w:rPr>
          <w:b/>
        </w:rPr>
        <w:t>Ticket value:</w:t>
      </w:r>
      <w:r>
        <w:t xml:space="preserve"> General admission is listed at $12.14, while an early-bird two-for-one offer is available for $11.83 until 8 September.</w:t>
      </w:r>
      <w:r/>
    </w:p>
    <w:p>
      <w:pPr>
        <w:pStyle w:val="ListBullet"/>
        <w:spacing w:line="240" w:lineRule="auto"/>
        <w:ind w:left="720"/>
      </w:pPr>
      <w:r/>
      <w:r>
        <w:rPr>
          <w:b/>
        </w:rPr>
        <w:t>Family timing:</w:t>
      </w:r>
      <w:r>
        <w:t xml:space="preserve"> The festival is PG-rated until 7pm, after which Pride After-Dark may include adult language.</w:t>
      </w:r>
      <w:r/>
    </w:p>
    <w:p>
      <w:pPr>
        <w:pStyle w:val="ListBullet"/>
        <w:spacing w:line="240" w:lineRule="auto"/>
        <w:ind w:left="720"/>
      </w:pPr>
      <w:r/>
      <w:r>
        <w:rPr>
          <w:b/>
        </w:rPr>
        <w:t>Useful policies:</w:t>
      </w:r>
      <w:r>
        <w:t xml:space="preserve"> Pets can attend on fixed leads, but the event is smoke-free and substance-free.</w:t>
      </w:r>
      <w:r/>
    </w:p>
    <w:p>
      <w:pPr>
        <w:pStyle w:val="ListBullet"/>
        <w:spacing w:line="240" w:lineRule="auto"/>
        <w:ind w:left="720"/>
      </w:pPr>
      <w:r/>
      <w:r>
        <w:rPr>
          <w:b/>
        </w:rPr>
        <w:t>Plan ahead:</w:t>
      </w:r>
      <w:r>
        <w:t xml:space="preserve"> Allow extra time for parking, security and entry, and check the official listing for the final programme.</w:t>
      </w:r>
      <w:r/>
      <w:r/>
    </w:p>
    <w:p>
      <w:pPr>
        <w:pStyle w:val="Heading2"/>
      </w:pPr>
      <w:r>
        <w:t>A full day of Pride, community and entertainment</w:t>
      </w:r>
      <w:r/>
    </w:p>
    <w:p>
      <w:r/>
      <w:r>
        <w:t>Las Vegas Pride Festival 2026 promises a lively day out, with stages, exhibitors, community organisations and spaces designed for different ages and interests. The atmosphere is expected to shift between upbeat entertainment and quieter opportunities to meet local groups, learn more and show support.</w:t>
      </w:r>
      <w:r/>
    </w:p>
    <w:p>
      <w:r/>
      <w:r>
        <w:t>This year's theme, "Rise, Resist, Rejoice!", gives the event an energetic sense of purpose. According to Vegas4Locals, LGBTQIA+ families, couples, singles, friends and straight allies are all invited, making it as much a community gathering as a major Las Vegas event.</w:t>
      </w:r>
      <w:r/>
    </w:p>
    <w:p>
      <w:r/>
      <w:r>
        <w:t>Desert Breeze Events Center, at 8455 Kids Zone Parkway in southwest Las Vegas, should provide plenty to explore across the ten-hour festival. The final performers and stage timetable are expected closer to the date, so it's worth checking the official event information before setting out.</w:t>
      </w:r>
      <w:r/>
    </w:p>
    <w:p>
      <w:pPr>
        <w:pStyle w:val="Heading2"/>
      </w:pPr>
      <w:r>
        <w:t>Affordable tickets, especially for early birds</w:t>
      </w:r>
      <w:r/>
    </w:p>
    <w:p>
      <w:r/>
      <w:r>
        <w:t>General admission is listed at $12.14, including a $2.14 fee. The most tempting option for pairs is the early-bird deal, which offers two tickets for $11.83 in total, including fees, until 8 September 2026.</w:t>
      </w:r>
      <w:r/>
    </w:p>
    <w:p>
      <w:r/>
      <w:r>
        <w:t>Children aged five and under enter free. Youth aged six to 17, students with valid identification and seniors can buy admission for $6.83 at the gate, although those reduced-price tickets aren't listed as online options.</w:t>
      </w:r>
      <w:r/>
    </w:p>
    <w:p>
      <w:r/>
      <w:r>
        <w:t>One small detail could catch out casual visitors: arriving late doesn't mean paying less. Admission still applies regardless of when you enter, so even a short evening visit requires a ticket unless the guest qualifies for free entry.</w:t>
      </w:r>
      <w:r/>
    </w:p>
    <w:p>
      <w:pPr>
        <w:pStyle w:val="Heading2"/>
      </w:pPr>
      <w:r>
        <w:t>Family-friendly by day, more grown-up after dark</w:t>
      </w:r>
      <w:r/>
    </w:p>
    <w:p>
      <w:r/>
      <w:r>
        <w:t>Families can enjoy the festival as a PG-rated event until 7pm. After that, Pride After-Dark may feature adult language on the stages and isn't recommended for children.</w:t>
      </w:r>
      <w:r/>
    </w:p>
    <w:p>
      <w:r/>
      <w:r>
        <w:t>That makes timing an important part of the plan. Families with younger children may prefer an afternoon arrival, while adults and older groups can stay on for the later entertainment. It's a simple distinction, but knowing it in advance avoids an awkward change of pace once the sun goes down.</w:t>
      </w:r>
      <w:r/>
    </w:p>
    <w:p>
      <w:r/>
      <w:r>
        <w:t>The broader event is designed to be welcoming rather than exclusive, with activities and organisations catering to a range of interests. Parents, in particular, may appreciate checking the final schedule before travelling, as the daytime and evening line-ups could feel quite different.</w:t>
      </w:r>
      <w:r/>
    </w:p>
    <w:p>
      <w:pPr>
        <w:pStyle w:val="Heading2"/>
      </w:pPr>
      <w:r>
        <w:t>What to know before bringing a pet</w:t>
      </w:r>
      <w:r/>
    </w:p>
    <w:p>
      <w:r/>
      <w:r>
        <w:t>Pets are allowed, provided they're kept on fixed leads. Retractable leads aren't permitted, presumably to make navigating busy areas safer and less tangled.</w:t>
      </w:r>
      <w:r/>
    </w:p>
    <w:p>
      <w:r/>
      <w:r>
        <w:t>Even well-behaved dogs may find a long festival day demanding, though. Crowds, music, noise, warm weather and unfamiliar surroundings can be a lot, especially for nervous animals. Bring water, watch for signs of stress and consider whether your pet would genuinely enjoy the experience rather than simply tolerate it.</w:t>
      </w:r>
      <w:r/>
    </w:p>
    <w:p>
      <w:r/>
      <w:r>
        <w:t>The festival is also smoke-free and substance-free. That should make the setting more comfortable for families and visitors who prefer a cleaner, calmer public environment.</w:t>
      </w:r>
      <w:r/>
    </w:p>
    <w:p>
      <w:pPr>
        <w:pStyle w:val="Heading2"/>
      </w:pPr>
      <w:r>
        <w:t>Getting there without the last-minute scramble</w:t>
      </w:r>
      <w:r/>
    </w:p>
    <w:p>
      <w:r/>
      <w:r>
        <w:t>Festival traffic, parking, security checks and entry queues can all add time, so leaving earlier than usual is sensible. Guests should follow current signs and staff directions around Desert Breeze Events Center, particularly if traffic arrangements change nearer the date.</w:t>
      </w:r>
      <w:r/>
    </w:p>
    <w:p>
      <w:r/>
      <w:r>
        <w:t>Those who'd rather avoid driving can look into Las Vegas rideshare options before travelling. Booking the return journey in advance may be useful, especially if you're staying for the final performances and leaving alongside a large crowd.</w:t>
      </w:r>
      <w:r/>
    </w:p>
    <w:p>
      <w:r/>
      <w:r>
        <w:t>The entertainment line-up, exhibitors, activities, entry procedures and parking information may change before October. The official event listing should be the final stop before departure, even if you've already bought your ticket.</w:t>
      </w:r>
      <w:r/>
    </w:p>
    <w:p>
      <w:pPr>
        <w:pStyle w:val="Heading2"/>
      </w:pPr>
      <w:r>
        <w:t>A welcoming date for the Las Vegas calendar</w:t>
      </w:r>
      <w:r/>
    </w:p>
    <w:p>
      <w:r/>
      <w:r>
        <w:t>Beyond the music and festival atmosphere, Las Vegas Pride offers a chance to support community groups, businesses, artists and organisations doing visible work across the city. Visitors can browse exhibitors, connect with local resources or simply enjoy a colourful day surrounded by people who want to celebrate together.</w:t>
      </w:r>
      <w:r/>
    </w:p>
    <w:p>
      <w:r/>
      <w:r>
        <w:t>For first-time attendees, the low ticket price and flexible format make it easy to dip in for a few hours. For regulars, the mix of familiar community spirit and new performers or exhibitors is likely to keep the event feeling fresh.</w:t>
      </w:r>
      <w:r/>
    </w:p>
    <w:p>
      <w:r/>
      <w:r>
        <w:t>It's a bright, purposeful addition to the 2026 Las Vegas events calendar, with enough practical flexibility for families, couples, friends and solo visitors alike.</w:t>
      </w:r>
      <w:r/>
    </w:p>
    <w:p>
      <w:r/>
      <w:r>
        <w:t>Check the latest official details before you go, then enjoy Pride at your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https://www.vegas4locals.com/event/las-vegas-pride-festival-2026/</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egas4locals.com/event/las-vegas-pride-festiva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