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Heated Rivalry behind-the-scenes book for devoted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still waiting for Heated Rivalry season two can now revisit the romance through a new behind-the-scenes book by creator Jacob Tierney. I’ll Believe in Anything brings together annotated scripts, production notes and creative detail, offering readers a closer look at how the queer hockey drama became such a breakout hit.</w:t>
      </w:r>
      <w:r/>
    </w:p>
    <w:p>
      <w:pPr>
        <w:pStyle w:val="Heading2"/>
      </w:pPr>
      <w:r>
        <w:t>Essential Takeaways</w:t>
      </w:r>
      <w:r/>
      <w:r/>
    </w:p>
    <w:p>
      <w:pPr>
        <w:pStyle w:val="ListBullet"/>
        <w:spacing w:line="240" w:lineRule="auto"/>
        <w:ind w:left="720"/>
      </w:pPr>
      <w:r/>
      <w:r>
        <w:rPr>
          <w:b/>
        </w:rPr>
        <w:t>A companion for fans:</w:t>
      </w:r>
      <w:r>
        <w:t xml:space="preserve"> The book expands on the making of Heated Rivalry rather than continuing the story.</w:t>
      </w:r>
      <w:r/>
    </w:p>
    <w:p>
      <w:pPr>
        <w:pStyle w:val="ListBullet"/>
        <w:spacing w:line="240" w:lineRule="auto"/>
        <w:ind w:left="720"/>
      </w:pPr>
      <w:r/>
      <w:r>
        <w:rPr>
          <w:b/>
        </w:rPr>
        <w:t>Packed with detail:</w:t>
      </w:r>
      <w:r>
        <w:t xml:space="preserve"> Readers can expect annotated scripts, costume notes, set information and intimacy choreography.</w:t>
      </w:r>
      <w:r/>
    </w:p>
    <w:p>
      <w:pPr>
        <w:pStyle w:val="ListBullet"/>
        <w:spacing w:line="240" w:lineRule="auto"/>
        <w:ind w:left="720"/>
      </w:pPr>
      <w:r/>
      <w:r>
        <w:rPr>
          <w:b/>
        </w:rPr>
        <w:t>A timely release:</w:t>
      </w:r>
      <w:r>
        <w:t xml:space="preserve"> It gives audiences something substantial to explore while anticipation builds for the next season.</w:t>
      </w:r>
      <w:r/>
    </w:p>
    <w:p>
      <w:pPr>
        <w:pStyle w:val="ListBullet"/>
        <w:spacing w:line="240" w:lineRule="auto"/>
        <w:ind w:left="720"/>
      </w:pPr>
      <w:r/>
      <w:r>
        <w:rPr>
          <w:b/>
        </w:rPr>
        <w:t>More than memorabilia:</w:t>
      </w:r>
      <w:r>
        <w:t xml:space="preserve"> The book shows how performance, writing and production choices shaped the series.</w:t>
      </w:r>
      <w:r/>
    </w:p>
    <w:p>
      <w:pPr>
        <w:pStyle w:val="ListBullet"/>
        <w:spacing w:line="240" w:lineRule="auto"/>
        <w:ind w:left="720"/>
      </w:pPr>
      <w:r/>
      <w:r>
        <w:rPr>
          <w:b/>
        </w:rPr>
        <w:t>Available in print and digital listings:</w:t>
      </w:r>
      <w:r>
        <w:t xml:space="preserve"> Major booksellers and digital platforms have listed the title for readers keen to dive in.</w:t>
      </w:r>
      <w:r/>
      <w:r/>
    </w:p>
    <w:p>
      <w:pPr>
        <w:pStyle w:val="Heading2"/>
      </w:pPr>
      <w:r>
        <w:t>The wait for season two just got a little easier</w:t>
      </w:r>
      <w:r/>
    </w:p>
    <w:p>
      <w:r/>
      <w:r>
        <w:t>The hardest part of loving a breakout television romance is often the silence afterwards. One minute viewers are dissecting every glance between the leads, and the next they're left refreshing social feeds for the smallest hint of what's coming next.</w:t>
      </w:r>
      <w:r/>
    </w:p>
    <w:p>
      <w:r/>
      <w:r>
        <w:t>Jacob Tierney's new book offers a welcome diversion. According to Parade, I’ll Believe in Anything explores the making of Heated Rivalry through behind-the-scenes material, giving fans a fresh way to stay immersed in its world.</w:t>
      </w:r>
      <w:r/>
    </w:p>
    <w:p>
      <w:r/>
      <w:r>
        <w:t>That makes it especially appealing for viewers who don't just watch a series, but notice everything around it. The clothes, the blocking, the atmosphere and the quieter choices can all change how a love story lands.</w:t>
      </w:r>
      <w:r/>
    </w:p>
    <w:p>
      <w:pPr>
        <w:pStyle w:val="Heading2"/>
      </w:pPr>
      <w:r>
        <w:t>What I’ll Believe in Anything reveals about Heated Rivalry</w:t>
      </w:r>
      <w:r/>
    </w:p>
    <w:p>
      <w:r/>
      <w:r>
        <w:t>The book is built around annotated scripts and production insight, rather than a straightforward retelling of the plot. Apple Books lists the title as a companion to the series, while Google Books provides a catalogue record for the release.</w:t>
      </w:r>
      <w:r/>
    </w:p>
    <w:p>
      <w:r/>
      <w:r>
        <w:t>That format should suit the show's most detail-oriented fans. A script note can reveal why a scene unfolds in a particular order, while production commentary can explain how a room, a jersey or a carefully held pause adds emotional weight.</w:t>
      </w:r>
      <w:r/>
    </w:p>
    <w:p>
      <w:r/>
      <w:r>
        <w:t>Teen Vogue's coverage of Tierney's project also highlights the creative thinking behind the adaptation. In other words, this isn't simply a glossy souvenir. It's an opportunity to see the machinery behind the magic, without losing sight of the romance that brought viewers in.</w:t>
      </w:r>
      <w:r/>
    </w:p>
    <w:p>
      <w:pPr>
        <w:pStyle w:val="Heading2"/>
      </w:pPr>
      <w:r>
        <w:t>Why behind-the-scenes books are having a moment</w:t>
      </w:r>
      <w:r/>
    </w:p>
    <w:p>
      <w:r/>
      <w:r>
        <w:t>Television companion books have become more valuable as streaming series build passionate online communities. Episodes may arrive quickly, but the conversation continues for months through fan edits, interviews and rewatch theories.</w:t>
      </w:r>
      <w:r/>
    </w:p>
    <w:p>
      <w:r/>
      <w:r>
        <w:t>A book gives that enthusiasm somewhere to go. It slows the experience down and lets readers examine the choices that can disappear during a fast-moving episode. For a show with a strong emotional following, that extra context can feel like getting a backstage pass.</w:t>
      </w:r>
      <w:r/>
    </w:p>
    <w:p>
      <w:r/>
      <w:r>
        <w:t>Just Jared reported that Tierney's book was planned as a deeper look at the series' production. That matters because Heated Rivalry's appeal isn't only its central relationship. It's also the sense of care in the world surrounding the characters.</w:t>
      </w:r>
      <w:r/>
    </w:p>
    <w:p>
      <w:pPr>
        <w:pStyle w:val="Heading2"/>
      </w:pPr>
      <w:r>
        <w:t>Who should buy the book?</w:t>
      </w:r>
      <w:r/>
    </w:p>
    <w:p>
      <w:r/>
      <w:r>
        <w:t>If you enjoy screenwriting, production design or the craft of adapting a story for television, this is likely to offer more than fan service. It should also appeal to readers who like understanding how intimate scenes are planned and performed responsibly.</w:t>
      </w:r>
      <w:r/>
    </w:p>
    <w:p>
      <w:r/>
      <w:r>
        <w:t>The best behind-the-scenes books reward both types of reader. You can skim the visual details and revisit favourite moments, or settle in with the scripts and compare the printed page with what eventually appeared on screen.</w:t>
      </w:r>
      <w:r/>
    </w:p>
    <w:p>
      <w:r/>
      <w:r>
        <w:t>Bookshop listings identify the title as a substantial companion volume, making it a more considered purchase than a quick tie-in. If you're buying it for someone else, it's a particularly safe choice for a fan who already owns the usual merchandise and wants something with a little more substance.</w:t>
      </w:r>
      <w:r/>
    </w:p>
    <w:p>
      <w:pPr>
        <w:pStyle w:val="Heading2"/>
      </w:pPr>
      <w:r>
        <w:t>A thoughtful bridge before the next chapter</w:t>
      </w:r>
      <w:r/>
    </w:p>
    <w:p>
      <w:r/>
      <w:r>
        <w:t>The timing feels smart. While audiences wait for news about the show's future, I’ll Believe in Anything keeps the conversation alive without pretending to replace a new season.</w:t>
      </w:r>
      <w:r/>
    </w:p>
    <w:p>
      <w:r/>
      <w:r>
        <w:t>Banksquare Books lists the book under its publisher details, while Parade describes it as part of the show's continuing success. That combination suggests a release aimed at both devoted viewers and curious newcomers who want to understand the fuss.</w:t>
      </w:r>
      <w:r/>
    </w:p>
    <w:p>
      <w:r/>
      <w:r>
        <w:t>And there’s something pleasing about a television phenomenon receiving a book that takes its craft seriously. For many fans, the romance may be the hook, but the making of it is where the lasting fascination begins.</w:t>
      </w:r>
      <w:r/>
    </w:p>
    <w:p>
      <w:r/>
      <w:r>
        <w:t>It's a warm, detailed way to revisit Heated Rivalry while the season two countdown continues.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[4]</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4">
        <w:r>
          <w:rPr>
            <w:color w:val="0000EE"/>
            <w:u w:val="single"/>
          </w:rPr>
          <w:t>[4]</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https://www.queerty.com/jacob-tierneys-book-undead-dogs-conan-grays-cover-10-things-were-obsessed-with-this-week-20261017/</w:t>
        </w:r>
      </w:hyperlink>
      <w:r>
        <w:t xml:space="preserve"> - Please view link - unable to able to access data</w:t>
      </w:r>
      <w:r/>
    </w:p>
    <w:p>
      <w:pPr>
        <w:pStyle w:val="ListNumber"/>
        <w:spacing w:line="240" w:lineRule="auto"/>
        <w:ind w:left="720"/>
      </w:pPr>
      <w:r/>
      <w:hyperlink r:id="rId10">
        <w:r>
          <w:rPr>
            <w:color w:val="0000EE"/>
            <w:u w:val="single"/>
          </w:rPr>
          <w:t>https://books.apple.com/us/book/ill-believe-in-anything/id6760637722</w:t>
        </w:r>
      </w:hyperlink>
      <w:r>
        <w:t xml:space="preserve"> - 'I'll Believe in Anything' is a behind-the-scenes book by Jacob Tierney, creator of the hit series 'Heated Rivalry'. It offers a collection of annotated scripts, intimacy choreography, set details, and costuming decisions, providing insight into how the Crave original series became a worldwide phenomenon. The book is available for pre-order on Apple Books. (</w:t>
      </w:r>
      <w:hyperlink r:id="rId16">
        <w:r>
          <w:rPr>
            <w:color w:val="0000EE"/>
            <w:u w:val="single"/>
          </w:rPr>
          <w:t>books.apple.com</w:t>
        </w:r>
      </w:hyperlink>
      <w:r>
        <w:t>)</w:t>
      </w:r>
      <w:r/>
    </w:p>
    <w:p>
      <w:pPr>
        <w:pStyle w:val="ListNumber"/>
        <w:spacing w:line="240" w:lineRule="auto"/>
        <w:ind w:left="720"/>
      </w:pPr>
      <w:r/>
      <w:hyperlink r:id="rId11">
        <w:r>
          <w:rPr>
            <w:color w:val="0000EE"/>
            <w:u w:val="single"/>
          </w:rPr>
          <w:t>https://www.parade.com/books/breakout-hit-show-heated-rivalry-continues-success-must-read-behind-the-scenes-book-ill-believe-anything</w:t>
        </w:r>
      </w:hyperlink>
      <w:r>
        <w:t xml:space="preserve"> - Parade magazine reports that 'Heated Rivalry' has reached over 10.6 million US viewers since its late 2025 release. Jacob Tierney announced the release of 'I'll Believe in Anything', a behind-the-scenes book, on October 13, 2026. The book includes annotated scripts and exclusive content, offering fans an inside look at the making of the series. (</w:t>
      </w:r>
      <w:hyperlink r:id="rId17">
        <w:r>
          <w:rPr>
            <w:color w:val="0000EE"/>
            <w:u w:val="single"/>
          </w:rPr>
          <w:t>parade.com</w:t>
        </w:r>
      </w:hyperlink>
      <w:r>
        <w:t>)</w:t>
      </w:r>
      <w:r/>
    </w:p>
    <w:p>
      <w:pPr>
        <w:pStyle w:val="ListNumber"/>
        <w:spacing w:line="240" w:lineRule="auto"/>
        <w:ind w:left="720"/>
      </w:pPr>
      <w:r/>
      <w:hyperlink r:id="rId14">
        <w:r>
          <w:rPr>
            <w:color w:val="0000EE"/>
            <w:u w:val="single"/>
          </w:rPr>
          <w:t>https://books.google.com/books/about/I_ll_Believe_in_Anything.html?id=tYzq0QEACAAJ</w:t>
        </w:r>
      </w:hyperlink>
      <w:r>
        <w:t xml:space="preserve"> - Google Books provides information on 'I'll Believe in Anything: The Making of Heated Rivalry Season 1 (the Annotated Scripts)', authored by Jacob Tierney. The book is set to be published on October 13, 2026, by Little, Brown and Company. It offers a complete collection of annotated scripts for the series, with exclusive behind-the-scenes content. (</w:t>
      </w:r>
      <w:hyperlink r:id="rId18">
        <w:r>
          <w:rPr>
            <w:color w:val="0000EE"/>
            <w:u w:val="single"/>
          </w:rPr>
          <w:t>books.google.com</w:t>
        </w:r>
      </w:hyperlink>
      <w:r>
        <w:t>)</w:t>
      </w:r>
      <w:r/>
    </w:p>
    <w:p>
      <w:pPr>
        <w:pStyle w:val="ListNumber"/>
        <w:spacing w:line="240" w:lineRule="auto"/>
        <w:ind w:left="720"/>
      </w:pPr>
      <w:r/>
      <w:hyperlink r:id="rId12">
        <w:r>
          <w:rPr>
            <w:color w:val="0000EE"/>
            <w:u w:val="single"/>
          </w:rPr>
          <w:t>https://www.teenvogue.com/story/heated-rivalry-jacob-tierney-new-book-ill-believe-in-anything-interview</w:t>
        </w:r>
      </w:hyperlink>
      <w:r>
        <w:t xml:space="preserve"> - Teen Vogue features an interview with Jacob Tierney, creator of 'Heated Rivalry', discussing his new book 'I'll Believe in Anything'. The book provides fans with an inside look at the creative process behind the series, including insights into the adaptation of Rachel Reid's 'Game Changer' novels. (</w:t>
      </w:r>
      <w:hyperlink r:id="rId19">
        <w:r>
          <w:rPr>
            <w:color w:val="0000EE"/>
            <w:u w:val="single"/>
          </w:rPr>
          <w:t>teenvogue.com</w:t>
        </w:r>
      </w:hyperlink>
      <w:r>
        <w:t>)</w:t>
      </w:r>
      <w:r/>
    </w:p>
    <w:p>
      <w:pPr>
        <w:pStyle w:val="ListNumber"/>
        <w:spacing w:line="240" w:lineRule="auto"/>
        <w:ind w:left="720"/>
      </w:pPr>
      <w:r/>
      <w:hyperlink r:id="rId13">
        <w:r>
          <w:rPr>
            <w:color w:val="0000EE"/>
            <w:u w:val="single"/>
          </w:rPr>
          <w:t>https://www.justjared.com/2026/06/02/heated-rivalry-behind-the-scenes-book-coming-this-fall-from-creator-jacob-tierney/</w:t>
        </w:r>
      </w:hyperlink>
      <w:r>
        <w:t xml:space="preserve"> - Just Jared announces that Jacob Tierney, creator of 'Heated Rivalry', is releasing a behind-the-scenes book titled 'I'll Believe in Anything' on October 13, 2026. The book includes annotated scripts and exclusive content, offering fans an inside look at the making of the series. (</w:t>
      </w:r>
      <w:hyperlink r:id="rId20">
        <w:r>
          <w:rPr>
            <w:color w:val="0000EE"/>
            <w:u w:val="single"/>
          </w:rPr>
          <w:t>justjared.com</w:t>
        </w:r>
      </w:hyperlink>
      <w:r>
        <w:t>)</w:t>
      </w:r>
      <w:r/>
    </w:p>
    <w:p>
      <w:pPr>
        <w:pStyle w:val="ListNumber"/>
        <w:spacing w:line="240" w:lineRule="auto"/>
        <w:ind w:left="720"/>
      </w:pPr>
      <w:r/>
      <w:hyperlink r:id="rId15">
        <w:r>
          <w:rPr>
            <w:color w:val="0000EE"/>
            <w:u w:val="single"/>
          </w:rPr>
          <w:t>https://banksquarebooks.com/book/9780316613941</w:t>
        </w:r>
      </w:hyperlink>
      <w:r>
        <w:t xml:space="preserve"> - Bank Square Books lists 'I'll Believe in Anything: The Making of Heated Rivalry Season 1 (The Annotated Scripts)' by Jacob Tierney. The book is available for purchase, with a publication date of October 13, 2026. It offers a complete collection of annotated scripts for the series, with exclusive behind-the-scenes content. (</w:t>
      </w:r>
      <w:hyperlink r:id="rId21">
        <w:r>
          <w:rPr>
            <w:color w:val="0000EE"/>
            <w:u w:val="single"/>
          </w:rPr>
          <w:t>banksquarebooks.com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jacob-tierneys-book-undead-dogs-conan-grays-cover-10-things-were-obsessed-with-this-week-20261017/" TargetMode="External"/><Relationship Id="rId10" Type="http://schemas.openxmlformats.org/officeDocument/2006/relationships/hyperlink" Target="https://books.apple.com/us/book/ill-believe-in-anything/id6760637722" TargetMode="External"/><Relationship Id="rId11" Type="http://schemas.openxmlformats.org/officeDocument/2006/relationships/hyperlink" Target="https://www.parade.com/books/breakout-hit-show-heated-rivalry-continues-success-must-read-behind-the-scenes-book-ill-believe-anything" TargetMode="External"/><Relationship Id="rId12" Type="http://schemas.openxmlformats.org/officeDocument/2006/relationships/hyperlink" Target="https://www.teenvogue.com/story/heated-rivalry-jacob-tierney-new-book-ill-believe-in-anything-interview" TargetMode="External"/><Relationship Id="rId13" Type="http://schemas.openxmlformats.org/officeDocument/2006/relationships/hyperlink" Target="https://www.justjared.com/2026/06/02/heated-rivalry-behind-the-scenes-book-coming-this-fall-from-creator-jacob-tierney/" TargetMode="External"/><Relationship Id="rId14" Type="http://schemas.openxmlformats.org/officeDocument/2006/relationships/hyperlink" Target="https://books.google.com/books/about/I_ll_Believe_in_Anything.html?id=tYzq0QEACAAJ" TargetMode="External"/><Relationship Id="rId15" Type="http://schemas.openxmlformats.org/officeDocument/2006/relationships/hyperlink" Target="https://banksquarebooks.com/book/9780316613941" TargetMode="External"/><Relationship Id="rId16" Type="http://schemas.openxmlformats.org/officeDocument/2006/relationships/hyperlink" Target="https://books.apple.com/us/book/ill-believe-in-anything/id6760637722?utm_source=openai" TargetMode="External"/><Relationship Id="rId17" Type="http://schemas.openxmlformats.org/officeDocument/2006/relationships/hyperlink" Target="https://parade.com/books/breakout-hit-show-heated-rivalry-continues-success-must-read-behind-the-scenes-book-ill-believe-anything?utm_source=openai" TargetMode="External"/><Relationship Id="rId18" Type="http://schemas.openxmlformats.org/officeDocument/2006/relationships/hyperlink" Target="https://books.google.com/books/about/I_ll_Believe_in_Anything.html?id=tYzq0QEACAAJ&amp;utm_source=openai" TargetMode="External"/><Relationship Id="rId19" Type="http://schemas.openxmlformats.org/officeDocument/2006/relationships/hyperlink" Target="https://www.teenvogue.com/story/heated-rivalry-jacob-tierney-new-book-ill-believe-in-anything-interview?utm_source=openai" TargetMode="External"/><Relationship Id="rId20" Type="http://schemas.openxmlformats.org/officeDocument/2006/relationships/hyperlink" Target="https://www.justjared.com/2026/06/02/heated-rivalry-behind-the-scenes-book-coming-this-fall-from-creator-jacob-tierney/?utm_source=openai" TargetMode="External"/><Relationship Id="rId21" Type="http://schemas.openxmlformats.org/officeDocument/2006/relationships/hyperlink" Target="https://banksquarebooks.com/book/978031661394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