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guilty pleasure films and TV shows for an easy binge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embracing guilty pleasure films and TV shows as a welcome escape from work pressure, rising costs and endless online noise. From messy reality television to nostalgic action blockbusters, these easy watches offer drama, comedy and comfort without demanding too much brainpower.</w:t>
      </w:r>
      <w:r/>
    </w:p>
    <w:p>
      <w:pPr>
        <w:pStyle w:val="Heading2"/>
      </w:pPr>
      <w:r>
        <w:t>Why guilty pleasure viewing feels so satisfying</w:t>
      </w:r>
      <w:r/>
    </w:p>
    <w:p>
      <w:r/>
      <w:r>
        <w:t>After a long day, few things beat a plot that charges straight towards chaos. Guilty pleasure films and TV shows let viewers relax with outrageous characters, glossy drama and the comforting knowledge that nobody expects a serious literary analysis afterwards.</w:t>
      </w:r>
      <w:r/>
    </w:p>
    <w:p>
      <w:r/>
      <w:r>
        <w:t xml:space="preserve">The appeal isn't limited to reality television. Streaming services are continually resurfacing melodramas, romance series, action films and musical comedies that are big, familiar and gloriously over the top. Tom's Guide has highlighted everything from </w:t>
      </w:r>
      <w:r>
        <w:rPr>
          <w:i/>
        </w:rPr>
        <w:t>Tell Me Lies</w:t>
      </w:r>
      <w:r>
        <w:t xml:space="preserve"> to nostalgic sci-fi action as prime examples of low-pressure viewing.</w:t>
      </w:r>
      <w:r/>
      <w:r/>
    </w:p>
    <w:p>
      <w:pPr>
        <w:pStyle w:val="ListBullet"/>
        <w:spacing w:line="240" w:lineRule="auto"/>
        <w:ind w:left="720"/>
      </w:pPr>
      <w:r/>
      <w:r>
        <w:rPr>
          <w:b/>
        </w:rPr>
        <w:t>Easy escapism:</w:t>
      </w:r>
      <w:r>
        <w:t xml:space="preserve"> These titles offer immediate drama without demanding intense concentration.</w:t>
      </w:r>
      <w:r/>
    </w:p>
    <w:p>
      <w:pPr>
        <w:pStyle w:val="ListBullet"/>
        <w:spacing w:line="240" w:lineRule="auto"/>
        <w:ind w:left="720"/>
      </w:pPr>
      <w:r/>
      <w:r>
        <w:rPr>
          <w:b/>
        </w:rPr>
        <w:t>A broad mix:</w:t>
      </w:r>
      <w:r>
        <w:t xml:space="preserve"> The category includes reality shows, relationship dramas, action films, musicals and period adventures.</w:t>
      </w:r>
      <w:r/>
    </w:p>
    <w:p>
      <w:pPr>
        <w:pStyle w:val="ListBullet"/>
        <w:spacing w:line="240" w:lineRule="auto"/>
        <w:ind w:left="720"/>
      </w:pPr>
      <w:r/>
      <w:r>
        <w:rPr>
          <w:b/>
        </w:rPr>
        <w:t>Nostalgia matters:</w:t>
      </w:r>
      <w:r>
        <w:t xml:space="preserve"> Familiar stars, old-fashioned spectacle and recognisable stories can make a rewatch feel comforting.</w:t>
      </w:r>
      <w:r/>
    </w:p>
    <w:p>
      <w:pPr>
        <w:pStyle w:val="ListBullet"/>
        <w:spacing w:line="240" w:lineRule="auto"/>
        <w:ind w:left="720"/>
      </w:pPr>
      <w:r/>
      <w:r>
        <w:rPr>
          <w:b/>
        </w:rPr>
        <w:t>Free options exist:</w:t>
      </w:r>
      <w:r>
        <w:t xml:space="preserve"> Pluto TV has added several movie musicals, giving viewers a budget-friendly route into campy entertainment.</w:t>
      </w:r>
      <w:r/>
    </w:p>
    <w:p>
      <w:pPr>
        <w:pStyle w:val="ListBullet"/>
        <w:spacing w:line="240" w:lineRule="auto"/>
        <w:ind w:left="720"/>
      </w:pPr>
      <w:r/>
      <w:r>
        <w:rPr>
          <w:b/>
        </w:rPr>
        <w:t>The right choice is personal:</w:t>
      </w:r>
      <w:r>
        <w:t xml:space="preserve"> A guilty pleasure might be trashy, sentimental, spectacular or simply impossible to stop watching.</w:t>
      </w:r>
      <w:r/>
      <w:r/>
    </w:p>
    <w:p>
      <w:pPr>
        <w:pStyle w:val="Heading2"/>
      </w:pPr>
      <w:r>
        <w:t>The best guilty pleasure shows don't pretend to be sensible</w:t>
      </w:r>
      <w:r/>
    </w:p>
    <w:p>
      <w:r/>
      <w:r>
        <w:t xml:space="preserve">Relationship drama remains one of the most reliable forms of television comfort. </w:t>
      </w:r>
      <w:r>
        <w:rPr>
          <w:i/>
        </w:rPr>
        <w:t>Tell Me Lies</w:t>
      </w:r>
      <w:r>
        <w:t>, singled out by Tom's Guide, thrives on complicated romances, poor decisions and the kind of emotional turbulence that makes viewers say, "Just communicate," while immediately starting another episode.</w:t>
      </w:r>
      <w:r/>
    </w:p>
    <w:p>
      <w:r/>
      <w:r>
        <w:t xml:space="preserve">Then there's </w:t>
      </w:r>
      <w:r>
        <w:rPr>
          <w:i/>
        </w:rPr>
        <w:t>Nashville</w:t>
      </w:r>
      <w:r>
        <w:t>, a glossy drama built around ambition, heartbreak, rivalry and music. Tom's Guide noted its strong Rotten Tomatoes score while recommending all six seasons on Netflix, which is a useful reminder that a guilty pleasure doesn't have to be critically unloved. Sometimes it's simply a show that's deliciously easy to binge.</w:t>
      </w:r>
      <w:r/>
    </w:p>
    <w:p>
      <w:pPr>
        <w:pStyle w:val="Heading2"/>
      </w:pPr>
      <w:r>
        <w:t>Big action, bold costumes and plenty of nostalgia</w:t>
      </w:r>
      <w:r/>
    </w:p>
    <w:p>
      <w:r/>
      <w:r>
        <w:t>Guilty pleasure viewing also has a soft spot for films that make subtlety optional. Tom's Guide recently pointed to a sci-fi action blockbuster in Netflix's top 10, describing it as a nostalgic romp. That combination of spectacle, familiar ideas and cheerful excess is hard to resist, especially when the alternative is doom-scrolling.</w:t>
      </w:r>
      <w:r/>
    </w:p>
    <w:p>
      <w:r/>
      <w:r>
        <w:t>Pirate adventures offer a similar kind of escape. TechRadar described a new Netflix series starring Ed Westwick and John Hannah as a throwback to classic swashbuckling films, while also exploring the cast's own viewing favourites. There's something wonderfully uncomplicated about ships, treasure, villains and dramatic weather.</w:t>
      </w:r>
      <w:r/>
    </w:p>
    <w:p>
      <w:pPr>
        <w:pStyle w:val="Heading2"/>
      </w:pPr>
      <w:r>
        <w:t>Musicals make excellent comfort viewing</w:t>
      </w:r>
      <w:r/>
    </w:p>
    <w:p>
      <w:r/>
      <w:r>
        <w:t xml:space="preserve">For viewers who'd rather have songs than explosions, streaming platforms are offering plenty of playful alternatives. Pluto TV has added three free movie musicals, including a new take on </w:t>
      </w:r>
      <w:r>
        <w:rPr>
          <w:i/>
        </w:rPr>
        <w:t>Mean Girls</w:t>
      </w:r>
      <w:r>
        <w:t>, according to Tom's Guide.</w:t>
      </w:r>
      <w:r/>
    </w:p>
    <w:p>
      <w:r/>
      <w:r>
        <w:t>That matters because free access lowers the stakes. You don't need to justify another subscription or wonder whether a film deserves a cinema ticket. You can simply press play, enjoy the bright costumes and catchy numbers, and decide whether the whole thing is charming, chaotic or both.</w:t>
      </w:r>
      <w:r/>
    </w:p>
    <w:p>
      <w:pPr>
        <w:pStyle w:val="Heading2"/>
      </w:pPr>
      <w:r>
        <w:t>How to choose your next guilty pleasure</w:t>
      </w:r>
      <w:r/>
    </w:p>
    <w:p>
      <w:r/>
      <w:r>
        <w:t>Start with your mood rather than the reviews. If you're tired, choose a familiar blockbuster or a glossy series with a clear hook. If you want something more energetic, try a musical or an adventure show. And if you need pure emotional mayhem, relationship drama is usually waiting nearby.</w:t>
      </w:r>
      <w:r/>
    </w:p>
    <w:p>
      <w:r/>
      <w:r>
        <w:t>It also helps to consider episode length and commitment. A short film is ideal for a quick reset, while a multi-season drama can swallow an entire weekend. Prime Video's recent addition of a highly indulgent film, highlighted by Tom's Guide, shows that sometimes the best choice is simply the one you already suspect you'll enjoy.</w:t>
      </w:r>
      <w:r/>
    </w:p>
    <w:p>
      <w:r/>
      <w:r>
        <w:t>There isn't much value in feeling embarrassed about it. A good guilty pleasure gives the brain somewhere else to go for a while, and after a difficult day, that can be a perfectly reasonable luxury.</w:t>
      </w:r>
      <w:r/>
    </w:p>
    <w:p>
      <w:pPr>
        <w:pStyle w:val="Heading2"/>
      </w:pPr>
      <w:r>
        <w:t>The verdict: embrace the wonderfully ridiculous</w:t>
      </w:r>
      <w:r/>
    </w:p>
    <w:p>
      <w:r/>
      <w:r>
        <w:t>The strongest guilty pleasure films and TV shows aren't necessarily the best-made titles in the conventional sense. They're the ones that make you laugh, gasp, sing along or promise yourself just one more episode. In an increasingly exhausting world, that easy pleasure has real appeal.</w:t>
      </w:r>
      <w:r/>
    </w:p>
    <w:p>
      <w:r/>
      <w:r>
        <w:t>So whether your favourite is a glossy soap, a questionable action film, a dramatic musical or a reality show full of spectacularly bad decisions, there's no need to hide it. The only serious question is what you'll watch next.</w:t>
      </w:r>
      <w:r/>
    </w:p>
    <w:p>
      <w:r/>
      <w:r>
        <w:t>Enjoy the drama, and don't apologise for it.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[7]</w:t>
        </w:r>
      </w:hyperlink>
      <w:r>
        <w:t xml:space="preserve">- Paragraph 4: </w:t>
      </w:r>
      <w:hyperlink r:id="rId15">
        <w:r>
          <w:rPr>
            <w:color w:val="0000EE"/>
            <w:u w:val="single"/>
          </w:rPr>
          <w:t>[6]</w:t>
        </w:r>
      </w:hyperlink>
      <w:r>
        <w:t xml:space="preserve">, </w:t>
      </w:r>
      <w:hyperlink r:id="rId11">
        <w:r>
          <w:rPr>
            <w:color w:val="0000EE"/>
            <w:u w:val="single"/>
          </w:rPr>
          <w:t>[3]</w:t>
        </w:r>
      </w:hyperlink>
      <w:r>
        <w:t xml:space="preserve">- Paragraph 5: </w:t>
      </w:r>
      <w:hyperlink r:id="rId10">
        <w:r>
          <w:rPr>
            <w:color w:val="0000EE"/>
            <w:u w:val="single"/>
          </w:rPr>
          <w:t>[2]</w:t>
        </w:r>
      </w:hyperlink>
      <w:r>
        <w:t xml:space="preserve">, </w:t>
      </w:r>
      <w:hyperlink r:id="rId12">
        <w:r>
          <w:rPr>
            <w:color w:val="0000EE"/>
            <w:u w:val="single"/>
          </w:rPr>
          <w:t>[4]</w:t>
        </w:r>
      </w:hyperlink>
      <w:r>
        <w:t xml:space="preserve">- Paragraph 6: </w:t>
      </w:r>
      <w:hyperlink r:id="rId13">
        <w:r>
          <w:rPr>
            <w:color w:val="0000EE"/>
            <w:u w:val="single"/>
          </w:rPr>
          <w:t>[5]</w:t>
        </w:r>
      </w:hyperlink>
      <w:r>
        <w:t xml:space="preserve">- Paragraph 7: </w:t>
      </w:r>
      <w:hyperlink r:id="rId11">
        <w:r>
          <w:rPr>
            <w:color w:val="0000EE"/>
            <w:u w:val="single"/>
          </w:rPr>
          <w:t>[3]</w:t>
        </w:r>
      </w:hyperlink>
      <w:r>
        <w:t xml:space="preserve">, </w:t>
      </w:r>
      <w:hyperlink r:id="rId14">
        <w:r>
          <w:rPr>
            <w:color w:val="0000EE"/>
            <w:u w:val="single"/>
          </w:rPr>
          <w:t>[7]</w:t>
        </w:r>
      </w:hyperlink>
      <w:r>
        <w:t xml:space="preserve">- Paragraph 8: </w:t>
      </w:r>
      <w:hyperlink r:id="rId15">
        <w:r>
          <w:rPr>
            <w:color w:val="0000EE"/>
            <w:u w:val="single"/>
          </w:rPr>
          <w:t>[6]</w:t>
        </w:r>
      </w:hyperlink>
      <w:r>
        <w:t xml:space="preserve">- Paragraph 9: </w:t>
      </w:r>
      <w:hyperlink r:id="rId10">
        <w:r>
          <w:rPr>
            <w:color w:val="0000EE"/>
            <w:u w:val="single"/>
          </w:rPr>
          <w:t>[2]</w:t>
        </w:r>
      </w:hyperlink>
      <w:r>
        <w:t xml:space="preserve">, </w:t>
      </w:r>
      <w:hyperlink r:id="rId12">
        <w:r>
          <w:rPr>
            <w:color w:val="0000EE"/>
            <w:u w:val="single"/>
          </w:rPr>
          <w:t>[4]</w:t>
        </w:r>
      </w:hyperlink>
      <w:r>
        <w:t xml:space="preserve">- Paragraph 10: </w:t>
      </w:r>
      <w:hyperlink r:id="rId13">
        <w:r>
          <w:rPr>
            <w:color w:val="0000EE"/>
            <w:u w:val="single"/>
          </w:rPr>
          <w:t>[5]</w:t>
        </w:r>
      </w:hyperlink>
      <w:r>
        <w:t xml:space="preserve">, </w:t>
      </w:r>
      <w:hyperlink r:id="rId15">
        <w:r>
          <w:rPr>
            <w:color w:val="0000EE"/>
            <w:u w:val="single"/>
          </w:rPr>
          <w:t>[6]</w:t>
        </w:r>
      </w:hyperlink>
      <w:r>
        <w:t xml:space="preserve">- Paragraph 11: </w:t>
      </w:r>
      <w:hyperlink r:id="rId11">
        <w:r>
          <w:rPr>
            <w:color w:val="0000EE"/>
            <w:u w:val="single"/>
          </w:rPr>
          <w:t>[3]</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https://www.queerty.com/which-trashy-movie-or-tv-show-is-your-guilty-pleasure-why-20261016/</w:t>
        </w:r>
      </w:hyperlink>
      <w:r>
        <w:t xml:space="preserve"> - Please view link - unable to able to access data</w:t>
      </w:r>
      <w:r/>
    </w:p>
    <w:p>
      <w:pPr>
        <w:pStyle w:val="ListNumber"/>
        <w:spacing w:line="240" w:lineRule="auto"/>
        <w:ind w:left="720"/>
      </w:pPr>
      <w:r/>
      <w:hyperlink r:id="rId10">
        <w:r>
          <w:rPr>
            <w:color w:val="0000EE"/>
            <w:u w:val="single"/>
          </w:rPr>
          <w:t>https://www.tomsguide.com/entertainment/hulu/i-dont-care-who-knows-it-hulus-tell-me-lies-is-my-guilty-pleasure-show</w:t>
        </w:r>
      </w:hyperlink>
      <w:r>
        <w:t xml:space="preserve"> - An article from Tom's Guide discusses the author's enjoyment of Hulu's drama series 'Tell Me Lies', describing it as a top 'guilty pleasure' show. The piece highlights the toxic yet compelling dynamic between the main characters, Lucy Albright and Stephen DeMarco, and praises the series for its dramatic twists and complex themes, likening it to an 'elevated soap opera'. The author argues that there's no shame in enjoying messy, morally complex entertainment, encouraging readers to embrace their preferences unapologetically.</w:t>
      </w:r>
      <w:r/>
    </w:p>
    <w:p>
      <w:pPr>
        <w:pStyle w:val="ListNumber"/>
        <w:spacing w:line="240" w:lineRule="auto"/>
        <w:ind w:left="720"/>
      </w:pPr>
      <w:r/>
      <w:hyperlink r:id="rId11">
        <w:r>
          <w:rPr>
            <w:color w:val="0000EE"/>
            <w:u w:val="single"/>
          </w:rPr>
          <w:t>https://www.tomsguide.com/entertainment/netflix/netflixs-top-10-includes-one-of-my-favorite-guilty-pleasure-blockbusters-and-this-sci-fi-action-movie-is-a-nostalgic-romp</w:t>
        </w:r>
      </w:hyperlink>
      <w:r>
        <w:t xml:space="preserve"> - This Tom's Guide article highlights Steven Spielberg’s 2018 film 'Ready Player One', which has recently gained popularity on Netflix, ranking at No. 7 on the streamer’s Top 10 movies list. The film is described as a nostalgic romp, packed with 1980s pop culture references and dazzling visual effects. While acknowledging criticisms regarding its thin narrative and excessive fan service, the article praises the movie for its energetic tone and nostalgic charm, recommending it for viewers seeking fun, escapist entertainment.</w:t>
      </w:r>
      <w:r/>
    </w:p>
    <w:p>
      <w:pPr>
        <w:pStyle w:val="ListNumber"/>
        <w:spacing w:line="240" w:lineRule="auto"/>
        <w:ind w:left="720"/>
      </w:pPr>
      <w:r/>
      <w:hyperlink r:id="rId12">
        <w:r>
          <w:rPr>
            <w:color w:val="0000EE"/>
            <w:u w:val="single"/>
          </w:rPr>
          <w:t>https://www.tomsguide.com/entertainment/netflix/netflix-just-added-this-guilty-pleasure-drama-with-91-percent-on-rotten-tomatoes-binge-all-six-seasons-of-nashville-now</w:t>
        </w:r>
      </w:hyperlink>
      <w:r>
        <w:t xml:space="preserve"> - Tom's Guide reports that Netflix has added the musical drama series 'Nashville' to its streaming catalog as of September 15, 2025. The series, which originally aired from 2012 to 2018, explores the personal and professional lives of country music stars in Nashville. Acclaimed for its compelling storytelling and engaging music, 'Nashville' holds a 91% critic score on Rotten Tomatoes, making it an ideal binge-watch for fans of emotional narratives and musical themes.</w:t>
      </w:r>
      <w:r/>
    </w:p>
    <w:p>
      <w:pPr>
        <w:pStyle w:val="ListNumber"/>
        <w:spacing w:line="240" w:lineRule="auto"/>
        <w:ind w:left="720"/>
      </w:pPr>
      <w:r/>
      <w:hyperlink r:id="rId13">
        <w:r>
          <w:rPr>
            <w:color w:val="0000EE"/>
            <w:u w:val="single"/>
          </w:rPr>
          <w:t>https://www.tomsguide.com/entertainment/streaming/pluto-tv-just-added-3-free-movie-musicals-including-a-new-take-on-mean-girls</w:t>
        </w:r>
      </w:hyperlink>
      <w:r>
        <w:t xml:space="preserve"> - An article from Tom's Guide announces that Pluto TV has added three notable movie musicals to its streaming lineup for free viewing: the 2024 remake of 'Mean Girls', 2012’s 'Pitch Perfect', and the 2004 film adaptation of 'The Phantom of the Opera'. The updated 'Mean Girls' maintains the storyline of high school dynamics and social hierarchies, with Reneé Rapp playing a standout Regina George. This version joins the original 2004 film and the 2011 sequel already available on the platform.</w:t>
      </w:r>
      <w:r/>
    </w:p>
    <w:p>
      <w:pPr>
        <w:pStyle w:val="ListNumber"/>
        <w:spacing w:line="240" w:lineRule="auto"/>
        <w:ind w:left="720"/>
      </w:pPr>
      <w:r/>
      <w:hyperlink r:id="rId15">
        <w:r>
          <w:rPr>
            <w:color w:val="0000EE"/>
            <w:u w:val="single"/>
          </w:rPr>
          <w:t>https://www.tomsguide.com/entertainment/prime-video/prime-video-just-added-my-biggest-guilty-pleasure-movie-of-last-year-and-i-dont-regret-watching-it</w:t>
        </w:r>
      </w:hyperlink>
      <w:r>
        <w:t xml:space="preserve"> - This Tom's Guide article shares a personal review of the 2025 romantic drama film 'Regretting You', now available on Prime Video as of April 24, 2026. Despite receiving poor critical reviews, the author considers it a guilty pleasure, praising its emotional drama and strong cast performance. Adapted from a Colleen Hoover novel, the film centers on the Grant family, whose lives are upended by a tragic car accident and a shocking betrayal. The piece encourages viewers to give the film a chance despite critical reception.</w:t>
      </w:r>
      <w:r/>
    </w:p>
    <w:p>
      <w:pPr>
        <w:pStyle w:val="ListNumber"/>
        <w:spacing w:line="240" w:lineRule="auto"/>
        <w:ind w:left="720"/>
      </w:pPr>
      <w:r/>
      <w:hyperlink r:id="rId14">
        <w:r>
          <w:rPr>
            <w:color w:val="0000EE"/>
            <w:u w:val="single"/>
          </w:rPr>
          <w:t>https://www.techradar.com/streaming/netflix/this-new-netflix-series-starring-ed-westwick-and-john-hannah-is-a-throwback-to-classic-pirate-movies-here-are-3-of-the-casts-guilty-pleasures</w:t>
        </w:r>
      </w:hyperlink>
      <w:r>
        <w:t xml:space="preserve"> - TechRadar discusses Netflix's new action-adventure series 'Sandokan', launched globally on January 19, 2026. The series is a modern reimagining of the 19th-century Italian pirate saga by Emilio Salgari, starring Can Yaman as the titular hero. The cast praised the show’s compelling themes and artistic direction, highlighting how the story still resonates today. Off-screen, the cast shared their favorite pirate-themed guilty pleasures, including 'Pirates of the Caribbean', 'Our Flag Means Death', 'Hook', and 'Scaramouche'.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ueerty.com/which-trashy-movie-or-tv-show-is-your-guilty-pleasure-why-20261016/" TargetMode="External"/><Relationship Id="rId10" Type="http://schemas.openxmlformats.org/officeDocument/2006/relationships/hyperlink" Target="https://www.tomsguide.com/entertainment/hulu/i-dont-care-who-knows-it-hulus-tell-me-lies-is-my-guilty-pleasure-show" TargetMode="External"/><Relationship Id="rId11" Type="http://schemas.openxmlformats.org/officeDocument/2006/relationships/hyperlink" Target="https://www.tomsguide.com/entertainment/netflix/netflixs-top-10-includes-one-of-my-favorite-guilty-pleasure-blockbusters-and-this-sci-fi-action-movie-is-a-nostalgic-romp" TargetMode="External"/><Relationship Id="rId12" Type="http://schemas.openxmlformats.org/officeDocument/2006/relationships/hyperlink" Target="https://www.tomsguide.com/entertainment/netflix/netflix-just-added-this-guilty-pleasure-drama-with-91-percent-on-rotten-tomatoes-binge-all-six-seasons-of-nashville-now" TargetMode="External"/><Relationship Id="rId13" Type="http://schemas.openxmlformats.org/officeDocument/2006/relationships/hyperlink" Target="https://www.tomsguide.com/entertainment/streaming/pluto-tv-just-added-3-free-movie-musicals-including-a-new-take-on-mean-girls" TargetMode="External"/><Relationship Id="rId14" Type="http://schemas.openxmlformats.org/officeDocument/2006/relationships/hyperlink" Target="https://www.techradar.com/streaming/netflix/this-new-netflix-series-starring-ed-westwick-and-john-hannah-is-a-throwback-to-classic-pirate-movies-here-are-3-of-the-casts-guilty-pleasures" TargetMode="External"/><Relationship Id="rId15" Type="http://schemas.openxmlformats.org/officeDocument/2006/relationships/hyperlink" Target="https://www.tomsguide.com/entertainment/prime-video/prime-video-just-added-my-biggest-guilty-pleasure-movie-of-last-year-and-i-dont-regret-watching-i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