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New Street Fighter Film Feels So Queer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finding the new Street Fighter film far flirtier, stranger and more queer than expected, from Orville Peck’s glamorous Vega to the charged rivalries running through its 1990s tournament setting. That matters because the film turns familiar video-game escapism into a colourful space where ambiguity, camp and same-sex tension are part of the fun.</w:t>
      </w:r>
      <w:r/>
    </w:p>
    <w:p>
      <w:pPr>
        <w:pStyle w:val="Heading2"/>
      </w:pPr>
      <w:r>
        <w:t>Essential Takeaways</w:t>
      </w:r>
      <w:r/>
      <w:r/>
    </w:p>
    <w:p>
      <w:pPr>
        <w:pStyle w:val="ListBullet"/>
        <w:spacing w:line="240" w:lineRule="auto"/>
        <w:ind w:left="720"/>
      </w:pPr>
      <w:r/>
      <w:r>
        <w:rPr>
          <w:b/>
        </w:rPr>
        <w:t>Vega gets the spotlight:</w:t>
      </w:r>
      <w:r>
        <w:t xml:space="preserve"> Orville Peck plays the masked assassin with theatrical style and deliberate ambiguity.</w:t>
      </w:r>
      <w:r/>
    </w:p>
    <w:p>
      <w:pPr>
        <w:pStyle w:val="ListBullet"/>
        <w:spacing w:line="240" w:lineRule="auto"/>
        <w:ind w:left="720"/>
      </w:pPr>
      <w:r/>
      <w:r>
        <w:rPr>
          <w:b/>
        </w:rPr>
        <w:t>Guile and Vega crackle:</w:t>
      </w:r>
      <w:r>
        <w:t xml:space="preserve"> Their relationship suggests a comic, unexpected awakening rather than a straightforward rivalry.</w:t>
      </w:r>
      <w:r/>
    </w:p>
    <w:p>
      <w:pPr>
        <w:pStyle w:val="ListBullet"/>
        <w:spacing w:line="240" w:lineRule="auto"/>
        <w:ind w:left="720"/>
      </w:pPr>
      <w:r/>
      <w:r>
        <w:rPr>
          <w:b/>
        </w:rPr>
        <w:t>The whole cast is charged:</w:t>
      </w:r>
      <w:r>
        <w:t xml:space="preserve"> Ryu and Ken, plus Chun-Li and Cammy, bring emotional and physical intensity to the action.</w:t>
      </w:r>
      <w:r/>
    </w:p>
    <w:p>
      <w:pPr>
        <w:pStyle w:val="ListBullet"/>
        <w:spacing w:line="240" w:lineRule="auto"/>
        <w:ind w:left="720"/>
      </w:pPr>
      <w:r/>
      <w:r>
        <w:rPr>
          <w:b/>
        </w:rPr>
        <w:t>Camp is part of the appeal:</w:t>
      </w:r>
      <w:r>
        <w:t xml:space="preserve"> Costumes, melodrama and exaggerated combat give the film a knowingly playful feel.</w:t>
      </w:r>
      <w:r/>
    </w:p>
    <w:p>
      <w:pPr>
        <w:pStyle w:val="ListBullet"/>
        <w:spacing w:line="240" w:lineRule="auto"/>
        <w:ind w:left="720"/>
      </w:pPr>
      <w:r/>
      <w:r>
        <w:rPr>
          <w:b/>
        </w:rPr>
        <w:t>Representation feels timely:</w:t>
      </w:r>
      <w:r>
        <w:t xml:space="preserve"> The film embraces queer-coded energy at a moment when queer visibility on screen feels less assured.</w:t>
      </w:r>
      <w:r/>
      <w:r/>
    </w:p>
    <w:p>
      <w:pPr>
        <w:pStyle w:val="Heading2"/>
      </w:pPr>
      <w:r>
        <w:t>Street Fighter's camp was hiding in plain sight</w:t>
      </w:r>
      <w:r/>
    </w:p>
    <w:p>
      <w:r/>
      <w:r>
        <w:t>The new Street Fighter film doesn't need much persuasion to look camp. Its oversized costumes, heightened villains and flamboyant fighting styles are already doing plenty of the work, with every punch landing somewhere between action spectacle and theatrical performance.</w:t>
      </w:r>
      <w:r/>
    </w:p>
    <w:p>
      <w:r/>
      <w:r>
        <w:t>But the queer appeal runs deeper than the wardrobe. The characters seem drawn to one another even when they're supposedly trying to win, creating a world where combat often feels like aggressive flirting with better choreography.</w:t>
      </w:r>
      <w:r/>
    </w:p>
    <w:p>
      <w:r/>
      <w:r>
        <w:t>That combination makes the film feel less like a simple video-game adaptation and more like a glossy fantasy playground. According to Attitude, Orville Peck approached Vega with an intentionally unusual, almost asexual quality, adding another layer to the character's mysterious appeal.</w:t>
      </w:r>
      <w:r/>
    </w:p>
    <w:p>
      <w:pPr>
        <w:pStyle w:val="Heading2"/>
      </w:pPr>
      <w:r>
        <w:t>Orville Peck makes Vega impossible to ignore</w:t>
      </w:r>
      <w:r/>
    </w:p>
    <w:p>
      <w:r/>
      <w:r>
        <w:t>Vega has always had a special place in Street Fighter's visual universe. The mask, the claws, the vanity and the matador-inspired styling make him instantly recognisable, but Peck's performance gives the character a softer, stranger centre beneath all that polished menace.</w:t>
      </w:r>
      <w:r/>
    </w:p>
    <w:p>
      <w:r/>
      <w:r>
        <w:t>Rather than playing him as merely seductive or villainous, Peck brings an air of distance and self-possession. That's a smart choice. Vega's beauty is part of his armour, so the performance works best when he seems aware of the effect he has while remaining slightly out of reach.</w:t>
      </w:r>
      <w:r/>
    </w:p>
    <w:p>
      <w:r/>
      <w:r>
        <w:t>Attitude's coverage highlights Peck's decision to play Vega as "sort of asexual", a reading that preserves the character's ambiguity instead of forcing him into a conventional romantic mould. It gives the film a rare kind of flirtation: intense, suggestive and never entirely explained.</w:t>
      </w:r>
      <w:r/>
    </w:p>
    <w:p>
      <w:pPr>
        <w:pStyle w:val="Heading2"/>
      </w:pPr>
      <w:r>
        <w:t>Guile and Vega turn rivalry into sexual confusion</w:t>
      </w:r>
      <w:r/>
    </w:p>
    <w:p>
      <w:r/>
      <w:r>
        <w:t>The film's most entertaining dynamic may be the one between Vega and Guile. On paper, they're natural opposites: one is an elegant European assassin, the other a square-jawed military hero. On screen, however, that contrast becomes the setup for something far more awkward and funny.</w:t>
      </w:r>
      <w:r/>
    </w:p>
    <w:p>
      <w:r/>
      <w:r>
        <w:t>Guile appears intrigued by Vega in a way he can't quite process. The tension isn't presented as a grand declaration, but as a series of reactions, pauses and comic discomfort. It feels like a man discovering that his usual categories aren't quite as sturdy as he thought.</w:t>
      </w:r>
      <w:r/>
    </w:p>
    <w:p>
      <w:r/>
      <w:r>
        <w:t>That makes the pairing work beyond the joke. Attitude reports that the chemistry developed through improvisation, allowing the actors to build a relationship that feels spontaneous rather than mechanically scripted. Sometimes the most memorable queer moments arrive sideways, through a look that lasts a beat too long.</w:t>
      </w:r>
      <w:r/>
    </w:p>
    <w:p>
      <w:pPr>
        <w:pStyle w:val="Heading2"/>
      </w:pPr>
      <w:r>
        <w:t>The fighters are flirting between every round</w:t>
      </w:r>
      <w:r/>
    </w:p>
    <w:p>
      <w:r/>
      <w:r>
        <w:t>Vega and Guile aren't the only characters bringing charged energy to the tournament. Ryu and Ken's bruised friendship carries real emotional intimacy, while their reunion gives the film a central bond that feels more tender than the usual action-movie partnership.</w:t>
      </w:r>
      <w:r/>
    </w:p>
    <w:p>
      <w:r/>
      <w:r>
        <w:t>Then there's the spark between Chun-Li and Cammy, which adds another layer of heat to an already highly stylised world. Their rivalry has the kind of snap that makes every confrontation feel personal, even when the plot is busy delivering kicks, explosions and villainous speeches.</w:t>
      </w:r>
      <w:r/>
    </w:p>
    <w:p>
      <w:r/>
      <w:r>
        <w:t>This is where the film's queer sensibility becomes most noticeable. Nobody seems entirely sealed off from desire, admiration or fascination. The result is a world that feels less governed by rigid labels and more by chemistry, which is much more fun to watch.</w:t>
      </w:r>
      <w:r/>
    </w:p>
    <w:p>
      <w:pPr>
        <w:pStyle w:val="Heading2"/>
      </w:pPr>
      <w:r>
        <w:t>Why this playful representation matters now</w:t>
      </w:r>
      <w:r/>
    </w:p>
    <w:p>
      <w:r/>
      <w:r>
        <w:t>The film's 1990s setting gives it plenty of room for nostalgia, but it doesn't appear interested in reviving the era's casual cruelty towards queer people. Instead, it borrows the bright colours and melodrama while leaving much of the old-fashioned contempt behind.</w:t>
      </w:r>
      <w:r/>
    </w:p>
    <w:p>
      <w:r/>
      <w:r>
        <w:t>That distinction matters. Queer audiences have long found escape in games, fantasy worlds and flamboyant villains, often reading possibilities into characters who were never allowed to say much for themselves. Here, some of that subtext is finally allowed to breathe.</w:t>
      </w:r>
      <w:r/>
    </w:p>
    <w:p>
      <w:r/>
      <w:r>
        <w:t>Attitude's reporting also points to the rarity of this kind of studio-backed ambiguity. It may be presented with jokes and glossy action, but the choice to let Vega remain visibly queer-coded, while allowing the wider cast to play with intimacy, feels surprisingly bold.</w:t>
      </w:r>
      <w:r/>
    </w:p>
    <w:p>
      <w:pPr>
        <w:pStyle w:val="Heading2"/>
      </w:pPr>
      <w:r>
        <w:t>A new comfort watch for queer gamers?</w:t>
      </w:r>
      <w:r/>
    </w:p>
    <w:p>
      <w:r/>
      <w:r>
        <w:t>The Street Fighter franchise has always been built for projection. Players choose a fighter, enter an exaggerated world and spend a little time becoming someone sharper, stranger or more powerful. That basic escape can mean something different to audiences who haven't always felt at home in the real world.</w:t>
      </w:r>
      <w:r/>
    </w:p>
    <w:p>
      <w:r/>
      <w:r>
        <w:t>The new film seems to understand that pleasure. It doesn't treat queer readings as an embarrassing secret or a fan invention to be brushed aside. Instead, it fills the frame with visual drama, charged encounters and characters who are allowed to be ridiculous without being punished for it.</w:t>
      </w:r>
      <w:r/>
    </w:p>
    <w:p>
      <w:r/>
      <w:r>
        <w:t>For viewers who grew up with the games, that could make the adaptation feel unexpectedly personal. For everyone else, it may simply be a colourful reminder that action films are better when the chemistry is as strong as the combat.</w:t>
      </w:r>
      <w:r/>
    </w:p>
    <w:p>
      <w:r/>
      <w:r>
        <w:t>It's a flamboyant, affectionate kind of escapism, and that's exactly why it could become a queer favourite.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[4]</w:t>
        </w:r>
      </w:hyperlink>
      <w:r>
        <w:t xml:space="preserve">, </w:t>
      </w:r>
      <w:hyperlink r:id="rId10">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0">
        <w:r>
          <w:rPr>
            <w:color w:val="0000EE"/>
            <w:u w:val="single"/>
          </w:rPr>
          <w:t>[3]</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https://gomag.com/article/is-everyone-in-street-fighter-a-kinsey-3/</w:t>
        </w:r>
      </w:hyperlink>
      <w:r>
        <w:t xml:space="preserve"> - Please view link - unable to able to access data</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p>
      <w:pPr>
        <w:pStyle w:val="ListNumber"/>
        <w:spacing w:line="240" w:lineRule="auto"/>
        <w:ind w:left="720"/>
      </w:pPr>
      <w:r/>
      <w:hyperlink r:id="rId10">
        <w:r>
          <w:rPr>
            <w:color w:val="0000EE"/>
            <w:u w:val="single"/>
          </w:rPr>
          <w:t>https://www.attitude.co.uk/culture/orville-peck-played-vega-sort-of-asexual-street-fighter-film-536543/</w:t>
        </w:r>
      </w:hyperlink>
      <w:r>
        <w:t xml:space="preserve"> - In an exclusive interview, Orville Peck discusses his portrayal of Vega in the upcoming 'Street Fighter' film, describing the character as 'sort of asexual' due to Vega's self-obsession. He also shares insights into his acting debut and the film's queer themes, highlighting the significance of gaming as an escape for queer individuals. The article provides a glimpse into Peck's approach to the role and the film's exploration of queer-coded characters.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is-everyone-in-street-fighter-a-kinsey-3/" TargetMode="External"/><Relationship Id="rId10" Type="http://schemas.openxmlformats.org/officeDocument/2006/relationships/hyperlink" Target="https://www.attitude.co.uk/culture/orville-peck-played-vega-sort-of-asexual-street-fighter-film-5365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