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Tell Me Everything Was Pulled From a Swiss Queer Film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organisers in Geneva have withdrawn Tell Me Everything, an Israeli, French and British co-production, after campaigners threatened a boycott. The decision has reignited a difficult question for queer cinema: when political pressure targets a film’s national connections rather than its story, does cancelling a screening protect a festival’s programme, or narrow the space for debate?</w:t>
      </w:r>
      <w:r/>
    </w:p>
    <w:p>
      <w:pPr>
        <w:pStyle w:val="Heading2"/>
      </w:pPr>
      <w:r>
        <w:t>Essential Takeaways</w:t>
      </w:r>
      <w:r/>
      <w:r/>
    </w:p>
    <w:p>
      <w:pPr>
        <w:pStyle w:val="ListBullet"/>
        <w:spacing w:line="240" w:lineRule="auto"/>
        <w:ind w:left="720"/>
      </w:pPr>
      <w:r/>
      <w:r>
        <w:rPr>
          <w:b/>
        </w:rPr>
        <w:t>The film:</w:t>
      </w:r>
      <w:r>
        <w:t xml:space="preserve"> Tell Me Everything is set during the 1980s AIDS epidemic and follows a 12-year-old confronting his father’s hidden gay life.</w:t>
      </w:r>
      <w:r/>
    </w:p>
    <w:p>
      <w:pPr>
        <w:pStyle w:val="ListBullet"/>
        <w:spacing w:line="240" w:lineRule="auto"/>
        <w:ind w:left="720"/>
      </w:pPr>
      <w:r/>
      <w:r>
        <w:rPr>
          <w:b/>
        </w:rPr>
        <w:t>The dispute:</w:t>
      </w:r>
      <w:r>
        <w:t xml:space="preserve"> Campaigners accused the production of Zionist propaganda and pinkwashing.</w:t>
      </w:r>
      <w:r/>
    </w:p>
    <w:p>
      <w:pPr>
        <w:pStyle w:val="ListBullet"/>
        <w:spacing w:line="240" w:lineRule="auto"/>
        <w:ind w:left="720"/>
      </w:pPr>
      <w:r/>
      <w:r>
        <w:rPr>
          <w:b/>
        </w:rPr>
        <w:t>The decision:</w:t>
      </w:r>
      <w:r>
        <w:t xml:space="preserve"> Everybody’s Perfect removed the film despite its artistic director reportedly saying the arguments had not persuaded her.</w:t>
      </w:r>
      <w:r/>
    </w:p>
    <w:p>
      <w:pPr>
        <w:pStyle w:val="ListBullet"/>
        <w:spacing w:line="240" w:lineRule="auto"/>
        <w:ind w:left="720"/>
      </w:pPr>
      <w:r/>
      <w:r>
        <w:rPr>
          <w:b/>
        </w:rPr>
        <w:t>The wider concern:</w:t>
      </w:r>
      <w:r>
        <w:t xml:space="preserve"> Critics fear the cancellation could encourage similar pressure campaigns against other cultural events.</w:t>
      </w:r>
      <w:r/>
    </w:p>
    <w:p>
      <w:pPr>
        <w:pStyle w:val="ListBullet"/>
        <w:spacing w:line="240" w:lineRule="auto"/>
        <w:ind w:left="720"/>
      </w:pPr>
      <w:r/>
      <w:r>
        <w:rPr>
          <w:b/>
        </w:rPr>
        <w:t>The practical issue:</w:t>
      </w:r>
      <w:r>
        <w:t xml:space="preserve"> Festivals now face a balancing act between artistic independence, political protest and audience safety.</w:t>
      </w:r>
      <w:r/>
      <w:r/>
    </w:p>
    <w:p>
      <w:pPr>
        <w:pStyle w:val="Heading2"/>
      </w:pPr>
      <w:r>
        <w:t>A personal story caught in a much bigger argument</w:t>
      </w:r>
      <w:r/>
    </w:p>
    <w:p>
      <w:r/>
      <w:r>
        <w:t>At the centre of the controversy is a coming-of-age drama, not a government statement. Tell Me Everything is set against the AIDS crisis of the 1980s, as a young boy begins to understand both his father’s sexuality and the quiet damage caused by internalised homophobia.</w:t>
      </w:r>
      <w:r/>
    </w:p>
    <w:p>
      <w:r/>
      <w:r>
        <w:t xml:space="preserve">That intimate focus matters. The film’s subject is family secrecy, fear and identity, yet its Israeli co-production status became the defining issue for campaigners. According to Le Temps, activist groups branded the film “Zionist propaganda” and accused it of pinkwashing, a term used when LGBTQ+ visibility is seen as a way to improve Israel’s public image. </w:t>
      </w:r>
      <w:hyperlink r:id="rId9">
        <w:r>
          <w:rPr>
            <w:color w:val="0000EE"/>
            <w:u w:val="single"/>
          </w:rPr>
          <w:t>[2]</w:t>
        </w:r>
      </w:hyperlink>
      <w:r>
        <w:t xml:space="preserve">, </w:t>
      </w:r>
      <w:hyperlink r:id="rId10">
        <w:r>
          <w:rPr>
            <w:color w:val="0000EE"/>
            <w:u w:val="single"/>
          </w:rPr>
          <w:t>[4]</w:t>
        </w:r>
      </w:hyperlink>
      <w:r/>
    </w:p>
    <w:p>
      <w:r/>
      <w:r>
        <w:t>The clash is uncomfortable precisely because both conversations are real. Films can be shaped by the politics surrounding their production, but they can also contain stories that resist easy national labels. Treating every cultural work as a direct extension of state policy risks flattening that distinction.</w:t>
      </w:r>
      <w:r/>
    </w:p>
    <w:p>
      <w:pPr>
        <w:pStyle w:val="Heading2"/>
      </w:pPr>
      <w:r>
        <w:t>Why the Geneva festival removed it</w:t>
      </w:r>
      <w:r/>
    </w:p>
    <w:p>
      <w:r/>
      <w:r>
        <w:t xml:space="preserve">Everybody’s Perfect, Geneva’s queer film festival, ultimately took Tell Me Everything off its programme after pressure from activist collectives. The move followed threats of a boycott, according to reports from The Algemeiner and local media. </w:t>
      </w:r>
      <w:hyperlink r:id="rId11">
        <w:r>
          <w:rPr>
            <w:color w:val="0000EE"/>
            <w:u w:val="single"/>
          </w:rPr>
          <w:t>[3]</w:t>
        </w:r>
      </w:hyperlink>
      <w:r>
        <w:t xml:space="preserve">, </w:t>
      </w:r>
      <w:hyperlink r:id="rId12">
        <w:r>
          <w:rPr>
            <w:color w:val="0000EE"/>
            <w:u w:val="single"/>
          </w:rPr>
          <w:t>[5]</w:t>
        </w:r>
      </w:hyperlink>
      <w:r/>
    </w:p>
    <w:p>
      <w:r/>
      <w:r>
        <w:t xml:space="preserve">The festival’s artistic director has reportedly said that several Israeli films had already been excluded since 2018 when she believed they crossed into pinkwashing. In this case, however, she did not consider the same criticism convincing. The film was removed anyway to avoid a public dispute. </w:t>
      </w:r>
      <w:hyperlink r:id="rId11">
        <w:r>
          <w:rPr>
            <w:color w:val="0000EE"/>
            <w:u w:val="single"/>
          </w:rPr>
          <w:t>[3]</w:t>
        </w:r>
      </w:hyperlink>
      <w:r/>
    </w:p>
    <w:p>
      <w:r/>
      <w:r>
        <w:t>That is the point at which a programming decision begins to look less like artistic judgement and more like risk management. Festivals have limited staff, tight budgets and anxious audiences, so the temptation to avoid confrontation is understandable. Still, a quiet cancellation can send a louder message than a difficult screening followed by an open discussion.</w:t>
      </w:r>
      <w:r/>
    </w:p>
    <w:p>
      <w:pPr>
        <w:pStyle w:val="Heading2"/>
      </w:pPr>
      <w:r>
        <w:t>Boycott pressure is reshaping cultural programming</w:t>
      </w:r>
      <w:r/>
    </w:p>
    <w:p>
      <w:r/>
      <w:r>
        <w:t>The dispute reflects a broader shift in how cultural organisations are being asked to account for international partnerships. A production can now face scrutiny not only for its content, but for its financing, cast, crew and country connections.</w:t>
      </w:r>
      <w:r/>
    </w:p>
    <w:p>
      <w:r/>
      <w:r>
        <w:t xml:space="preserve">Reports from Israeli and international outlets describe Tell Me Everything as Israel’s submission or contender in the Oscar race, adding another layer to the controversy.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That association has made the film more visible, but it has also encouraged campaigners to treat its screening as a political act rather than a cultural one.</w:t>
      </w:r>
      <w:r/>
    </w:p>
    <w:p>
      <w:r/>
      <w:r>
        <w:t>Boycotts are a legitimate form of protest, and organisers have every right to argue that certain institutions should not receive a platform. Yet the consequences change when a threatened boycott is enough to remove a work that has not been shown, discussed or assessed by audiences. The cinema door closes before the conversation starts.</w:t>
      </w:r>
      <w:r/>
    </w:p>
    <w:p>
      <w:pPr>
        <w:pStyle w:val="Heading2"/>
      </w:pPr>
      <w:r>
        <w:t>What festivals can do instead</w:t>
      </w:r>
      <w:r/>
    </w:p>
    <w:p>
      <w:r/>
      <w:r>
        <w:t>There are alternatives between unconditional endorsement and cancellation. A festival could retain a contested film while adding a panel discussion, publishing a clear statement about its programming criteria or inviting speakers with sharply different views. That approach won't satisfy everyone, but it makes the decision visible and accountable.</w:t>
      </w:r>
      <w:r/>
    </w:p>
    <w:p>
      <w:r/>
      <w:r>
        <w:t>Organisers can also distinguish between a film's subject matter and the political record of the countries connected to it. A careful policy might ask whether a production actively promotes state messaging, rather than assuming that any Israeli involvement proves pinkwashing. That distinction would be especially important for films dealing with marginalised communities or historical trauma.</w:t>
      </w:r>
      <w:r/>
    </w:p>
    <w:p>
      <w:r/>
      <w:r>
        <w:t>For viewers, the simplest advice is to look beyond the headline. Read the synopsis, check who made the film and listen to the arguments on both sides. In a polarised climate, your cinema ticket doesn't have to function as a political endorsement, although it can still be part of a thoughtful public conversation.</w:t>
      </w:r>
      <w:r/>
    </w:p>
    <w:p>
      <w:pPr>
        <w:pStyle w:val="Heading2"/>
      </w:pPr>
      <w:r>
        <w:t>The real test is whether disagreement remains possible</w:t>
      </w:r>
      <w:r/>
    </w:p>
    <w:p>
      <w:r/>
      <w:r>
        <w:t xml:space="preserve">The cancellation has placed Everybody’s Perfect in a difficult position. The festival may have hoped to preserve its programme and avoid disruption, but the decision has instead drawn attention to the pressure surrounding it. As Le Temps argues, once this method works in one venue, other festivals may conclude that withdrawing a film is the safest option. </w:t>
      </w:r>
      <w:hyperlink r:id="rId9">
        <w:r>
          <w:rPr>
            <w:color w:val="0000EE"/>
            <w:u w:val="single"/>
          </w:rPr>
          <w:t>[2]</w:t>
        </w:r>
      </w:hyperlink>
      <w:r/>
    </w:p>
    <w:p>
      <w:r/>
      <w:r>
        <w:t>That could have a chilling effect well beyond Israeli cinema. Queer festivals have traditionally been spaces for complicated stories, uncomfortable histories and identities that don't fit neatly into approved categories. If programming becomes governed mainly by anticipated outrage, the most vulnerable films may be the first to disappear.</w:t>
      </w:r>
      <w:r/>
    </w:p>
    <w:p>
      <w:r/>
      <w:r>
        <w:t>A film can be criticised, challenged and rejected by audiences. But removing it before that exchange takes place leaves a troubling question behind: who gets to decide which stories are too politically inconvenient to be seen?</w:t>
      </w:r>
      <w:r/>
    </w:p>
    <w:p>
      <w:r/>
      <w:r>
        <w:t>The future of queer cinema may depend on keeping difficult conversations on screen, not taking them off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https://www.letemps.ch/opinions/debats/coproduction-israelienne-la-dangereuse-autocensure-du-festival-queer-genevois-everybody-s-perfect</w:t>
        </w:r>
      </w:hyperlink>
      <w:r>
        <w:t xml:space="preserve"> - Please view link - unable to able to access data</w:t>
      </w:r>
      <w:r/>
    </w:p>
    <w:p>
      <w:pPr>
        <w:pStyle w:val="ListNumber"/>
        <w:spacing w:line="240" w:lineRule="auto"/>
        <w:ind w:left="720"/>
      </w:pPr>
      <w:r/>
      <w:hyperlink r:id="rId9">
        <w:r>
          <w:rPr>
            <w:color w:val="0000EE"/>
            <w:u w:val="single"/>
          </w:rPr>
          <w:t>https://www.letemps.ch/opinions/debats/coproduction-israelienne-la-dangereuse-autocensure-du-festival-queer-genevois-everybody-s-perfect</w:t>
        </w:r>
      </w:hyperlink>
      <w:r>
        <w:t xml:space="preserve"> - The article discusses the recent decision by the Geneva-based queer film festival, Everybody's Perfect, to remove the Israeli-British-French co-production 'Tell Me Everything' from its lineup. The film, set in the 1980s during the AIDS epidemic, tells the story of a 12-year-old boy discovering his father's hidden homosexual life. Activist groups accused the film of 'Zionist propaganda' and 'pinkwashing,' using LGBTQ+ causes to improve Israel's image and distract from its government's policies. The festival's artistic director stated that since 2018, several Israeli films deemed 'pinkwashing' have been excluded, but this film did not meet that criterion. Despite this, the film was withdrawn to avoid controversy, highlighting a trend of self-censorship that could influence other festivals.</w:t>
      </w:r>
      <w:r/>
    </w:p>
    <w:p>
      <w:pPr>
        <w:pStyle w:val="ListNumber"/>
        <w:spacing w:line="240" w:lineRule="auto"/>
        <w:ind w:left="720"/>
      </w:pPr>
      <w:r/>
      <w:hyperlink r:id="rId11">
        <w:r>
          <w:rPr>
            <w:color w:val="0000EE"/>
            <w:u w:val="single"/>
          </w:rPr>
          <w:t>https://lecourrier.ch/2026/10/05/everybodys-perfect-film-israelien-deprogramme/</w:t>
        </w:r>
      </w:hyperlink>
      <w:r>
        <w:t xml:space="preserve"> - This article reports on the Geneva-based queer film festival, Everybody's Perfect, removing the Israeli film 'Tell Me Everything' from its programme. The decision followed pressure from pro-Palestinian groups, including the Student Coordination for Palestine at the University of Geneva. The film, directed by Moshe Rosenthal, portrays a family drama in Tel Aviv during the late 1980s AIDS crisis. The festival organisers stated that the removal was not due to the film's content but to avoid controversy just days before the festival's opening.</w:t>
      </w:r>
      <w:r/>
    </w:p>
    <w:p>
      <w:pPr>
        <w:pStyle w:val="ListNumber"/>
        <w:spacing w:line="240" w:lineRule="auto"/>
        <w:ind w:left="720"/>
      </w:pPr>
      <w:r/>
      <w:hyperlink r:id="rId10">
        <w:r>
          <w:rPr>
            <w:color w:val="0000EE"/>
            <w:u w:val="single"/>
          </w:rPr>
          <w:t>https://israj.media-j.com/article/71393/un-festival-suisse-deprogramme-un-film-israelien-sous-la-pression-de-militants-pro-palestiniens</w:t>
        </w:r>
      </w:hyperlink>
      <w:r>
        <w:t xml:space="preserve"> - The article discusses the withdrawal of the Israeli film 'Tell Me Everything' from the Geneva-based queer film festival, Everybody's Perfect, under pressure from pro-Palestinian activists. The film, directed by Moshe Rosenthal, was Israel's official submission for the Oscars. The organisers acknowledged that their decision was unrelated to the film's content but was made to avoid controversy and ensure the safety of the audience and the integrity of other selected works.</w:t>
      </w:r>
      <w:r/>
    </w:p>
    <w:p>
      <w:pPr>
        <w:pStyle w:val="ListNumber"/>
        <w:spacing w:line="240" w:lineRule="auto"/>
        <w:ind w:left="720"/>
      </w:pPr>
      <w:r/>
      <w:hyperlink r:id="rId12">
        <w:r>
          <w:rPr>
            <w:color w:val="0000EE"/>
            <w:u w:val="single"/>
          </w:rPr>
          <w:t>https://www.algemeiner.com/2026/10/09/israels-oscar-submission-tell-me-everything-dropped-queer-film-festival-following-boycott-threats/</w:t>
        </w:r>
      </w:hyperlink>
      <w:r>
        <w:t xml:space="preserve"> - This article reports that the Geneva-based queer film festival, Everybody's Perfect, removed the Israeli film 'Tell Me Everything' from its lineup after receiving backlash and boycott threats from local pro-Palestinian groups. The film, directed by Moshe Rosenthal, is about a father-son relationship during the late 1980s HIV epidemic. The festival organisers stated that the decision was made to avoid controversy and ensure the well-being of the audience and the proper showcasing of other films.</w:t>
      </w:r>
      <w:r/>
    </w:p>
    <w:p>
      <w:pPr>
        <w:pStyle w:val="ListNumber"/>
        <w:spacing w:line="240" w:lineRule="auto"/>
        <w:ind w:left="720"/>
      </w:pPr>
      <w:r/>
      <w:hyperlink r:id="rId13">
        <w:r>
          <w:rPr>
            <w:color w:val="0000EE"/>
            <w:u w:val="single"/>
          </w:rPr>
          <w:t>https://www.wtyefm.com/2026/10/08/israels-oscar-contender-tell-me-everything-dropped-from-swiss-queer-film-festival-after-palestinian-groups-boycott-threats/</w:t>
        </w:r>
      </w:hyperlink>
      <w:r>
        <w:t xml:space="preserve"> - The article reports that the Geneva-based queer film festival, Everybody's Perfect, removed the Israeli film 'Tell Me Everything' from its lineup after receiving boycott threats from local pro-Palestinian groups. The film, directed by Moshe Rosenthal, is about a father-son relationship during the late 1980s HIV epidemic. The festival organisers stated that the decision was made to avoid controversy and ensure the well-being of the audience and the proper showcasing of other films.</w:t>
      </w:r>
      <w:r/>
    </w:p>
    <w:p>
      <w:pPr>
        <w:pStyle w:val="ListNumber"/>
        <w:spacing w:line="240" w:lineRule="auto"/>
        <w:ind w:left="720"/>
      </w:pPr>
      <w:r/>
      <w:hyperlink r:id="rId14">
        <w:r>
          <w:rPr>
            <w:color w:val="0000EE"/>
            <w:u w:val="single"/>
          </w:rPr>
          <w:t>https://en.wikipedia.org/wiki/Tell_Me_Everything_(2026_film)</w:t>
        </w:r>
      </w:hyperlink>
      <w:r>
        <w:t xml:space="preserve"> - This Wikipedia page provides information about the 2026 Israeli film 'Tell Me Everything,' directed by Moshe Rosenthal. The film is a co-production between Israel, France, and the United Kingdom and stars Yair Mazor as Boaz, a 12-year-old boy who discovers his father's homosexuality during the late 1980s HIV epidemic. The film premiered at the 2026 Sundance Film Festival and was selected as Israel's submission for the Best International Feature Film at the 99th Academy Awards.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temps.ch/opinions/debats/coproduction-israelienne-la-dangereuse-autocensure-du-festival-queer-genevois-everybody-s-perfect" TargetMode="External"/><Relationship Id="rId10" Type="http://schemas.openxmlformats.org/officeDocument/2006/relationships/hyperlink" Target="https://israj.media-j.com/article/71393/un-festival-suisse-deprogramme-un-film-israelien-sous-la-pression-de-militants-pro-palestiniens" TargetMode="External"/><Relationship Id="rId11" Type="http://schemas.openxmlformats.org/officeDocument/2006/relationships/hyperlink" Target="https://lecourrier.ch/2026/10/05/everybodys-perfect-film-israelien-deprogramme/" TargetMode="External"/><Relationship Id="rId12" Type="http://schemas.openxmlformats.org/officeDocument/2006/relationships/hyperlink" Target="https://www.algemeiner.com/2026/10/09/israels-oscar-submission-tell-me-everything-dropped-queer-film-festival-following-boycott-threats/" TargetMode="External"/><Relationship Id="rId13" Type="http://schemas.openxmlformats.org/officeDocument/2006/relationships/hyperlink" Target="https://www.wtyefm.com/2026/10/08/israels-oscar-contender-tell-me-everything-dropped-from-swiss-queer-film-festival-after-palestinian-groups-boycott-threats/" TargetMode="External"/><Relationship Id="rId14" Type="http://schemas.openxmlformats.org/officeDocument/2006/relationships/hyperlink" Target="https://en.wikipedia.org/wiki/Tell_Me_Everything_(2026_fil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