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Romanian MP Faces Backlash Over Homophobic Message Shared in Parliament Group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Romanian opposition leader is facing criticism after a homophobic message was forwarded in a parliamentary committee WhatsApp group. The episode has revived questions about political language, LGBTQ+ representation and the responsibility that comes with sharing content in official spaces.</w:t>
      </w:r>
      <w:r/>
    </w:p>
    <w:p>
      <w:pPr>
        <w:pStyle w:val="Heading2"/>
      </w:pPr>
      <w:r>
        <w:t>Essential Takeaways</w:t>
      </w:r>
      <w:r/>
      <w:r/>
    </w:p>
    <w:p>
      <w:pPr>
        <w:pStyle w:val="ListBullet"/>
        <w:spacing w:line="240" w:lineRule="auto"/>
        <w:ind w:left="720"/>
      </w:pPr>
      <w:r/>
      <w:r>
        <w:rPr>
          <w:b/>
        </w:rPr>
        <w:t>The message:</w:t>
      </w:r>
      <w:r>
        <w:t xml:space="preserve"> A remark questioned why Romania’s proposed government supposedly had more gay men than women.</w:t>
      </w:r>
      <w:r/>
    </w:p>
    <w:p>
      <w:pPr>
        <w:pStyle w:val="ListBullet"/>
        <w:spacing w:line="240" w:lineRule="auto"/>
        <w:ind w:left="720"/>
      </w:pPr>
      <w:r/>
      <w:r>
        <w:rPr>
          <w:b/>
        </w:rPr>
        <w:t>Where it appeared:</w:t>
      </w:r>
      <w:r>
        <w:t xml:space="preserve"> It was forwarded alongside formal parliamentary documents in a committee group.</w:t>
      </w:r>
      <w:r/>
    </w:p>
    <w:p>
      <w:pPr>
        <w:pStyle w:val="ListBullet"/>
        <w:spacing w:line="240" w:lineRule="auto"/>
        <w:ind w:left="720"/>
      </w:pPr>
      <w:r/>
      <w:r>
        <w:rPr>
          <w:b/>
        </w:rPr>
        <w:t>The political context:</w:t>
      </w:r>
      <w:r>
        <w:t xml:space="preserve"> The proposed cabinet reportedly included only two women and no publicly LGBTQ+ ministers.</w:t>
      </w:r>
      <w:r/>
    </w:p>
    <w:p>
      <w:pPr>
        <w:pStyle w:val="ListBullet"/>
        <w:spacing w:line="240" w:lineRule="auto"/>
        <w:ind w:left="720"/>
      </w:pPr>
      <w:r/>
      <w:r>
        <w:rPr>
          <w:b/>
        </w:rPr>
        <w:t>The wider concern:</w:t>
      </w:r>
      <w:r>
        <w:t xml:space="preserve"> LGBTQ+ organisations describe this kind of humour as a form of everyday hostility and stereotyping.</w:t>
      </w:r>
      <w:r/>
    </w:p>
    <w:p>
      <w:pPr>
        <w:pStyle w:val="ListBullet"/>
        <w:spacing w:line="240" w:lineRule="auto"/>
        <w:ind w:left="720"/>
      </w:pPr>
      <w:r/>
      <w:r>
        <w:rPr>
          <w:b/>
        </w:rPr>
        <w:t>No immediate response:</w:t>
      </w:r>
      <w:r>
        <w:t xml:space="preserve"> Diana Stoica was contacted for comment but had not replied by publication time.</w:t>
      </w:r>
      <w:r/>
      <w:r/>
    </w:p>
    <w:p>
      <w:pPr>
        <w:pStyle w:val="Heading2"/>
      </w:pPr>
      <w:r>
        <w:t>A forwarded joke has become a political controversy</w:t>
      </w:r>
      <w:r/>
    </w:p>
    <w:p>
      <w:r/>
      <w:r>
        <w:t>A message shared in a parliamentary committee chat has triggered criticism in Romania after appearing to link the word “gay” with an apparent failure of government representation. The remark was forwarded by Diana Stoica, the USR parliamentary group leader and chair of the Chamber of Deputies’ European Affairs Committee, according to Romanian media reports.</w:t>
      </w:r>
      <w:r/>
    </w:p>
    <w:p>
      <w:r/>
      <w:r>
        <w:t>The message appeared beneath decisions from Parliament’s joint standing bureaux, giving the comment an awkwardly official setting. In a private chat, some might dismiss that as tasteless banter. In a working group connected to elected representatives, the standard is understandably higher.</w:t>
      </w:r>
      <w:r/>
    </w:p>
    <w:p>
      <w:r/>
      <w:r>
        <w:t>The controversy centres not only on the wording, but also on the decision to circulate it. As several Romanian outlets reported, Stoica’s post appeared to be a forwarded message rather than one written directly by her. That distinction may matter for intent, but it doesn't remove the question of judgement. (Sources: RTV, Realitatea.net)</w:t>
      </w:r>
      <w:r/>
    </w:p>
    <w:p>
      <w:pPr>
        <w:pStyle w:val="Heading2"/>
      </w:pPr>
      <w:r>
        <w:t>What the proposed cabinet actually looked like</w:t>
      </w:r>
      <w:r/>
    </w:p>
    <w:p>
      <w:r/>
      <w:r>
        <w:t>The remark referred to the government proposed by Luca Niculescu. Reports said that cabinet included two women, Natalia Intotero, nominated for the environment portfolio, and independent candidate Ioana Ciocan, nominated for culture.</w:t>
      </w:r>
      <w:r/>
    </w:p>
    <w:p>
      <w:r/>
      <w:r>
        <w:t>An earlier version of the Bolojan government also reportedly contained two women, Oana Toiu at the foreign ministry and Diana Buzoianu at the environment ministry. After the departure of Dragos Anastasiu, Oana Gheorghiu was appointed deputy prime minister, bringing the number of women in that cabinet to three.</w:t>
      </w:r>
      <w:r/>
    </w:p>
    <w:p>
      <w:r/>
      <w:r>
        <w:t>There was no publicly self-identified LGBTQ+ politician in the Niculescu proposal, according to the reporting. That makes the original comment particularly muddled: it appears to use an imagined comparison between sexual orientation and the number of women in government, rather than making a serious point about gender balance. (Sources: Goldring, Media24)</w:t>
      </w:r>
      <w:r/>
    </w:p>
    <w:p>
      <w:pPr>
        <w:pStyle w:val="Heading2"/>
      </w:pPr>
      <w:r>
        <w:t>Why “just a joke” can still do damage</w:t>
      </w:r>
      <w:r/>
    </w:p>
    <w:p>
      <w:r/>
      <w:r>
        <w:t>LGBTQ+ rights groups in Romania have repeatedly warned that jokes using “gay” as a punchline or insult help normalise prejudice. MozaiQ has described comments about gender expression and sexuality as microaggressions, particularly when people are mocked for appearing insufficiently masculine or feminine.</w:t>
      </w:r>
      <w:r/>
    </w:p>
    <w:p>
      <w:r/>
      <w:r>
        <w:t>That may sound like a small distinction, but language accumulates. A single remark rarely explains an entire culture, yet repeated casual insults can make workplaces and public institutions feel less welcoming to people who are already used to being judged.</w:t>
      </w:r>
      <w:r/>
    </w:p>
    <w:p>
      <w:r/>
      <w:r>
        <w:t>Florin Buhuceanu, director of ACCEPT, made a similar point in comments reported by Libertatea in 2020. He argued that homosexuality, like heterosexuality, is neutral and says nothing about whether someone is a capable or incapable politician. It's a useful reminder that identity isn't a qualification for office, nor a punchline about it. (Sources: Cotidianul, RTV)</w:t>
      </w:r>
      <w:r/>
    </w:p>
    <w:p>
      <w:pPr>
        <w:pStyle w:val="Heading2"/>
      </w:pPr>
      <w:r>
        <w:t>Context matters in Parliament's digital workplaces</w:t>
      </w:r>
      <w:r/>
    </w:p>
    <w:p>
      <w:r/>
      <w:r>
        <w:t>WhatsApp has blurred the line between informal conversation and official business. A message can be forwarded in seconds, but once it lands in a committee group, it becomes part of a professional exchange involving public officials and institutional work.</w:t>
      </w:r>
      <w:r/>
    </w:p>
    <w:p>
      <w:r/>
      <w:r>
        <w:t>The screenshot reported by Cotidianul apparently showed the forwarded symbol, suggesting that Stoica had passed on material received elsewhere. She was contacted to clarify whether the message was shared deliberately and to identify its original author, but no response had been received by the time of publication.</w:t>
      </w:r>
      <w:r/>
    </w:p>
    <w:p>
      <w:r/>
      <w:r>
        <w:t>That leaves several questions unanswered. Did she intend the message as criticism, satire or simply a careless share? Who wrote it first? And did anyone in the group challenge it? Those details may shape the political fallout, but the basic lesson is simpler: forwarding isn't neutral when the content targets a minority group. (Sources: Cotidianul, Media24)</w:t>
      </w:r>
      <w:r/>
    </w:p>
    <w:p>
      <w:pPr>
        <w:pStyle w:val="Heading2"/>
      </w:pPr>
      <w:r>
        <w:t>The bigger issue is representation, not wordplay</w:t>
      </w:r>
      <w:r/>
    </w:p>
    <w:p>
      <w:r/>
      <w:r>
        <w:t>Romania's argument over cabinet composition is real. Women remain underrepresented in senior political roles, and that deserves serious scrutiny. But turning the issue into a joke about gay people shifts attention away from the gender imbalance and towards a group that is not responsible for it.</w:t>
      </w:r>
      <w:r/>
    </w:p>
    <w:p>
      <w:r/>
      <w:r>
        <w:t>The episode also shows why public figures face a higher bar than ordinary social-media users. Elected representatives don't need to be humourless, but they do need to understand how their words travel, especially in official channels. A joke that seems throwaway to one person can feel like a warning to another.</w:t>
      </w:r>
      <w:r/>
    </w:p>
    <w:p>
      <w:r/>
      <w:r>
        <w:t>For now, the story remains a controversy over a forwarded message rather than a fully explained incident. Still, it offers a telling glimpse of how quickly political communication can move from administrative routine to public accountability. (Sources: Realitatea.net, Goldring)</w:t>
      </w:r>
      <w:r/>
    </w:p>
    <w:p>
      <w:r/>
      <w:r>
        <w:t>It's a small message with a much larger lesson about responsibility in public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[6]</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https://www.cotidianul.ro/de-ce-avem-mai-multi-gay-decat-femei-in-guvern-mesajul-ofensator-redistribuit-de-un-lider-usr-in-grupul-unei-comisii-parlamentare/</w:t>
        </w:r>
      </w:hyperlink>
      <w:r>
        <w:t xml:space="preserve"> - Please view link - unable to able to access data</w:t>
      </w:r>
      <w:r/>
    </w:p>
    <w:p>
      <w:pPr>
        <w:pStyle w:val="ListNumber"/>
        <w:spacing w:line="240" w:lineRule="auto"/>
        <w:ind w:left="720"/>
      </w:pPr>
      <w:r/>
      <w:hyperlink r:id="rId10">
        <w:r>
          <w:rPr>
            <w:color w:val="0000EE"/>
            <w:u w:val="single"/>
          </w:rPr>
          <w:t>https://rtvd.ro/de-ce-avem-mai-multi-gay-decat-femei-in-guvern-mesajul-ofensator-redistribuit-de-un-lider-usr-in-grupul-unei-comisii-parlamentare/</w:t>
        </w:r>
      </w:hyperlink>
      <w:r>
        <w:t xml:space="preserve"> - Diana Stoica, leader of the USR deputies and chair of the European Affairs Committee in the Chamber of Deputies, forwarded a homophobic message in a parliamentary committee group. The message questioned the gender and sexual orientation representation in the Romanian government, stating, "Why do we have more gay than women in the Romanian government?" The proposed government by Luca Niculescu includes two women: Natalia Intotero from PSD, proposed for the Environment Ministry, and Ioana Ciocan, an independent, proposed for the Culture Ministry. The initial version of the Bolojan Government also included two women: Oana Țoiu at the Ministry of Foreign Affairs and Diana Buzoianu at the Ministry of Environment, both from USR. Later, after Dragoș Atanasiu's resignation, a third woman, Oana Gheorghiu, was appointed as Deputy Prime Minister. The forwarded message was not authored by Stoica but was redirected from another source, as indicated by the absence of a forwarding symbol in the WhatsApp application. Attempts to contact Stoica for a response were unsuccessful. (</w:t>
      </w:r>
      <w:hyperlink r:id="rId14">
        <w:r>
          <w:rPr>
            <w:color w:val="0000EE"/>
            <w:u w:val="single"/>
          </w:rPr>
          <w:t>rtvd.ro</w:t>
        </w:r>
      </w:hyperlink>
      <w:r>
        <w:t>)</w:t>
      </w:r>
      <w:r/>
    </w:p>
    <w:p>
      <w:pPr>
        <w:pStyle w:val="ListNumber"/>
        <w:spacing w:line="240" w:lineRule="auto"/>
        <w:ind w:left="720"/>
      </w:pPr>
      <w:r/>
      <w:hyperlink r:id="rId12">
        <w:r>
          <w:rPr>
            <w:color w:val="0000EE"/>
            <w:u w:val="single"/>
          </w:rPr>
          <w:t>https://www.goldring.ro/ro/news/diana-stoica-a-redistribuit-un-mesaj-cu-tenta-homofoba-intr-un-grup-de-comisie-parlamentara</w:t>
        </w:r>
      </w:hyperlink>
      <w:r>
        <w:t xml:space="preserve"> - Diana Stoica, leader of the USR deputies and chair of the European Affairs Committee in the Chamber of Deputies, is under criticism for forwarding a message questioning the representation of women compared to gay individuals in the Romanian government. The message, stating, "Why do we have more gay than women in the Romanian government?", was forwarded in a parliamentary committee group. The forwarded message was not authored by Stoica but was redirected from another source, as indicated by the absence of a forwarding symbol in the WhatsApp application. Attempts to contact Stoica for a response were unsuccessful. (</w:t>
      </w:r>
      <w:hyperlink r:id="rId15">
        <w:r>
          <w:rPr>
            <w:color w:val="0000EE"/>
            <w:u w:val="single"/>
          </w:rPr>
          <w:t>goldring.ro</w:t>
        </w:r>
      </w:hyperlink>
      <w:r>
        <w:t>)</w:t>
      </w:r>
      <w:r/>
    </w:p>
    <w:p>
      <w:pPr>
        <w:pStyle w:val="ListNumber"/>
        <w:spacing w:line="240" w:lineRule="auto"/>
        <w:ind w:left="720"/>
      </w:pPr>
      <w:r/>
      <w:hyperlink r:id="rId11">
        <w:r>
          <w:rPr>
            <w:color w:val="0000EE"/>
            <w:u w:val="single"/>
          </w:rPr>
          <w:t>https://media24.ro/stire/mesaj-homofob-pe-grupul-unei-comisii-din-camera-deputatilor-deputata-usr-diana-stoica-in-centrul-unui-scandal</w:t>
        </w:r>
      </w:hyperlink>
      <w:r>
        <w:t xml:space="preserve"> - A homophobic message forwarded in the WhatsApp group of the European Affairs Committee in the Chamber of Deputies has sparked a political scandal. The message questioned the representation of women compared to gay individuals in the Romanian government, stating, "Why do we have more gay than women in the Romanian government?" The forwarded message was not authored by Stoica but was redirected from another source, as indicated by the absence of a forwarding symbol in the WhatsApp application. Attempts to contact Stoica for a response were unsuccessful. (</w:t>
      </w:r>
      <w:hyperlink r:id="rId16">
        <w:r>
          <w:rPr>
            <w:color w:val="0000EE"/>
            <w:u w:val="single"/>
          </w:rPr>
          <w:t>media24.ro</w:t>
        </w:r>
      </w:hyperlink>
      <w:r>
        <w:t>)</w:t>
      </w:r>
      <w:r/>
    </w:p>
    <w:p>
      <w:pPr>
        <w:pStyle w:val="ListNumber"/>
        <w:spacing w:line="240" w:lineRule="auto"/>
        <w:ind w:left="720"/>
      </w:pPr>
      <w:r/>
      <w:hyperlink r:id="rId13">
        <w:r>
          <w:rPr>
            <w:color w:val="0000EE"/>
            <w:u w:val="single"/>
          </w:rPr>
          <w:t>https://www.realitatea.net/stiri/politica/deputata-usr-comentariu-socant-pe-un-grup-de-whatsapp-al-parlamentului-reactia-psd-un-mesaj-grobian-o-jignire-la-adresa-oricui-trqxgn</w:t>
        </w:r>
      </w:hyperlink>
      <w:r>
        <w:t xml:space="preserve"> - Deputy Diana Stoica from USR is at the centre of a scandal after allegedly distributing a homophobic message in the WhatsApp group of the European Affairs Committee in the Chamber of Deputies. The message questioned the representation of women compared to gay individuals in the Romanian government, stating, "Why do we have more gay than women in the Romanian government?" The forwarded message was not authored by Stoica but was redirected from another source, as indicated by the absence of a forwarding symbol in the WhatsApp application. Attempts to contact Stoica for a response were unsuccessful. (</w:t>
      </w:r>
      <w:hyperlink r:id="rId17">
        <w:r>
          <w:rPr>
            <w:color w:val="0000EE"/>
            <w:u w:val="single"/>
          </w:rPr>
          <w:t>realitatea.net</w:t>
        </w:r>
      </w:hyperlink>
      <w:r>
        <w:t>)</w:t>
      </w:r>
      <w:r/>
    </w:p>
    <w:p>
      <w:pPr>
        <w:pStyle w:val="ListNumber"/>
        <w:spacing w:line="240" w:lineRule="auto"/>
        <w:ind w:left="720"/>
      </w:pPr>
      <w:r/>
      <w:hyperlink r:id="rId9">
        <w:r>
          <w:rPr>
            <w:color w:val="0000EE"/>
            <w:u w:val="single"/>
          </w:rPr>
          <w:t>https://www.cotidianul.ro/de-ce-avem-mai-multi-gay-decat-femei-in-guvern-mesajul-ofensator-redistribuit-de-un-lider-usr-in-grupul-unei-comisii-parlamentare/</w:t>
        </w:r>
      </w:hyperlink>
      <w:r>
        <w:t xml:space="preserve"> - Diana Stoica, leader of the USR deputies and chair of the European Affairs Committee in the Chamber of Deputies, forwarded a homophobic message in a parliamentary committee group. The message questioned the gender and sexual orientation representation in the Romanian government, stating, "Why do we have more gay than women in the Romanian government?" The proposed government by Luca Niculescu includes two women: Natalia Intotero from PSD, proposed for the Environment Ministry, and Ioana Ciocan, an independent, proposed for the Culture Ministry. The initial version of the Bolojan Government also included two women: Oana Țoiu at the Ministry of Foreign Affairs and Diana Buzoianu at the Ministry of Environment, both from USR. Later, after Dragoș Atanasiu's resignation, a third woman, Oana Gheorghiu, was appointed as Deputy Prime Minister. The forwarded message was not authored by Stoica but was redirected from another source, as indicated by the absence of a forwarding symbol in the WhatsApp application. Attempts to contact Stoica for a response were unsuccessful.</w:t>
      </w:r>
      <w:r/>
    </w:p>
    <w:p>
      <w:pPr>
        <w:pStyle w:val="ListNumber"/>
        <w:spacing w:line="240" w:lineRule="auto"/>
        <w:ind w:left="720"/>
      </w:pPr>
      <w:r/>
      <w:hyperlink r:id="rId9">
        <w:r>
          <w:rPr>
            <w:color w:val="0000EE"/>
            <w:u w:val="single"/>
          </w:rPr>
          <w:t>https://www.cotidianul.ro/de-ce-avem-mai-multi-gay-decat-femei-in-guvern-mesajul-ofensator-redistribuit-de-un-lider-usr-in-grupul-unei-comisii-parlamentare/</w:t>
        </w:r>
      </w:hyperlink>
      <w:r>
        <w:t xml:space="preserve"> - Diana Stoica, leader of the USR deputies and chair of the European Affairs Committee in the Chamber of Deputies, forwarded a homophobic message in a parliamentary committee group. The message questioned the gender and sexual orientation representation in the Romanian government, stating, "Why do we have more gay than women in the Romanian government?" The proposed government by Luca Niculescu includes two women: Natalia Intotero from PSD, proposed for the Environment Ministry, and Ioana Ciocan, an independent, proposed for the Culture Ministry. The initial version of the Bolojan Government also included two women: Oana Țoiu at the Ministry of Foreign Affairs and Diana Buzoianu at the Ministry of Environment, both from USR. Later, after Dragoș Atanasiu's resignation, a third woman, Oana Gheorghiu, was appointed as Deputy Prime Minister. The forwarded message was not authored by Stoica but was redirected from another source, as indicated by the absence of a forwarding symbol in the WhatsApp application. Attempts to contact Stoica for a response were unsuccessful.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tidianul.ro/de-ce-avem-mai-multi-gay-decat-femei-in-guvern-mesajul-ofensator-redistribuit-de-un-lider-usr-in-grupul-unei-comisii-parlamentare/" TargetMode="External"/><Relationship Id="rId10" Type="http://schemas.openxmlformats.org/officeDocument/2006/relationships/hyperlink" Target="https://rtvd.ro/de-ce-avem-mai-multi-gay-decat-femei-in-guvern-mesajul-ofensator-redistribuit-de-un-lider-usr-in-grupul-unei-comisii-parlamentare/" TargetMode="External"/><Relationship Id="rId11" Type="http://schemas.openxmlformats.org/officeDocument/2006/relationships/hyperlink" Target="https://media24.ro/stire/mesaj-homofob-pe-grupul-unei-comisii-din-camera-deputatilor-deputata-usr-diana-stoica-in-centrul-unui-scandal" TargetMode="External"/><Relationship Id="rId12" Type="http://schemas.openxmlformats.org/officeDocument/2006/relationships/hyperlink" Target="https://www.goldring.ro/ro/news/diana-stoica-a-redistribuit-un-mesaj-cu-tenta-homofoba-intr-un-grup-de-comisie-parlamentara" TargetMode="External"/><Relationship Id="rId13" Type="http://schemas.openxmlformats.org/officeDocument/2006/relationships/hyperlink" Target="https://www.realitatea.net/stiri/politica/deputata-usr-comentariu-socant-pe-un-grup-de-whatsapp-al-parlamentului-reactia-psd-un-mesaj-grobian-o-jignire-la-adresa-oricui-trqxgn" TargetMode="External"/><Relationship Id="rId14" Type="http://schemas.openxmlformats.org/officeDocument/2006/relationships/hyperlink" Target="https://rtvd.ro/de-ce-avem-mai-multi-gay-decat-femei-in-guvern-mesajul-ofensator-redistribuit-de-un-lider-usr-in-grupul-unei-comisii-parlamentare/?utm_source=openai" TargetMode="External"/><Relationship Id="rId15" Type="http://schemas.openxmlformats.org/officeDocument/2006/relationships/hyperlink" Target="https://www.goldring.ro/ro/news/diana-stoica-a-redistribuit-un-mesaj-cu-tenta-homofoba-intr-un-grup-de-comisie-parlamentara?utm_source=openai" TargetMode="External"/><Relationship Id="rId16" Type="http://schemas.openxmlformats.org/officeDocument/2006/relationships/hyperlink" Target="https://media24.ro/stire/mesaj-homofob-pe-grupul-unei-comisii-din-camera?utm_source=openai" TargetMode="External"/><Relationship Id="rId17" Type="http://schemas.openxmlformats.org/officeDocument/2006/relationships/hyperlink" Target="https://www.realitatea.net/stiri/politica/deputata-usr-comentariu-socant-pe-un-grup-de-whatsapp-al-parlamentului-reactia-psd-un-mesaj-grobian-o-jignire-la-adresa-oricui-trqxg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