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Orville Peck brings Queer flair to Street Fighter as Vega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getting a colourful new reason to watch Street Fighter, as country star and Broadway performer Orville Peck takes on Vega in the upcoming film. The masked musician says the role feels deeply personal, while his blend of music, theatre and screen work gives the game’s flamboyant fighter a striking new edge.</w:t>
      </w:r>
      <w:r/>
    </w:p>
    <w:p>
      <w:pPr>
        <w:pStyle w:val="Heading2"/>
      </w:pPr>
      <w:r>
        <w:t>Essential Takeaways</w:t>
      </w:r>
      <w:r/>
      <w:r/>
    </w:p>
    <w:p>
      <w:pPr>
        <w:pStyle w:val="ListBullet"/>
        <w:spacing w:line="240" w:lineRule="auto"/>
        <w:ind w:left="720"/>
      </w:pPr>
      <w:r/>
      <w:r>
        <w:rPr>
          <w:b/>
        </w:rPr>
        <w:t>A childhood favourite:</w:t>
      </w:r>
      <w:r>
        <w:t xml:space="preserve"> Peck says Vega was his preferred Street Fighter character when he played the series as a youngster.</w:t>
      </w:r>
      <w:r/>
    </w:p>
    <w:p>
      <w:pPr>
        <w:pStyle w:val="ListBullet"/>
        <w:spacing w:line="240" w:lineRule="auto"/>
        <w:ind w:left="720"/>
      </w:pPr>
      <w:r/>
      <w:r>
        <w:rPr>
          <w:b/>
        </w:rPr>
        <w:t>A natural fit:</w:t>
      </w:r>
      <w:r>
        <w:t xml:space="preserve"> The performer’s familiar mask, theatrical style and Cabaret experience make Vega a particularly intriguing casting choice.</w:t>
      </w:r>
      <w:r/>
    </w:p>
    <w:p>
      <w:pPr>
        <w:pStyle w:val="ListBullet"/>
        <w:spacing w:line="240" w:lineRule="auto"/>
        <w:ind w:left="720"/>
      </w:pPr>
      <w:r/>
      <w:r>
        <w:rPr>
          <w:b/>
        </w:rPr>
        <w:t>A stacked production:</w:t>
      </w:r>
      <w:r>
        <w:t xml:space="preserve"> The film’s ensemble includes recognisable names from music, wrestling and comedy.</w:t>
      </w:r>
      <w:r/>
    </w:p>
    <w:p>
      <w:pPr>
        <w:pStyle w:val="ListBullet"/>
        <w:spacing w:line="240" w:lineRule="auto"/>
        <w:ind w:left="720"/>
      </w:pPr>
      <w:r/>
      <w:r>
        <w:rPr>
          <w:b/>
        </w:rPr>
        <w:t>Visibility matters:</w:t>
      </w:r>
      <w:r>
        <w:t xml:space="preserve"> Peck hopes his role will show young Queer viewers that they can pursue any creative path.</w:t>
      </w:r>
      <w:r/>
    </w:p>
    <w:p>
      <w:pPr>
        <w:pStyle w:val="ListBullet"/>
        <w:spacing w:line="240" w:lineRule="auto"/>
        <w:ind w:left="720"/>
      </w:pPr>
      <w:r/>
      <w:r>
        <w:rPr>
          <w:b/>
        </w:rPr>
        <w:t>A demanding schedule:</w:t>
      </w:r>
      <w:r>
        <w:t xml:space="preserve"> He balanced album work, Broadway and physical preparation for the film during an unusually busy period.</w:t>
      </w:r>
      <w:r/>
      <w:r/>
    </w:p>
    <w:p>
      <w:pPr>
        <w:pStyle w:val="Heading2"/>
      </w:pPr>
      <w:r>
        <w:t>Why Orville Peck and Vega make an unexpectedly perfect match</w:t>
      </w:r>
      <w:r/>
    </w:p>
    <w:p>
      <w:r/>
      <w:r>
        <w:t>Vega is known for his mask, vanity and razor-sharp fighting style, while Peck has built a career around mystery, glamour and a distinctive covered face. On paper, it sounds like an odd pairing. In practice, it feels almost suspiciously sensible.</w:t>
      </w:r>
      <w:r/>
    </w:p>
    <w:p>
      <w:r/>
      <w:r>
        <w:t>Speaking to Seattle Gay News, Peck recalled playing Vega in Street Fighter 2: Champion Edition as a child. He also connected with the character's heightened, gender-fluid visual language, describing Vega as a Queer icon even if the games never spell that out.</w:t>
      </w:r>
      <w:r/>
    </w:p>
    <w:p>
      <w:r/>
      <w:r>
        <w:t>That personal link gives the casting more weight than a simple celebrity cameo. Peck isn't merely borrowing the character's claws and dramatic poses; he's returning to a figure who already occupied a small corner of his childhood imagination. GamesRadar's coverage of the new film likewise points to a production embracing the series' bold, knowingly over-the-top energy. (</w:t>
      </w:r>
      <w:hyperlink r:id="rId9">
        <w:r>
          <w:rPr>
            <w:color w:val="0000EE"/>
            <w:u w:val="single"/>
          </w:rPr>
          <w:t>[7]</w:t>
        </w:r>
      </w:hyperlink>
      <w:r>
        <w:t>)</w:t>
      </w:r>
      <w:r/>
    </w:p>
    <w:p>
      <w:pPr>
        <w:pStyle w:val="Heading2"/>
      </w:pPr>
      <w:r>
        <w:t>From Cabaret's Emcee to a video-game fighter</w:t>
      </w:r>
      <w:r/>
    </w:p>
    <w:p>
      <w:r/>
      <w:r>
        <w:t>Peck's move into Street Fighter follows a theatrical run as the Emcee in Broadway's Cabaret, a role that demands swagger, control and a taste for the unsettling. Those qualities should translate neatly to Vega, whose appeal has always rested as much on performance as combat.</w:t>
      </w:r>
      <w:r/>
    </w:p>
    <w:p>
      <w:r/>
      <w:r>
        <w:t>Broadway.com reported that Peck made his Broadway debut in the production, including a notable unmasked appearance. That detail matters because his public image has long relied on the mask, so removing it on stage became part of the performance's drama rather than a simple costume change. (</w:t>
      </w:r>
      <w:hyperlink r:id="rId10">
        <w:r>
          <w:rPr>
            <w:color w:val="0000EE"/>
            <w:u w:val="single"/>
          </w:rPr>
          <w:t>[4]</w:t>
        </w:r>
      </w:hyperlink>
      <w:r>
        <w:t>)</w:t>
      </w:r>
      <w:r/>
    </w:p>
    <w:p>
      <w:r/>
      <w:r>
        <w:t>His Cabaret casting also established that Peck can command a room without leaning solely on his music career. Broadway.com described the show's new performers as bringing fresh energy to the familiar roles, placing Peck in a theatrical tradition that rewards bold physicality and a strong visual identity. (</w:t>
      </w:r>
      <w:hyperlink r:id="rId11">
        <w:r>
          <w:rPr>
            <w:color w:val="0000EE"/>
            <w:u w:val="single"/>
          </w:rPr>
          <w:t>[5]</w:t>
        </w:r>
      </w:hyperlink>
      <w:r>
        <w:t>)</w:t>
      </w:r>
      <w:r/>
    </w:p>
    <w:p>
      <w:pPr>
        <w:pStyle w:val="Heading2"/>
      </w:pPr>
      <w:r>
        <w:t>The new Street Fighter film is going big</w:t>
      </w:r>
      <w:r/>
    </w:p>
    <w:p>
      <w:r/>
      <w:r>
        <w:t>Peck described filming a major nightclub fight involving several fighters and a large group of extras. The set reportedly ran for long days in a dark club environment, with the cast surrounded by costumes, choreography and a notably eclectic collection of co-stars.</w:t>
      </w:r>
      <w:r/>
    </w:p>
    <w:p>
      <w:r/>
      <w:r>
        <w:t>That colourful line-up is part of the film's appeal. According to DIRECTV's cast guide, the project draws from several corners of popular culture, rather than presenting itself as a narrowly traditional action picture. (</w:t>
      </w:r>
      <w:hyperlink r:id="rId12">
        <w:r>
          <w:rPr>
            <w:color w:val="0000EE"/>
            <w:u w:val="single"/>
          </w:rPr>
          <w:t>[6]</w:t>
        </w:r>
      </w:hyperlink>
      <w:r>
        <w:t>) It sounds less like a restrained martial-arts drama and more like a live-action arcade cabinet turned up to full volume.</w:t>
      </w:r>
      <w:r/>
    </w:p>
    <w:p>
      <w:r/>
      <w:r>
        <w:t>For fans, the real question is whether the spectacle will support the characters rather than overwhelm them. Vega needs more than a mask and a claw; he needs the theatrical menace that made him memorable in the first place. Peck appears well equipped to supply exactly that.</w:t>
      </w:r>
      <w:r/>
    </w:p>
    <w:p>
      <w:pPr>
        <w:pStyle w:val="Heading2"/>
      </w:pPr>
      <w:r>
        <w:t>Why representation gives this casting extra punch</w:t>
      </w:r>
      <w:r/>
    </w:p>
    <w:p>
      <w:r/>
      <w:r>
        <w:t>Peck has spoken openly about being Gay and about the importance of appearing in large-scale projects without his identity being treated as a problem to solve. He hopes younger viewers will see a Queer performer taking on a powerful, glamorous role simply because he is right for it.</w:t>
      </w:r>
      <w:r/>
    </w:p>
    <w:p>
      <w:r/>
      <w:r>
        <w:t>That distinction is important. Representation doesn't always need to arrive as a solemn announcement or a dramatic rewrite of a character's history. Sometimes it looks like a masked fighter in a blockbuster, delivering outrageous lines and throwing punches under neon lights.</w:t>
      </w:r>
      <w:r/>
    </w:p>
    <w:p>
      <w:r/>
      <w:r>
        <w:t>Vogue's coverage of Peck's wider career has highlighted the way he moves between music, fashion and performance, making his Street Fighter casting feel like another step in an already unusually fluid creative journey. (</w:t>
      </w:r>
      <w:hyperlink r:id="rId13">
        <w:r>
          <w:rPr>
            <w:color w:val="0000EE"/>
            <w:u w:val="single"/>
          </w:rPr>
          <w:t>[3]</w:t>
        </w:r>
      </w:hyperlink>
      <w:r>
        <w:t>) For a teenager watching, that breadth may be the most encouraging message of all: there isn't just one acceptable way to build a life in the arts.</w:t>
      </w:r>
      <w:r/>
    </w:p>
    <w:p>
      <w:pPr>
        <w:pStyle w:val="Heading2"/>
      </w:pPr>
      <w:r>
        <w:t>A packed year, but the work still felt like a gift</w:t>
      </w:r>
      <w:r/>
    </w:p>
    <w:p>
      <w:r/>
      <w:r>
        <w:t>Peck was juggling album recording, Broadway performances and training for the film during the same stretch of time. That kind of schedule sounds exhausting even before adding fight preparation, choreography and the physical demands of a major production.</w:t>
      </w:r>
      <w:r/>
    </w:p>
    <w:p>
      <w:r/>
      <w:r>
        <w:t>Yet he has described the period as difficult in practical terms but joyful in spirit. That enthusiasm comes through in accounts of his Broadway work, where his stage presence became a central part of the production's fresh chapter. (</w:t>
      </w:r>
      <w:hyperlink r:id="rId11">
        <w:r>
          <w:rPr>
            <w:color w:val="0000EE"/>
            <w:u w:val="single"/>
          </w:rPr>
          <w:t>[5]</w:t>
        </w:r>
      </w:hyperlink>
      <w:r>
        <w:t>)</w:t>
      </w:r>
      <w:r/>
    </w:p>
    <w:p>
      <w:r/>
      <w:r>
        <w:t>There is something appealingly old-fashioned about an artist throwing himself into several disciplines at once. Peck's Vega may be the flashiest part of the story, but the broader picture is just as interesting: country music, classic musical theatre and video-game action are now sharing the same career path. And somehow, it makes sense.</w:t>
      </w:r>
      <w:r/>
    </w:p>
    <w:p>
      <w:r/>
      <w:r>
        <w:t>Street Fighter's Vega has found a performer who understands that style can be a superpower.</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[7]</w:t>
        </w:r>
      </w:hyperlink>
      <w:r>
        <w:t xml:space="preserve">- Paragraph 2: </w:t>
      </w:r>
      <w:hyperlink r:id="rId10">
        <w:r>
          <w:rPr>
            <w:color w:val="0000EE"/>
            <w:u w:val="single"/>
          </w:rPr>
          <w:t>[4]</w:t>
        </w:r>
      </w:hyperlink>
      <w:r>
        <w:t xml:space="preserve">- Paragraph 3: </w:t>
      </w:r>
      <w:hyperlink r:id="rId11">
        <w:r>
          <w:rPr>
            <w:color w:val="0000EE"/>
            <w:u w:val="single"/>
          </w:rPr>
          <w:t>[5]</w:t>
        </w:r>
      </w:hyperlink>
      <w:r>
        <w:t xml:space="preserve">- Paragraph 4: </w:t>
      </w:r>
      <w:hyperlink r:id="rId12">
        <w:r>
          <w:rPr>
            <w:color w:val="0000EE"/>
            <w:u w:val="single"/>
          </w:rPr>
          <w:t>[6]</w:t>
        </w:r>
      </w:hyperlink>
      <w:r>
        <w:t xml:space="preserve">- Paragraph 5: </w:t>
      </w:r>
      <w:hyperlink r:id="rId13">
        <w:r>
          <w:rPr>
            <w:color w:val="0000EE"/>
            <w:u w:val="single"/>
          </w:rPr>
          <w:t>[3]</w:t>
        </w:r>
      </w:hyperlink>
      <w:r>
        <w:t xml:space="preserve">- Paragraph 6: </w:t>
      </w:r>
      <w:hyperlink r:id="rId9">
        <w:r>
          <w:rPr>
            <w:color w:val="0000EE"/>
            <w:u w:val="single"/>
          </w:rPr>
          <w:t>[7]</w:t>
        </w:r>
      </w:hyperlink>
      <w:r>
        <w:t xml:space="preserve">- Paragraph 7: </w:t>
      </w:r>
      <w:hyperlink r:id="rId10">
        <w:r>
          <w:rPr>
            <w:color w:val="0000EE"/>
            <w:u w:val="single"/>
          </w:rPr>
          <w:t>[4]</w:t>
        </w:r>
      </w:hyperlink>
      <w:r>
        <w:t xml:space="preserve">- Paragraph 8: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https://www.sgn.org/story/171213/</w:t>
        </w:r>
      </w:hyperlink>
      <w:r>
        <w:t xml:space="preserve"> - Please view link - unable to able to access data</w:t>
      </w:r>
      <w:r/>
    </w:p>
    <w:p>
      <w:pPr>
        <w:pStyle w:val="ListNumber"/>
        <w:spacing w:line="240" w:lineRule="auto"/>
        <w:ind w:left="720"/>
      </w:pPr>
      <w:r/>
      <w:hyperlink r:id="rId14">
        <w:r>
          <w:rPr>
            <w:color w:val="0000EE"/>
            <w:u w:val="single"/>
          </w:rPr>
          <w:t>https://www.sgn.org/story/171213/</w:t>
        </w:r>
      </w:hyperlink>
      <w:r>
        <w:t xml:space="preserve"> - An interview with Orville Peck discussing his role as Vega in the upcoming 'Street Fighter' film, his experiences on set, and the significance of his visibility as an openly gay actor in mainstream media.</w:t>
      </w:r>
      <w:r/>
    </w:p>
    <w:p>
      <w:pPr>
        <w:pStyle w:val="ListNumber"/>
        <w:spacing w:line="240" w:lineRule="auto"/>
        <w:ind w:left="720"/>
      </w:pPr>
      <w:r/>
      <w:hyperlink r:id="rId13">
        <w:r>
          <w:rPr>
            <w:color w:val="0000EE"/>
            <w:u w:val="single"/>
          </w:rPr>
          <w:t>https://www.vogue.com/article/orville-peck-cabaret-broadway-interview</w:t>
        </w:r>
      </w:hyperlink>
      <w:r>
        <w:t xml:space="preserve"> - An article from Vogue detailing Orville Peck's Broadway debut as the Emcee in 'Cabaret', highlighting his background and the significance of his casting in this role.</w:t>
      </w:r>
      <w:r/>
    </w:p>
    <w:p>
      <w:pPr>
        <w:pStyle w:val="ListNumber"/>
        <w:spacing w:line="240" w:lineRule="auto"/>
        <w:ind w:left="720"/>
      </w:pPr>
      <w:r/>
      <w:hyperlink r:id="rId10">
        <w:r>
          <w:rPr>
            <w:color w:val="0000EE"/>
            <w:u w:val="single"/>
          </w:rPr>
          <w:t>https://www.broadway.com/buzz/205373/orville-peck-to-perform-unmasked-in-broadway-debut-as-emcee-in-cabaret/</w:t>
        </w:r>
      </w:hyperlink>
      <w:r>
        <w:t xml:space="preserve"> - A Broadway.com article announcing Orville Peck's unmasked performance as the Emcee in 'Cabaret' on Broadway, discussing his decision to forgo his signature mask for the role.</w:t>
      </w:r>
      <w:r/>
    </w:p>
    <w:p>
      <w:pPr>
        <w:pStyle w:val="ListNumber"/>
        <w:spacing w:line="240" w:lineRule="auto"/>
        <w:ind w:left="720"/>
      </w:pPr>
      <w:r/>
      <w:hyperlink r:id="rId11">
        <w:r>
          <w:rPr>
            <w:color w:val="0000EE"/>
            <w:u w:val="single"/>
          </w:rPr>
          <w:t>https://www.broadway.com/buzz/205429/the-perfectly-marvelous-orville-peck-and-eva-noblezada-begin-as-the-emcee-and-sally-bowles-in-cabaret-on-broadway/</w:t>
        </w:r>
      </w:hyperlink>
      <w:r>
        <w:t xml:space="preserve"> - An article from Broadway.com covering the opening night of Orville Peck and Eva Noblezada as the Emcee and Sally Bowles in 'Cabaret' on Broadway, highlighting their performances and the show's reception.</w:t>
      </w:r>
      <w:r/>
    </w:p>
    <w:p>
      <w:pPr>
        <w:pStyle w:val="ListNumber"/>
        <w:spacing w:line="240" w:lineRule="auto"/>
        <w:ind w:left="720"/>
      </w:pPr>
      <w:r/>
      <w:hyperlink r:id="rId12">
        <w:r>
          <w:rPr>
            <w:color w:val="0000EE"/>
            <w:u w:val="single"/>
          </w:rPr>
          <w:t>https://www.directv.com/insider/street-fighter-cast-guide/</w:t>
        </w:r>
      </w:hyperlink>
      <w:r>
        <w:t xml:space="preserve"> - A DIRECTV Insider guide providing details on the cast and characters of the upcoming 'Street Fighter' film, including Orville Peck's role as Vega and his character's background.</w:t>
      </w:r>
      <w:r/>
    </w:p>
    <w:p>
      <w:pPr>
        <w:pStyle w:val="ListNumber"/>
        <w:spacing w:line="240" w:lineRule="auto"/>
        <w:ind w:left="720"/>
      </w:pPr>
      <w:r/>
      <w:hyperlink r:id="rId9">
        <w:r>
          <w:rPr>
            <w:color w:val="0000EE"/>
            <w:u w:val="single"/>
          </w:rPr>
          <w:t>https://www.gamesradar.com/entertainment/live-action-movies/new-street-fighter-trailer-brings-action-camp-and-some-of-the-games-most-iconic-moves-to-life/</w:t>
        </w:r>
      </w:hyperlink>
      <w:r>
        <w:t xml:space="preserve"> - An article from GamesRadar discussing the new 'Street Fighter' movie trailer, highlighting the action sequences and the inclusion of iconic moves from the video game, with mention of Orville Peck's role as Vega.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mesradar.com/entertainment/live-action-movies/new-street-fighter-trailer-brings-action-camp-and-some-of-the-games-most-iconic-moves-to-life/" TargetMode="External"/><Relationship Id="rId10" Type="http://schemas.openxmlformats.org/officeDocument/2006/relationships/hyperlink" Target="https://www.broadway.com/buzz/205373/orville-peck-to-perform-unmasked-in-broadway-debut-as-emcee-in-cabaret/" TargetMode="External"/><Relationship Id="rId11" Type="http://schemas.openxmlformats.org/officeDocument/2006/relationships/hyperlink" Target="https://www.broadway.com/buzz/205429/the-perfectly-marvelous-orville-peck-and-eva-noblezada-begin-as-the-emcee-and-sally-bowles-in-cabaret-on-broadway/" TargetMode="External"/><Relationship Id="rId12" Type="http://schemas.openxmlformats.org/officeDocument/2006/relationships/hyperlink" Target="https://www.directv.com/insider/street-fighter-cast-guide/" TargetMode="External"/><Relationship Id="rId13" Type="http://schemas.openxmlformats.org/officeDocument/2006/relationships/hyperlink" Target="https://www.vogue.com/article/orville-peck-cabaret-broadway-interview" TargetMode="External"/><Relationship Id="rId14" Type="http://schemas.openxmlformats.org/officeDocument/2006/relationships/hyperlink" Target="https://www.sgn.org/story/1712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